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5D1F9" w14:textId="77777777" w:rsidR="0052674D" w:rsidRDefault="003177A5">
      <w:r>
        <w:rPr>
          <w:b/>
          <w:color w:val="2F4F3B"/>
          <w:sz w:val="22"/>
        </w:rPr>
        <w:t>STONEY WOOD QUARTER</w:t>
      </w:r>
    </w:p>
    <w:p w14:paraId="03B5302D" w14:textId="77777777" w:rsidR="0052674D" w:rsidRDefault="003177A5" w:rsidP="00D11169">
      <w:pPr>
        <w:pStyle w:val="Title"/>
      </w:pPr>
      <w:r>
        <w:t>Green Infrastructure – UGF, BNG and Trees</w:t>
      </w:r>
    </w:p>
    <w:p w14:paraId="5905E558" w14:textId="77777777" w:rsidR="00D11169" w:rsidRDefault="00D11169" w:rsidP="00D11169">
      <w:pPr>
        <w:pBdr>
          <w:bottom w:val="single" w:sz="8" w:space="1" w:color="8AA17C"/>
        </w:pBdr>
        <w:tabs>
          <w:tab w:val="left" w:pos="1303"/>
        </w:tabs>
        <w:spacing w:before="120" w:after="240"/>
      </w:pPr>
      <w:r>
        <w:tab/>
      </w:r>
    </w:p>
    <w:p w14:paraId="523C473F" w14:textId="77777777" w:rsidR="00D11169" w:rsidRDefault="00D11169" w:rsidP="00D11169">
      <w:pPr>
        <w:pBdr>
          <w:bottom w:val="single" w:sz="8" w:space="1" w:color="8AA17C"/>
        </w:pBdr>
        <w:tabs>
          <w:tab w:val="left" w:pos="1303"/>
        </w:tabs>
        <w:spacing w:before="120" w:after="240"/>
      </w:pPr>
    </w:p>
    <w:p w14:paraId="6D861367" w14:textId="77777777" w:rsidR="00D11169" w:rsidRDefault="00D11169" w:rsidP="00D11169">
      <w:pPr>
        <w:pBdr>
          <w:bottom w:val="single" w:sz="8" w:space="1" w:color="8AA17C"/>
        </w:pBdr>
        <w:tabs>
          <w:tab w:val="left" w:pos="1303"/>
        </w:tabs>
        <w:spacing w:before="120" w:after="240"/>
      </w:pPr>
    </w:p>
    <w:tbl>
      <w:tblPr>
        <w:tblW w:w="9858" w:type="dxa"/>
        <w:tblLayout w:type="fixed"/>
        <w:tblLook w:val="04A0" w:firstRow="1" w:lastRow="0" w:firstColumn="1" w:lastColumn="0" w:noHBand="0" w:noVBand="1"/>
      </w:tblPr>
      <w:tblGrid>
        <w:gridCol w:w="4929"/>
        <w:gridCol w:w="4929"/>
      </w:tblGrid>
      <w:tr w:rsidR="0052674D" w14:paraId="22963701" w14:textId="77777777" w:rsidTr="00C0353F">
        <w:tc>
          <w:tcPr>
            <w:tcW w:w="4929"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4BA33640" w14:textId="77777777" w:rsidR="00BD226A" w:rsidRPr="00BD226A" w:rsidRDefault="003177A5">
            <w:pPr>
              <w:pStyle w:val="TableText"/>
              <w:rPr>
                <w:b/>
              </w:rPr>
            </w:pPr>
            <w:r>
              <w:rPr>
                <w:b/>
              </w:rPr>
              <w:t>Project</w:t>
            </w:r>
          </w:p>
        </w:tc>
        <w:tc>
          <w:tcPr>
            <w:tcW w:w="4929" w:type="dxa"/>
            <w:tcBorders>
              <w:top w:val="single" w:sz="4" w:space="0" w:color="D9E2D2"/>
              <w:left w:val="single" w:sz="4" w:space="0" w:color="D9E2D2"/>
              <w:bottom w:val="single" w:sz="4" w:space="0" w:color="D9E2D2"/>
              <w:right w:val="single" w:sz="4" w:space="0" w:color="D9E2D2"/>
            </w:tcBorders>
            <w:vAlign w:val="center"/>
          </w:tcPr>
          <w:p w14:paraId="4F651B60" w14:textId="77777777" w:rsidR="0052674D" w:rsidRDefault="003177A5">
            <w:pPr>
              <w:pStyle w:val="TableText"/>
            </w:pPr>
            <w:r>
              <w:t>Stoney Wood Quarter</w:t>
            </w:r>
          </w:p>
          <w:p w14:paraId="74D821D1" w14:textId="77777777" w:rsidR="00BD226A" w:rsidRDefault="00BD226A">
            <w:pPr>
              <w:pStyle w:val="TableText"/>
            </w:pPr>
          </w:p>
        </w:tc>
      </w:tr>
      <w:tr w:rsidR="0052674D" w14:paraId="7D6B17D7" w14:textId="77777777" w:rsidTr="00C0353F">
        <w:tc>
          <w:tcPr>
            <w:tcW w:w="4929"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77C8E060" w14:textId="77777777" w:rsidR="0052674D" w:rsidRDefault="003177A5">
            <w:pPr>
              <w:pStyle w:val="TableText"/>
            </w:pPr>
            <w:r>
              <w:rPr>
                <w:b/>
              </w:rPr>
              <w:t>Site</w:t>
            </w:r>
          </w:p>
        </w:tc>
        <w:tc>
          <w:tcPr>
            <w:tcW w:w="4929" w:type="dxa"/>
            <w:tcBorders>
              <w:top w:val="single" w:sz="4" w:space="0" w:color="D9E2D2"/>
              <w:left w:val="single" w:sz="4" w:space="0" w:color="D9E2D2"/>
              <w:bottom w:val="single" w:sz="4" w:space="0" w:color="D9E2D2"/>
              <w:right w:val="single" w:sz="4" w:space="0" w:color="D9E2D2"/>
            </w:tcBorders>
            <w:vAlign w:val="center"/>
          </w:tcPr>
          <w:p w14:paraId="7054B9DC" w14:textId="77777777" w:rsidR="0052674D" w:rsidRDefault="003177A5">
            <w:pPr>
              <w:pStyle w:val="TableText"/>
            </w:pPr>
            <w:r>
              <w:t>Land at Stoney Wood Quarter, The Fairway, London NW7 3HJ</w:t>
            </w:r>
          </w:p>
        </w:tc>
      </w:tr>
      <w:tr w:rsidR="0052674D" w14:paraId="7B866D66" w14:textId="77777777" w:rsidTr="00C0353F">
        <w:tc>
          <w:tcPr>
            <w:tcW w:w="4929"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107E9B1B" w14:textId="77777777" w:rsidR="0052674D" w:rsidRDefault="003177A5">
            <w:pPr>
              <w:pStyle w:val="TableText"/>
            </w:pPr>
            <w:r>
              <w:rPr>
                <w:b/>
              </w:rPr>
              <w:t>Purpose</w:t>
            </w:r>
          </w:p>
        </w:tc>
        <w:tc>
          <w:tcPr>
            <w:tcW w:w="4929" w:type="dxa"/>
            <w:tcBorders>
              <w:top w:val="single" w:sz="4" w:space="0" w:color="D9E2D2"/>
              <w:left w:val="single" w:sz="4" w:space="0" w:color="D9E2D2"/>
              <w:bottom w:val="single" w:sz="4" w:space="0" w:color="D9E2D2"/>
              <w:right w:val="single" w:sz="4" w:space="0" w:color="D9E2D2"/>
            </w:tcBorders>
            <w:vAlign w:val="center"/>
          </w:tcPr>
          <w:p w14:paraId="641101FF" w14:textId="77777777" w:rsidR="0052674D" w:rsidRDefault="00C0353F">
            <w:pPr>
              <w:pStyle w:val="TableText"/>
            </w:pPr>
            <w:r>
              <w:t>Note responding to BNG, UGF, arboriculture (including CAVAT) and tree matters</w:t>
            </w:r>
          </w:p>
        </w:tc>
      </w:tr>
      <w:tr w:rsidR="00C3737C" w14:paraId="35993EBA" w14:textId="77777777" w:rsidTr="00C0353F">
        <w:tc>
          <w:tcPr>
            <w:tcW w:w="4929"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6F1FD31E" w14:textId="77777777" w:rsidR="00C3737C" w:rsidRDefault="00C3737C">
            <w:pPr>
              <w:pStyle w:val="TableText"/>
              <w:rPr>
                <w:b/>
              </w:rPr>
            </w:pPr>
            <w:r>
              <w:rPr>
                <w:b/>
              </w:rPr>
              <w:t>Prepared by</w:t>
            </w:r>
          </w:p>
        </w:tc>
        <w:tc>
          <w:tcPr>
            <w:tcW w:w="4929" w:type="dxa"/>
            <w:tcBorders>
              <w:top w:val="single" w:sz="4" w:space="0" w:color="D9E2D2"/>
              <w:left w:val="single" w:sz="4" w:space="0" w:color="D9E2D2"/>
              <w:bottom w:val="single" w:sz="4" w:space="0" w:color="D9E2D2"/>
              <w:right w:val="single" w:sz="4" w:space="0" w:color="D9E2D2"/>
            </w:tcBorders>
            <w:vAlign w:val="center"/>
          </w:tcPr>
          <w:p w14:paraId="32F329D9" w14:textId="77777777" w:rsidR="00C3737C" w:rsidRDefault="00C3737C">
            <w:pPr>
              <w:pStyle w:val="TableText"/>
            </w:pPr>
            <w:r>
              <w:t>London Placemaking in consultation with Quaife Woodlands and Tree Frontiers</w:t>
            </w:r>
          </w:p>
        </w:tc>
      </w:tr>
      <w:tr w:rsidR="0052674D" w14:paraId="42B73BEA" w14:textId="77777777" w:rsidTr="00C0353F">
        <w:tc>
          <w:tcPr>
            <w:tcW w:w="4929"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530837B1" w14:textId="77777777" w:rsidR="0052674D" w:rsidRDefault="003177A5">
            <w:pPr>
              <w:pStyle w:val="TableText"/>
            </w:pPr>
            <w:r>
              <w:rPr>
                <w:b/>
              </w:rPr>
              <w:t>Date</w:t>
            </w:r>
          </w:p>
        </w:tc>
        <w:tc>
          <w:tcPr>
            <w:tcW w:w="4929" w:type="dxa"/>
            <w:tcBorders>
              <w:top w:val="single" w:sz="4" w:space="0" w:color="D9E2D2"/>
              <w:left w:val="single" w:sz="4" w:space="0" w:color="D9E2D2"/>
              <w:bottom w:val="single" w:sz="4" w:space="0" w:color="D9E2D2"/>
              <w:right w:val="single" w:sz="4" w:space="0" w:color="D9E2D2"/>
            </w:tcBorders>
            <w:vAlign w:val="center"/>
          </w:tcPr>
          <w:p w14:paraId="7D4D5E22" w14:textId="77777777" w:rsidR="0052674D" w:rsidRDefault="001B4350">
            <w:pPr>
              <w:pStyle w:val="TableText"/>
            </w:pPr>
            <w:r>
              <w:t>June 2026</w:t>
            </w:r>
          </w:p>
          <w:p w14:paraId="1C214094" w14:textId="77777777" w:rsidR="00BD226A" w:rsidRDefault="00BD226A">
            <w:pPr>
              <w:pStyle w:val="TableText"/>
            </w:pPr>
          </w:p>
        </w:tc>
      </w:tr>
    </w:tbl>
    <w:p w14:paraId="0A826B29" w14:textId="77777777" w:rsidR="0052674D" w:rsidRDefault="003177A5">
      <w:r>
        <w:br w:type="page"/>
      </w:r>
    </w:p>
    <w:p w14:paraId="4855ADA1" w14:textId="77777777" w:rsidR="0052674D" w:rsidRDefault="003177A5">
      <w:pPr>
        <w:pStyle w:val="Heading1"/>
      </w:pPr>
      <w:r>
        <w:lastRenderedPageBreak/>
        <w:t>1. Introduction</w:t>
      </w:r>
    </w:p>
    <w:p w14:paraId="19F2DA00" w14:textId="77777777" w:rsidR="00B9565E" w:rsidRDefault="003177A5" w:rsidP="00786EBF">
      <w:r>
        <w:t>This note has been prepared in response to the ecology and arboriculture feedback from the GLA on the Stoney Wood Quarter proposals (Ref. 25/2743/FUL). It reviews how the scheme has evolved to improve its Biodiversity Net Gain (BNG), Urban Greening Factor (UGF) and tree retention performance, and sets out the arboricultural position, including retained and removed trees, CAVAT, construction-stage tree protection and long-term management. Ecology and protected species matters (bats, badgers and reptiles) are addressed in the separate Ecology Note, to which this note should be read alongside.</w:t>
      </w:r>
    </w:p>
    <w:p w14:paraId="14A1E3AE" w14:textId="77777777" w:rsidR="003C70E5" w:rsidRDefault="003C70E5">
      <w:pPr>
        <w:spacing w:after="200" w:line="276" w:lineRule="auto"/>
        <w:rPr>
          <w:rFonts w:asciiTheme="majorHAnsi" w:hAnsiTheme="majorHAnsi" w:cstheme="majorHAnsi"/>
          <w:b/>
          <w:bCs/>
          <w:sz w:val="28"/>
          <w:szCs w:val="28"/>
        </w:rPr>
      </w:pPr>
      <w:r>
        <w:rPr>
          <w:rFonts w:asciiTheme="majorHAnsi" w:hAnsiTheme="majorHAnsi" w:cstheme="majorHAnsi"/>
          <w:b/>
          <w:bCs/>
          <w:sz w:val="28"/>
          <w:szCs w:val="28"/>
        </w:rPr>
        <w:br w:type="page"/>
      </w:r>
    </w:p>
    <w:p w14:paraId="21A84E19" w14:textId="77777777" w:rsidR="0052674D" w:rsidRPr="00786EBF" w:rsidRDefault="003177A5" w:rsidP="00786EBF">
      <w:pPr>
        <w:rPr>
          <w:rFonts w:asciiTheme="majorHAnsi" w:hAnsiTheme="majorHAnsi" w:cstheme="majorHAnsi"/>
          <w:b/>
          <w:bCs/>
          <w:sz w:val="28"/>
          <w:szCs w:val="28"/>
        </w:rPr>
      </w:pPr>
      <w:r>
        <w:rPr>
          <w:rFonts w:asciiTheme="majorHAnsi" w:hAnsiTheme="majorHAnsi" w:cstheme="majorHAnsi"/>
          <w:b/>
          <w:bCs/>
          <w:sz w:val="28"/>
          <w:szCs w:val="28"/>
        </w:rPr>
        <w:lastRenderedPageBreak/>
        <w:t>2. Design Development, BNG and UGF Enhancement</w:t>
      </w:r>
    </w:p>
    <w:p w14:paraId="50C8DE49" w14:textId="77777777" w:rsidR="00B66FB4" w:rsidRDefault="00367842">
      <w:pPr>
        <w:rPr>
          <w:lang w:val="en-GB"/>
        </w:rPr>
      </w:pPr>
      <w:r>
        <w:rPr>
          <w:lang w:val="en-GB"/>
        </w:rPr>
        <w:t>The scheme has undergone considerable design development, with biodiversity, urban greening, arboriculture, landscape quality and long-term management treated as core design considerations throughout. The layout was amended during the planning process to reduce ecological impact, retain more existing woodland and tree structure, and improve the quality and extent of the proposed green infrastructure.</w:t>
      </w:r>
    </w:p>
    <w:p w14:paraId="4504821E" w14:textId="77777777" w:rsidR="00B66FB4" w:rsidRDefault="00367842">
      <w:pPr>
        <w:rPr>
          <w:lang w:val="en-GB"/>
        </w:rPr>
      </w:pPr>
      <w:r>
        <w:rPr>
          <w:lang w:val="en-GB"/>
        </w:rPr>
        <w:t>The improvement is demonstrated by comparing the June 2025 and November 2025 BNG assessments. The June 2025 assessment, undertaken prior to the amendments to the layout, recorded a post-development area habitat position of 8.02 units, resulting in a net loss of -5.70 units, equivalent to -41.53%. It also recorded a loss of linear habitat units, with the post-development position falling from 0.44 units to 0.00 units.</w:t>
      </w:r>
    </w:p>
    <w:p w14:paraId="59008C71" w14:textId="77777777" w:rsidR="00B66FB4" w:rsidRDefault="00367842">
      <w:pPr>
        <w:rPr>
          <w:lang w:val="en-GB"/>
        </w:rPr>
      </w:pPr>
      <w:r>
        <w:rPr>
          <w:lang w:val="en-GB"/>
        </w:rPr>
        <w:t>Following design review, the scheme was amended to reduce the development footprint, retain more existing woodland and tree structure, and better integrate the northern watercourse and riparian edge into the ecological strategy. The November 2025 assessment recorded a materially improved BNG position. Area habitat loss was reduced from -41.53% to -16.12%, with the post-development area habitat score increasing from 8.02 units to 11.91 units. In unit terms, the residual area habitat deficit was reduced from -5.70 units to -2.29 units, an improvement of approximately 3.41 units, or around 60%. The linear habitat position was also improved, with post-development linear habitat increasing from 0.00 units to 0.78 units.</w:t>
      </w:r>
    </w:p>
    <w:p w14:paraId="0518B933" w14:textId="77777777" w:rsidR="00B66FB4" w:rsidRDefault="00367842">
      <w:pPr>
        <w:rPr>
          <w:lang w:val="en-GB"/>
        </w:rPr>
      </w:pPr>
      <w:r>
        <w:rPr>
          <w:lang w:val="en-GB"/>
        </w:rPr>
        <w:t>Watercourse habitats are now assessed separately. The November 2025 assessment records 9.83 watercourse units at baseline and no net change post-development, as the watercourses are retained. This is an important change from the earlier assessment because the northern watercourse and riparian corridor are now more clearly recognised within the ecological baseline and long-term management strategy.</w:t>
      </w:r>
    </w:p>
    <w:p w14:paraId="20858D74" w14:textId="77777777" w:rsidR="00B66FB4" w:rsidRDefault="00367842">
      <w:pPr>
        <w:rPr>
          <w:lang w:val="en-GB"/>
        </w:rPr>
      </w:pPr>
      <w:r>
        <w:rPr>
          <w:lang w:val="en-GB"/>
        </w:rPr>
        <w:t>The current BNG position does not remove the need for any residual off-site biodiversity provision. The November 2025 assessment continues to identify a residual deficit in area and linear habitat units. However, the comparison between the two assessments shows that the scheme no longer simply relies on off-site compensation. The design has first sought to avoid and reduce ecological loss through significant footprint reduction, increased tree and woodland retention, new native planting, green and brown roofs, watercourse assessment and long-term management commitments.</w:t>
      </w:r>
    </w:p>
    <w:p w14:paraId="3E907042" w14:textId="77777777" w:rsidR="00B66FB4" w:rsidRDefault="00367842">
      <w:pPr>
        <w:rPr>
          <w:lang w:val="en-GB"/>
        </w:rPr>
      </w:pPr>
      <w:r>
        <w:rPr>
          <w:lang w:val="en-GB"/>
        </w:rPr>
        <w:t>The current position is materially improved when compared with the earlier BNG assessment. The remaining biodiversity deficit is acknowledged and will be addressed through off-site biodiversity units / credits and secured long-term management. However, the scheme now demonstrates a stronger on-site ecological response and alignment with the mitigation hierarchy.</w:t>
      </w:r>
    </w:p>
    <w:p w14:paraId="462F7B01" w14:textId="77777777" w:rsidR="00B66FB4" w:rsidRDefault="00B66FB4">
      <w:pPr>
        <w:rPr>
          <w:lang w:val="en-GB"/>
        </w:rPr>
      </w:pPr>
    </w:p>
    <w:p w14:paraId="268EA5D7" w14:textId="77777777" w:rsidR="00B66FB4" w:rsidRDefault="00B66FB4">
      <w:pPr>
        <w:rPr>
          <w:lang w:val="en-GB"/>
        </w:rPr>
      </w:pPr>
    </w:p>
    <w:p w14:paraId="497CDFBA" w14:textId="77777777" w:rsidR="00B66FB4" w:rsidRDefault="00B66FB4">
      <w:pPr>
        <w:rPr>
          <w:lang w:val="en-GB"/>
        </w:rPr>
      </w:pPr>
    </w:p>
    <w:p w14:paraId="569FCC5E" w14:textId="77777777" w:rsidR="00B66FB4" w:rsidRDefault="00B66FB4">
      <w:pPr>
        <w:rPr>
          <w:lang w:val="en-GB"/>
        </w:rPr>
      </w:pPr>
    </w:p>
    <w:p w14:paraId="4B701E45" w14:textId="77777777" w:rsidR="00B66FB4" w:rsidRDefault="00B66FB4">
      <w:pPr>
        <w:rPr>
          <w:lang w:val="en-GB"/>
        </w:rPr>
      </w:pPr>
    </w:p>
    <w:p w14:paraId="27461B07" w14:textId="77777777" w:rsidR="00B66FB4" w:rsidRDefault="00B66FB4">
      <w:pPr>
        <w:rPr>
          <w:lang w:val="en-GB"/>
        </w:rPr>
      </w:pPr>
    </w:p>
    <w:p w14:paraId="4787ACD7" w14:textId="77777777" w:rsidR="00B66FB4" w:rsidRDefault="00B66FB4">
      <w:pPr>
        <w:rPr>
          <w:lang w:val="en-GB"/>
        </w:rPr>
      </w:pPr>
    </w:p>
    <w:p w14:paraId="3AFE9104" w14:textId="77777777" w:rsidR="00B66FB4" w:rsidRDefault="00B66FB4">
      <w:pPr>
        <w:rPr>
          <w:lang w:val="en-GB"/>
        </w:rPr>
      </w:pPr>
    </w:p>
    <w:p w14:paraId="530E2948" w14:textId="77777777" w:rsidR="00B66FB4" w:rsidRDefault="00B66FB4"/>
    <w:p w14:paraId="61529F66" w14:textId="77777777" w:rsidR="00B66FB4" w:rsidRDefault="00B66FB4"/>
    <w:p w14:paraId="39B9E9A4" w14:textId="77777777" w:rsidR="00B66FB4" w:rsidRDefault="00B66FB4"/>
    <w:p w14:paraId="2C450D66" w14:textId="77777777" w:rsidR="0052674D" w:rsidRDefault="003177A5">
      <w:pPr>
        <w:pStyle w:val="Heading1"/>
      </w:pPr>
      <w:r>
        <w:lastRenderedPageBreak/>
        <w:t>3. Options Explored to Enhance BNG and UGF</w:t>
      </w:r>
    </w:p>
    <w:p w14:paraId="701FCD35" w14:textId="77777777" w:rsidR="0052674D" w:rsidRDefault="003177A5">
      <w:pPr>
        <w:pStyle w:val="Heading2"/>
      </w:pPr>
      <w:r>
        <w:t>3.1 Reduced footprint and greater habitat retention</w:t>
      </w:r>
    </w:p>
    <w:p w14:paraId="0F104B37" w14:textId="77777777" w:rsidR="0052674D" w:rsidRDefault="003177A5">
      <w:r>
        <w:t>The most important ecological improvement during design development has been the increased retention of existing woodland and tree structure. This has allowed a greater proportion of existing ecological value to remain in situ, particularly at the northern and western edges of the site. This reduced the amount of compensatory provision required elsewhere and helped preserve immediate habitat value.</w:t>
      </w:r>
    </w:p>
    <w:p w14:paraId="7F223240" w14:textId="77777777" w:rsidR="0052674D" w:rsidRDefault="003177A5">
      <w:pPr>
        <w:pStyle w:val="Heading2"/>
      </w:pPr>
      <w:r>
        <w:t>3.2 Retention of higher-value trees</w:t>
      </w:r>
    </w:p>
    <w:p w14:paraId="5DEEC712" w14:textId="77777777" w:rsidR="0052674D" w:rsidRDefault="003177A5">
      <w:r>
        <w:t>The tree retention strategy focuses on retaining the principal tree groups and the higher-quality trees, particularly within the northern and western parts of the site. Retaining existing mature and semi-mature trees improves both Biodiversity Net Gain (BNG) and Urban Greening Factor (UGF). It also preserves canopy structure, supports habitat connectivity and maintains an established landscape setting from the outset of occupation.</w:t>
      </w:r>
    </w:p>
    <w:p w14:paraId="2C57E744" w14:textId="77777777" w:rsidR="0052674D" w:rsidRDefault="003177A5">
      <w:r>
        <w:t>The retention strategy is therefore more robust, with trees retained in meaningful groups and landscape areas rather than as isolated specimens. This reduces the risk that retained trees become vulnerable to construction impacts or future resident pressure after occupation.</w:t>
      </w:r>
    </w:p>
    <w:p w14:paraId="434FDA7E" w14:textId="77777777" w:rsidR="0052674D" w:rsidRDefault="003177A5">
      <w:pPr>
        <w:pStyle w:val="Heading2"/>
      </w:pPr>
      <w:r>
        <w:t>3.3 New tree planting and canopy development</w:t>
      </w:r>
    </w:p>
    <w:p w14:paraId="697DF5DA" w14:textId="77777777" w:rsidR="0052674D" w:rsidRDefault="003177A5">
      <w:r>
        <w:t>New tree planting is an important component of both the UGF strategy and the BNG strategy. It will reinforce the transition from the more urban southern edge of the site to the woodland character to the north and west. The detailed planting strategy will prioritise species that are climate-resilient, appropriate for the site conditions, beneficial to wildlife and suitable for long-term estate management.</w:t>
      </w:r>
    </w:p>
    <w:p w14:paraId="204DA37C" w14:textId="77777777" w:rsidR="0052674D" w:rsidRDefault="003177A5">
      <w:r>
        <w:t xml:space="preserve">Species selection will include a strong native and wildlife-beneficial component. </w:t>
      </w:r>
    </w:p>
    <w:p w14:paraId="5D85861D" w14:textId="77777777" w:rsidR="0052674D" w:rsidRDefault="003177A5">
      <w:pPr>
        <w:pStyle w:val="Heading2"/>
      </w:pPr>
      <w:r>
        <w:t>3.4 Green and brown roofs</w:t>
      </w:r>
    </w:p>
    <w:p w14:paraId="6676FDF8" w14:textId="77777777" w:rsidR="0052674D" w:rsidRDefault="003177A5">
      <w:r>
        <w:t>Green and brown roofs will be developed as ecological infrastructure rather than simply as visual or drainage features. Their detailed specification will be agreed with the project ecologist and will include varied native wildflower and sedum mixes.</w:t>
      </w:r>
    </w:p>
    <w:p w14:paraId="7DFA0176" w14:textId="77777777" w:rsidR="0052674D" w:rsidRDefault="003177A5">
      <w:r>
        <w:t>They will assist with UGF, SuDS performance, urban cooling, invertebrate habitat and foraging opportunities for birds and bats.</w:t>
      </w:r>
    </w:p>
    <w:p w14:paraId="7B16FB0F" w14:textId="77777777" w:rsidR="0052674D" w:rsidRDefault="003177A5">
      <w:pPr>
        <w:pStyle w:val="Heading2"/>
      </w:pPr>
      <w:r>
        <w:t>3.5 Native habitat replacement</w:t>
      </w:r>
    </w:p>
    <w:p w14:paraId="3BAA5D92" w14:textId="77777777" w:rsidR="0052674D" w:rsidRDefault="003177A5">
      <w:r>
        <w:t>The detailed landscape strategy will maximise the value of the significant landscaping that is proposed by using native, mixed-species planting rather than single-species ornamental landscaping. Suitable species will include hawthorn, blackthorn, hazel, field maple, dogwood, guelder rose, holly and native rose species, with a large number of trees introduced where spatially appropriate.</w:t>
      </w:r>
    </w:p>
    <w:p w14:paraId="11D46BE7" w14:textId="77777777" w:rsidR="0052674D" w:rsidRDefault="00463FEC">
      <w:r>
        <w:t>Planting will also be used to strengthen ecological connectivity across the site, particularly between retained woodland, the riparian corridor, new pocket landscapes and green roof habitats.</w:t>
      </w:r>
    </w:p>
    <w:p w14:paraId="1D3C49CC" w14:textId="77777777" w:rsidR="0052674D" w:rsidRDefault="003177A5">
      <w:pPr>
        <w:pStyle w:val="Heading2"/>
      </w:pPr>
      <w:r>
        <w:t>3.6 Woodland edge enhancement</w:t>
      </w:r>
    </w:p>
    <w:p w14:paraId="2CE7D886" w14:textId="77777777" w:rsidR="0052674D" w:rsidRDefault="003177A5">
      <w:r>
        <w:t>The retained woodland edge will be enhanced through selective shrub planting, deadwood retention, log piles, hibernacula, invasive species control, woodland-edge ground flora, controlled access to prevent trampling, and sensitive lighting design to protect commuting and foraging habitats.</w:t>
      </w:r>
    </w:p>
    <w:p w14:paraId="556A561C" w14:textId="77777777" w:rsidR="0052674D" w:rsidRDefault="003177A5">
      <w:r>
        <w:t>The objective will be to create a managed woodland edge that is ecologically functional, resilient and protected from gradual degradation after occupation. The woodland edge will not be treated as a narrow ornamental buffer; it will be managed as one of the principal ecological assets of the development.</w:t>
      </w:r>
    </w:p>
    <w:p w14:paraId="6B764A4F" w14:textId="77777777" w:rsidR="0052674D" w:rsidRDefault="003177A5">
      <w:pPr>
        <w:pStyle w:val="Heading2"/>
      </w:pPr>
      <w:r>
        <w:lastRenderedPageBreak/>
        <w:t>3.7 Riparian buffer enhancement</w:t>
      </w:r>
    </w:p>
    <w:p w14:paraId="340DA63F" w14:textId="77777777" w:rsidR="0052674D" w:rsidRDefault="003177A5">
      <w:r>
        <w:t>The northern watercourse corridor will be protected and enhanced through sensitive planting, controlled access, avoidance of unnecessary lighting, and long-term management. Further enhancement will focus on strengthening native riparian planting, maintaining a naturalistic buffer, controlling erosion and trampling, retaining deadwood where safe, and ensuring no deterioration in watercourse condition.</w:t>
      </w:r>
    </w:p>
    <w:p w14:paraId="0AAF87F2" w14:textId="77777777" w:rsidR="00B9565E" w:rsidRDefault="003177A5">
      <w:r>
        <w:t>Where public access is provided near the riparian zone, it will be carefully designed so that the watercourse edge is protected from littering, dog access, trampling and encroachment.</w:t>
      </w:r>
    </w:p>
    <w:p w14:paraId="0AFF0637" w14:textId="77777777" w:rsidR="0052674D" w:rsidRDefault="003177A5">
      <w:pPr>
        <w:pStyle w:val="Heading2"/>
      </w:pPr>
      <w:r>
        <w:t>3.8 Species-specific enhancements</w:t>
      </w:r>
    </w:p>
    <w:p w14:paraId="749E2167" w14:textId="77777777" w:rsidR="0052674D" w:rsidRDefault="003177A5">
      <w:r>
        <w:t>Species-specific measures will be secured through the detailed ecological enhancement strategy and LEMP / HMMP. These will include, where appropriate, bat boxes, bird boxes, bee bricks, invertebrate habitat, log piles, deadwood habitat, habitat piles, dark corridor protection and native berry and nectar planting.</w:t>
      </w:r>
    </w:p>
    <w:p w14:paraId="717459D0" w14:textId="77777777" w:rsidR="0052674D" w:rsidRDefault="003177A5">
      <w:pPr>
        <w:pStyle w:val="Heading2"/>
      </w:pPr>
      <w:r>
        <w:t>3.9 Long-term management and monitoring</w:t>
      </w:r>
    </w:p>
    <w:p w14:paraId="17A661E6" w14:textId="77777777" w:rsidR="0052674D" w:rsidRDefault="003177A5">
      <w:r>
        <w:t>BNG and UGF performance will depend on long-term management, not only initial planting. The long-term management plan will therefore include clear habitat creation specifications, target condition criteria, establishment maintenance, replacement planting obligations, annual monitoring, adaptive management triggers, responsibility for funding and implementation, and reporting to the local planning authority where required.</w:t>
      </w:r>
    </w:p>
    <w:p w14:paraId="6506663B" w14:textId="77777777" w:rsidR="003E25E4" w:rsidRDefault="003E25E4">
      <w:pPr>
        <w:spacing w:after="200" w:line="276" w:lineRule="auto"/>
        <w:rPr>
          <w:rFonts w:asciiTheme="majorHAnsi" w:eastAsiaTheme="majorEastAsia" w:hAnsiTheme="majorHAnsi" w:cstheme="majorBidi"/>
          <w:b/>
          <w:bCs/>
          <w:color w:val="2F4F3B"/>
          <w:sz w:val="28"/>
          <w:szCs w:val="28"/>
        </w:rPr>
      </w:pPr>
      <w:r>
        <w:br w:type="page"/>
      </w:r>
    </w:p>
    <w:p w14:paraId="418CCFAF" w14:textId="77777777" w:rsidR="0052674D" w:rsidRDefault="003177A5">
      <w:pPr>
        <w:pStyle w:val="Heading1"/>
      </w:pPr>
      <w:r>
        <w:lastRenderedPageBreak/>
        <w:t>4. Arboricultural Position</w:t>
      </w:r>
    </w:p>
    <w:p w14:paraId="520835C7" w14:textId="77777777" w:rsidR="0052674D" w:rsidRDefault="003177A5">
      <w:r>
        <w:t>The scheme has been developed with a clear tree retention strategy in mind. The tree retention strategy focuses on retaining substantial groups rather than isolated remnants. This is important because tree retention is more meaningful if the retained trees can be protected during construction and managed successfully after occupation.</w:t>
      </w:r>
    </w:p>
    <w:p w14:paraId="2003FEE4" w14:textId="77777777" w:rsidR="0052674D" w:rsidRDefault="003177A5">
      <w:r>
        <w:t>The current strategy retains all Category A trees and all but two of the Category B trees on site, in particular in the woodland group at the north-west of the site. This approach reduces both direct arboricultural impact and post-development pressure. The precise retained / removed position should be read with the Arboricultural Report and tree retention schedule.</w:t>
      </w:r>
    </w:p>
    <w:p w14:paraId="5456445F" w14:textId="77777777" w:rsidR="0052674D" w:rsidRDefault="003177A5">
      <w:r>
        <w:t>Retained trees are being incorporated as part of the landscape structure of the development. They are not being treated as residual constraints or left-over features. The design intention is that retained trees contribute to shade, amenity, biodiversity, landscape maturity, wayfinding and the transition between the urban edge and woodland context.</w:t>
      </w:r>
    </w:p>
    <w:p w14:paraId="0C89DEA9" w14:textId="77777777" w:rsidR="008060A1" w:rsidRDefault="008060A1">
      <w:r>
        <w:t>The map below (and enclosed at Appendix 1) shows the trees that are being retained and removed with retained trees in black and removed in red:</w:t>
      </w:r>
    </w:p>
    <w:p w14:paraId="202FAD52" w14:textId="77777777" w:rsidR="008060A1" w:rsidRDefault="008060A1"/>
    <w:p w14:paraId="6018F7E8" w14:textId="77777777" w:rsidR="008060A1" w:rsidRDefault="008060A1">
      <w:r>
        <w:rPr>
          <w:noProof/>
        </w:rPr>
        <w:drawing>
          <wp:inline distT="0" distB="0" distL="0" distR="0" wp14:anchorId="4EABB7DF" wp14:editId="51BF95F7">
            <wp:extent cx="6057900" cy="5301615"/>
            <wp:effectExtent l="0" t="0" r="0" b="0"/>
            <wp:docPr id="1149754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5301615"/>
                    </a:xfrm>
                    <a:prstGeom prst="rect">
                      <a:avLst/>
                    </a:prstGeom>
                    <a:noFill/>
                    <a:ln>
                      <a:noFill/>
                    </a:ln>
                  </pic:spPr>
                </pic:pic>
              </a:graphicData>
            </a:graphic>
          </wp:inline>
        </w:drawing>
      </w:r>
    </w:p>
    <w:p w14:paraId="38EB664F" w14:textId="77777777" w:rsidR="008060A1" w:rsidRPr="008060A1" w:rsidRDefault="008060A1">
      <w:pPr>
        <w:rPr>
          <w:i/>
          <w:iCs/>
          <w:sz w:val="16"/>
          <w:szCs w:val="16"/>
        </w:rPr>
      </w:pPr>
      <w:r>
        <w:t>Source: Quaife Woodlands Arboricultural Report</w:t>
      </w:r>
    </w:p>
    <w:p w14:paraId="39C0B52C" w14:textId="77777777" w:rsidR="008060A1" w:rsidRDefault="008060A1"/>
    <w:p w14:paraId="30F335F9" w14:textId="77777777" w:rsidR="008060A1" w:rsidRDefault="008060A1">
      <w:r>
        <w:t>The following table lists all the trees on site and records which are retained and removed, showing that the most significant A and B trees are retained. With regard to the GLA’s specific query in relation to trees T8 and T145, we can confirm that those trees are proposed to be removed as illustrated on the tree removal / retention plan and detailed below.</w:t>
      </w:r>
    </w:p>
    <w:p w14:paraId="7D6A54E4" w14:textId="77777777" w:rsidR="008060A1" w:rsidRDefault="008060A1">
      <w:r>
        <w:rPr>
          <w:noProof/>
        </w:rPr>
        <w:lastRenderedPageBreak/>
        <w:drawing>
          <wp:inline distT="0" distB="0" distL="0" distR="0" wp14:anchorId="610127BC" wp14:editId="4F87C1E8">
            <wp:extent cx="6259830" cy="8449945"/>
            <wp:effectExtent l="0" t="0" r="7620" b="8255"/>
            <wp:docPr id="14876707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9830" cy="8449945"/>
                    </a:xfrm>
                    <a:prstGeom prst="rect">
                      <a:avLst/>
                    </a:prstGeom>
                    <a:noFill/>
                    <a:ln>
                      <a:noFill/>
                    </a:ln>
                  </pic:spPr>
                </pic:pic>
              </a:graphicData>
            </a:graphic>
          </wp:inline>
        </w:drawing>
      </w:r>
    </w:p>
    <w:p w14:paraId="73479AF2" w14:textId="77777777" w:rsidR="008060A1" w:rsidRDefault="008060A1">
      <w:pPr>
        <w:pStyle w:val="Heading1"/>
      </w:pPr>
      <w:r>
        <w:rPr>
          <w:noProof/>
        </w:rPr>
        <w:lastRenderedPageBreak/>
        <w:drawing>
          <wp:inline distT="0" distB="0" distL="0" distR="0" wp14:anchorId="2C66F539" wp14:editId="0B8DB0BA">
            <wp:extent cx="6259830" cy="8089900"/>
            <wp:effectExtent l="0" t="0" r="7620" b="6350"/>
            <wp:docPr id="1975265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9830" cy="8089900"/>
                    </a:xfrm>
                    <a:prstGeom prst="rect">
                      <a:avLst/>
                    </a:prstGeom>
                    <a:noFill/>
                    <a:ln>
                      <a:noFill/>
                    </a:ln>
                  </pic:spPr>
                </pic:pic>
              </a:graphicData>
            </a:graphic>
          </wp:inline>
        </w:drawing>
      </w:r>
    </w:p>
    <w:p w14:paraId="1D103A51" w14:textId="77777777" w:rsidR="008060A1" w:rsidRPr="008060A1" w:rsidRDefault="008060A1" w:rsidP="008060A1"/>
    <w:p w14:paraId="1299E768" w14:textId="77777777" w:rsidR="008060A1" w:rsidRDefault="00E966AF">
      <w:pPr>
        <w:pStyle w:val="Heading1"/>
      </w:pPr>
      <w:r>
        <w:rPr>
          <w:noProof/>
        </w:rPr>
        <w:lastRenderedPageBreak/>
        <w:drawing>
          <wp:inline distT="0" distB="0" distL="0" distR="0" wp14:anchorId="79254469" wp14:editId="3E2146CB">
            <wp:extent cx="6014085" cy="8834755"/>
            <wp:effectExtent l="0" t="0" r="5715" b="4445"/>
            <wp:docPr id="35457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4085" cy="8834755"/>
                    </a:xfrm>
                    <a:prstGeom prst="rect">
                      <a:avLst/>
                    </a:prstGeom>
                    <a:noFill/>
                    <a:ln>
                      <a:noFill/>
                    </a:ln>
                  </pic:spPr>
                </pic:pic>
              </a:graphicData>
            </a:graphic>
          </wp:inline>
        </w:drawing>
      </w:r>
    </w:p>
    <w:p w14:paraId="354F3A2D" w14:textId="77777777" w:rsidR="00AF5214" w:rsidRDefault="0084753E">
      <w:pPr>
        <w:pStyle w:val="Heading1"/>
      </w:pPr>
      <w:r>
        <w:lastRenderedPageBreak/>
        <w:t>5. CAVAT Assessment and Replacement Value</w:t>
      </w:r>
    </w:p>
    <w:p w14:paraId="3B77AF6F" w14:textId="77777777" w:rsidR="00AF5214" w:rsidRDefault="0084753E">
      <w:pPr>
        <w:rPr>
          <w:lang w:val="en-GB"/>
        </w:rPr>
      </w:pPr>
      <w:r>
        <w:rPr>
          <w:lang w:val="en-GB"/>
        </w:rPr>
        <w:t>A Capital Asset Value for Amenity Trees (CAVAT) assessment of the trees affected by the proposed development has been undertaken by Tree Frontiers, chartered arboricultural consultants, and is enclosed in Appendix A. It has been prepared using the CAVAT Quick Method, which the CAVAT system expressly provides for the strategic valuation of larger tree populations rather than the detailed appraisal of a limited number of individual specimens. Given that the affected trees form part of a woodland block, woodland edge and grouped tree structure rather than being experienced as individual public-realm specimens, the Quick Method is the proportionate and technically appropriate methodology for this resource.</w:t>
      </w:r>
    </w:p>
    <w:p w14:paraId="7991FC0E" w14:textId="77777777" w:rsidR="00AF5214" w:rsidRDefault="0084753E">
      <w:pPr>
        <w:pStyle w:val="Heading2"/>
      </w:pPr>
      <w:r>
        <w:t>5.1 Trees removed and CAVAT value of loss</w:t>
      </w:r>
    </w:p>
    <w:p w14:paraId="707F90E8" w14:textId="77777777" w:rsidR="00AF5214" w:rsidRDefault="0084753E">
      <w:pPr>
        <w:rPr>
          <w:lang w:val="en-GB"/>
        </w:rPr>
      </w:pPr>
      <w:r>
        <w:rPr>
          <w:lang w:val="en-GB"/>
        </w:rPr>
        <w:t>The scheme removes 79 trees or groups of trees and retains 71, including all Category A trees and all but two Category B trees, principally within the woodland group at the north-west of the site. The trees proposed for removal are predominantly internal Category C and Category U specimens with limited public accessibility or visibility. Applying a Community Tree Index (CTI) factor of 150% and a Unit Value Factor (UVF) of £23.56, the assessment concludes that the total CAVAT value of the trees proposed for removal is £263,262.</w:t>
      </w:r>
    </w:p>
    <w:p w14:paraId="68E6FCCE" w14:textId="77777777" w:rsidR="00AF5214" w:rsidRDefault="0084753E">
      <w:pPr>
        <w:pStyle w:val="Heading2"/>
      </w:pPr>
      <w:r>
        <w:t>5.2 Replacement planting</w:t>
      </w:r>
    </w:p>
    <w:p w14:paraId="007D53AA" w14:textId="77777777" w:rsidR="00AF5214" w:rsidRDefault="0084753E">
      <w:pPr>
        <w:rPr>
          <w:lang w:val="en-GB"/>
        </w:rPr>
      </w:pPr>
      <w:r>
        <w:rPr>
          <w:lang w:val="en-GB"/>
        </w:rPr>
        <w:t>The scheme provides 126 new trees, increasing the total tree stock on site from 150 to approximately 197 — a net increase of around 31%. The planting comprises a native, climate-resilient palette of twelve species distributed across the character areas of the scheme, from the welcome square and pocket parks through to the woodland-edge, meadow and riparian margins, reinforcing the transition from the more urban southern edge to the woodland character to the north and west.</w:t>
      </w:r>
    </w:p>
    <w:p w14:paraId="62FF58A7" w14:textId="77777777" w:rsidR="00AF5214" w:rsidRDefault="0084753E">
      <w:pPr>
        <w:pStyle w:val="Heading2"/>
      </w:pPr>
      <w:r>
        <w:t>5.3 CAVAT value of the replacement planting</w:t>
      </w:r>
    </w:p>
    <w:p w14:paraId="78F8EBD6" w14:textId="77777777" w:rsidR="00AF5214" w:rsidRDefault="0084753E">
      <w:pPr>
        <w:rPr>
          <w:lang w:val="en-GB"/>
        </w:rPr>
      </w:pPr>
      <w:r>
        <w:rPr>
          <w:lang w:val="en-GB"/>
        </w:rPr>
        <w:t>The 126 replacement trees have been valued on the same basis as the trees removed, applying the CAVAT Quick Method with the same Unit Value Factor (£23.56) and Community Tree Index (150%). Consistent with the CAVAT methodology, newly planted trees carry a lower initial value than the established trees they replace, because they have not yet developed the trunk size, canopy, visibility and public benefit of mature stock. Applying a functional factor of 60% and a life-expectancy factor of 100% — the latter reflecting that the replacements are newly planted, healthy stock with the longest life expectancy — the replacement planting provides an on-site CAVAT value of £50,097.</w:t>
      </w:r>
    </w:p>
    <w:p w14:paraId="007C6F00" w14:textId="77777777" w:rsidR="00AF5214" w:rsidRDefault="0084753E">
      <w:pPr>
        <w:rPr>
          <w:lang w:val="en-GB"/>
        </w:rPr>
      </w:pPr>
      <w:r>
        <w:rPr>
          <w:lang w:val="en-GB"/>
        </w:rPr>
        <w:t>For each tree the value is derived from its stem diameter (girth divided by π), converted to trunk basal area (π/4 × diameter²), multiplied by the UVF to give a base value, then by the CTI, and finally by the functional and life-expectancy factors. By way of worked example, a semi-mature small-leaved lime at 20/25 cm girth: 22.5 ÷ π = 7.16 cm diameter → 40.3 cm² basal area → × £23.56 = £949 base value → × 1.5 = £1,424 → × 0.60 × 1.0 = £854.</w:t>
      </w:r>
    </w:p>
    <w:p w14:paraId="40BB0906" w14:textId="26192AF1" w:rsidR="00EA3CF1" w:rsidRDefault="00FD23DF">
      <w:pPr>
        <w:rPr>
          <w:lang w:val="en-GB"/>
        </w:rPr>
      </w:pPr>
      <w:r>
        <w:rPr>
          <w:b/>
          <w:lang w:val="en-GB"/>
        </w:rPr>
        <w:t xml:space="preserve">Basis of the replacement valuation. </w:t>
      </w:r>
      <w:r>
        <w:rPr>
          <w:lang w:val="en-GB"/>
        </w:rPr>
        <w:t>The replacement valuation applies the same CAVAT Quick Method, and the same Unit Value Factor (£23.56) and Community Tree Index (150%), as the assessment of the trees removed, so that both the loss and the replacement provision are considered on a consistent, like-for-like basis. Because the replacement stock is of small stem diameter (approximately 4–9 cm</w:t>
      </w:r>
      <w:r>
        <w:rPr>
          <w:lang w:val="en-GB"/>
        </w:rPr>
        <w:t>, corresponding to the 12/14 to 25/30 cm girth nursery stock listed in the schedule</w:t>
      </w:r>
      <w:r>
        <w:rPr>
          <w:lang w:val="en-GB"/>
        </w:rPr>
        <w:t>), which falls at or below the smallest size band in the Quick Method look-up, the base value has been derived from a continuous Unit Value Factor × basal-area calculation; this reconciles with the Quick Method band values at each band’s representative diameter</w:t>
      </w:r>
      <w:r>
        <w:rPr>
          <w:lang w:val="en-GB"/>
        </w:rPr>
        <w:t xml:space="preserve">. </w:t>
      </w:r>
    </w:p>
    <w:p w14:paraId="62560398" w14:textId="77777777" w:rsidR="00AF5214" w:rsidRDefault="0084753E">
      <w:pPr>
        <w:pStyle w:val="Heading2"/>
      </w:pPr>
      <w:r>
        <w:t>5.4 Residual value and Section 106</w:t>
      </w:r>
    </w:p>
    <w:p w14:paraId="18D4D06A" w14:textId="77777777" w:rsidR="00AF5214" w:rsidRDefault="0084753E">
      <w:pPr>
        <w:rPr>
          <w:lang w:val="en-GB"/>
        </w:rPr>
      </w:pPr>
      <w:r>
        <w:rPr>
          <w:lang w:val="en-GB"/>
        </w:rPr>
        <w:t xml:space="preserve">The difference between the CAVAT value of the trees removed (£263,262) and the CAVAT value of the on-site replacement planting (£50,097) is a residual of £213,165. In accordance with Local Plan Policy CDH07 and London Plan Policy G7, where replacement trees of equal value cannot be provided on site, a contribution for the residual value may be made to provide trees within nearby streets and open spaces, secured through a Section 106 obligation. </w:t>
      </w:r>
    </w:p>
    <w:p w14:paraId="374C1F17" w14:textId="77777777" w:rsidR="00AF5214" w:rsidRDefault="0084753E">
      <w:pPr>
        <w:pStyle w:val="Heading2"/>
      </w:pPr>
      <w:r>
        <w:lastRenderedPageBreak/>
        <w:t>5.5 Proportionate mitigation package</w:t>
      </w:r>
    </w:p>
    <w:p w14:paraId="7E51921D" w14:textId="77777777" w:rsidR="00AF5214" w:rsidRDefault="0084753E">
      <w:pPr>
        <w:rPr>
          <w:lang w:val="en-GB"/>
        </w:rPr>
      </w:pPr>
      <w:r>
        <w:rPr>
          <w:lang w:val="en-GB"/>
        </w:rPr>
        <w:t>CAVAT is not intended to require direct financial equivalence between removed and replacement trees; it informs the planning balance by indicating the scale of public amenity value affected and the adequacy of the mitigation proposed. Taken as a whole, the arboricultural response is proportionate: the retention of all Category A and all but two Category B trees; a net increase in tree numbers from 150 to approximately 197; a fully-costed replacement planting programme (in the order of £167,000 to supply, plant and establish the 126 trees); a lifetime Tree Management Plan; and a residual CAVAT contribution secured by Section 106. Together these provide both immediate re-provision and a secured pathway to restoring public amenity value over the longer term.</w:t>
      </w:r>
    </w:p>
    <w:p w14:paraId="1A5F5DCB" w14:textId="77777777" w:rsidR="00AF5214" w:rsidRDefault="0084753E">
      <w:pPr>
        <w:pStyle w:val="Heading2"/>
      </w:pPr>
      <w:r>
        <w:t>5.6 Schedule of replacement trees</w:t>
      </w:r>
    </w:p>
    <w:p w14:paraId="579E06F1" w14:textId="77777777" w:rsidR="00AF5214" w:rsidRDefault="0084753E">
      <w:pPr>
        <w:rPr>
          <w:lang w:val="en-GB"/>
        </w:rPr>
      </w:pPr>
      <w:r>
        <w:rPr>
          <w:lang w:val="en-GB"/>
        </w:rPr>
        <w:t>The schedule below lists each of the 126 replacement trees, with its species, nursery size, location within the scheme, CAVAT value and supply cost.</w:t>
      </w:r>
    </w:p>
    <w:tbl>
      <w:tblPr>
        <w:tblStyle w:val="TableGrid"/>
        <w:tblW w:w="875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Look w:val="04A0" w:firstRow="1" w:lastRow="0" w:firstColumn="1" w:lastColumn="0" w:noHBand="0" w:noVBand="1"/>
      </w:tblPr>
      <w:tblGrid>
        <w:gridCol w:w="1042"/>
        <w:gridCol w:w="2180"/>
        <w:gridCol w:w="2160"/>
        <w:gridCol w:w="2617"/>
        <w:gridCol w:w="759"/>
      </w:tblGrid>
      <w:tr w:rsidR="001E5BA3" w14:paraId="37C5C524" w14:textId="77777777" w:rsidTr="001E5BA3">
        <w:trPr>
          <w:tblHeader/>
        </w:trPr>
        <w:tc>
          <w:tcPr>
            <w:tcW w:w="1042" w:type="dxa"/>
            <w:shd w:val="clear" w:color="auto" w:fill="2F5237"/>
            <w:vAlign w:val="center"/>
          </w:tcPr>
          <w:p w14:paraId="647D2F5A" w14:textId="77777777" w:rsidR="001E5BA3" w:rsidRDefault="001E5BA3">
            <w:pPr>
              <w:spacing w:before="15" w:after="15" w:line="240" w:lineRule="auto"/>
              <w:jc w:val="center"/>
              <w:rPr>
                <w:sz w:val="15"/>
              </w:rPr>
            </w:pPr>
            <w:r>
              <w:rPr>
                <w:b/>
                <w:color w:val="FFFFFF"/>
                <w:sz w:val="15"/>
                <w:lang w:val="en-GB"/>
              </w:rPr>
              <w:t>Ref</w:t>
            </w:r>
          </w:p>
        </w:tc>
        <w:tc>
          <w:tcPr>
            <w:tcW w:w="2180" w:type="dxa"/>
            <w:shd w:val="clear" w:color="auto" w:fill="2F5237"/>
            <w:vAlign w:val="center"/>
          </w:tcPr>
          <w:p w14:paraId="318E8DCD" w14:textId="77777777" w:rsidR="001E5BA3" w:rsidRDefault="001E5BA3">
            <w:pPr>
              <w:spacing w:before="15" w:after="15" w:line="240" w:lineRule="auto"/>
              <w:rPr>
                <w:sz w:val="15"/>
              </w:rPr>
            </w:pPr>
            <w:r>
              <w:rPr>
                <w:b/>
                <w:color w:val="FFFFFF"/>
                <w:sz w:val="15"/>
                <w:lang w:val="en-GB"/>
              </w:rPr>
              <w:t>Species</w:t>
            </w:r>
          </w:p>
        </w:tc>
        <w:tc>
          <w:tcPr>
            <w:tcW w:w="2160" w:type="dxa"/>
            <w:shd w:val="clear" w:color="auto" w:fill="2F5237"/>
            <w:vAlign w:val="center"/>
          </w:tcPr>
          <w:p w14:paraId="44E2BFD9" w14:textId="77777777" w:rsidR="001E5BA3" w:rsidRDefault="001E5BA3">
            <w:pPr>
              <w:spacing w:before="15" w:after="15" w:line="240" w:lineRule="auto"/>
              <w:rPr>
                <w:sz w:val="15"/>
              </w:rPr>
            </w:pPr>
            <w:r>
              <w:rPr>
                <w:b/>
                <w:color w:val="FFFFFF"/>
                <w:sz w:val="15"/>
                <w:lang w:val="en-GB"/>
              </w:rPr>
              <w:t>Nursery size</w:t>
            </w:r>
          </w:p>
        </w:tc>
        <w:tc>
          <w:tcPr>
            <w:tcW w:w="2617" w:type="dxa"/>
            <w:shd w:val="clear" w:color="auto" w:fill="2F5237"/>
            <w:vAlign w:val="center"/>
          </w:tcPr>
          <w:p w14:paraId="49E6C185" w14:textId="77777777" w:rsidR="001E5BA3" w:rsidRDefault="001E5BA3">
            <w:pPr>
              <w:spacing w:before="15" w:after="15" w:line="240" w:lineRule="auto"/>
              <w:rPr>
                <w:sz w:val="15"/>
              </w:rPr>
            </w:pPr>
            <w:r>
              <w:rPr>
                <w:b/>
                <w:color w:val="FFFFFF"/>
                <w:sz w:val="15"/>
                <w:lang w:val="en-GB"/>
              </w:rPr>
              <w:t>Location in scheme</w:t>
            </w:r>
          </w:p>
        </w:tc>
        <w:tc>
          <w:tcPr>
            <w:tcW w:w="759" w:type="dxa"/>
            <w:shd w:val="clear" w:color="auto" w:fill="2F5237"/>
            <w:vAlign w:val="center"/>
          </w:tcPr>
          <w:p w14:paraId="349AF56A" w14:textId="77777777" w:rsidR="001E5BA3" w:rsidRDefault="001E5BA3">
            <w:pPr>
              <w:spacing w:before="15" w:after="15" w:line="240" w:lineRule="auto"/>
              <w:jc w:val="right"/>
              <w:rPr>
                <w:sz w:val="15"/>
              </w:rPr>
            </w:pPr>
            <w:r>
              <w:rPr>
                <w:b/>
                <w:color w:val="FFFFFF"/>
                <w:sz w:val="15"/>
                <w:lang w:val="en-GB"/>
              </w:rPr>
              <w:t>CAVAT value</w:t>
            </w:r>
          </w:p>
        </w:tc>
      </w:tr>
      <w:tr w:rsidR="001E5BA3" w14:paraId="13A8C5E0" w14:textId="77777777" w:rsidTr="001E5BA3">
        <w:tc>
          <w:tcPr>
            <w:tcW w:w="1042" w:type="dxa"/>
            <w:vAlign w:val="center"/>
          </w:tcPr>
          <w:p w14:paraId="3928C38E" w14:textId="77777777" w:rsidR="001E5BA3" w:rsidRDefault="001E5BA3">
            <w:pPr>
              <w:spacing w:before="15" w:after="15" w:line="240" w:lineRule="auto"/>
              <w:jc w:val="center"/>
              <w:rPr>
                <w:sz w:val="15"/>
              </w:rPr>
            </w:pPr>
            <w:r>
              <w:rPr>
                <w:sz w:val="15"/>
                <w:lang w:val="en-GB"/>
              </w:rPr>
              <w:t>N001</w:t>
            </w:r>
          </w:p>
        </w:tc>
        <w:tc>
          <w:tcPr>
            <w:tcW w:w="2180" w:type="dxa"/>
            <w:vAlign w:val="center"/>
          </w:tcPr>
          <w:p w14:paraId="6BE2F161" w14:textId="77777777" w:rsidR="001E5BA3" w:rsidRDefault="001E5BA3">
            <w:pPr>
              <w:spacing w:before="15" w:after="15" w:line="240" w:lineRule="auto"/>
              <w:rPr>
                <w:sz w:val="15"/>
              </w:rPr>
            </w:pPr>
            <w:r>
              <w:rPr>
                <w:sz w:val="15"/>
                <w:lang w:val="en-GB"/>
              </w:rPr>
              <w:t>Small-leaved lime</w:t>
            </w:r>
          </w:p>
        </w:tc>
        <w:tc>
          <w:tcPr>
            <w:tcW w:w="2160" w:type="dxa"/>
            <w:vAlign w:val="center"/>
          </w:tcPr>
          <w:p w14:paraId="7C530B6C" w14:textId="77777777" w:rsidR="001E5BA3" w:rsidRDefault="001E5BA3">
            <w:pPr>
              <w:spacing w:before="15" w:after="15" w:line="240" w:lineRule="auto"/>
              <w:rPr>
                <w:sz w:val="15"/>
              </w:rPr>
            </w:pPr>
            <w:r>
              <w:rPr>
                <w:sz w:val="15"/>
                <w:lang w:val="en-GB"/>
              </w:rPr>
              <w:t>Semi-mature 20/25 cm</w:t>
            </w:r>
          </w:p>
        </w:tc>
        <w:tc>
          <w:tcPr>
            <w:tcW w:w="2617" w:type="dxa"/>
            <w:vAlign w:val="center"/>
          </w:tcPr>
          <w:p w14:paraId="18EA31BC"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6B82CABE" w14:textId="77777777" w:rsidR="001E5BA3" w:rsidRDefault="001E5BA3">
            <w:pPr>
              <w:spacing w:before="15" w:after="15" w:line="240" w:lineRule="auto"/>
              <w:jc w:val="right"/>
              <w:rPr>
                <w:sz w:val="15"/>
              </w:rPr>
            </w:pPr>
            <w:r>
              <w:rPr>
                <w:sz w:val="15"/>
                <w:lang w:val="en-GB"/>
              </w:rPr>
              <w:t>£854</w:t>
            </w:r>
          </w:p>
        </w:tc>
      </w:tr>
      <w:tr w:rsidR="001E5BA3" w14:paraId="71442AB3" w14:textId="77777777" w:rsidTr="001E5BA3">
        <w:tc>
          <w:tcPr>
            <w:tcW w:w="1042" w:type="dxa"/>
            <w:vAlign w:val="center"/>
          </w:tcPr>
          <w:p w14:paraId="4CBBD6C0" w14:textId="77777777" w:rsidR="001E5BA3" w:rsidRDefault="001E5BA3">
            <w:pPr>
              <w:spacing w:before="15" w:after="15" w:line="240" w:lineRule="auto"/>
              <w:jc w:val="center"/>
              <w:rPr>
                <w:sz w:val="15"/>
              </w:rPr>
            </w:pPr>
            <w:r>
              <w:rPr>
                <w:sz w:val="15"/>
                <w:lang w:val="en-GB"/>
              </w:rPr>
              <w:t>N002</w:t>
            </w:r>
          </w:p>
        </w:tc>
        <w:tc>
          <w:tcPr>
            <w:tcW w:w="2180" w:type="dxa"/>
            <w:vAlign w:val="center"/>
          </w:tcPr>
          <w:p w14:paraId="5D2A5C50" w14:textId="77777777" w:rsidR="001E5BA3" w:rsidRDefault="001E5BA3">
            <w:pPr>
              <w:spacing w:before="15" w:after="15" w:line="240" w:lineRule="auto"/>
              <w:rPr>
                <w:sz w:val="15"/>
              </w:rPr>
            </w:pPr>
            <w:r>
              <w:rPr>
                <w:sz w:val="15"/>
                <w:lang w:val="en-GB"/>
              </w:rPr>
              <w:t>Small-leaved lime</w:t>
            </w:r>
          </w:p>
        </w:tc>
        <w:tc>
          <w:tcPr>
            <w:tcW w:w="2160" w:type="dxa"/>
            <w:vAlign w:val="center"/>
          </w:tcPr>
          <w:p w14:paraId="3D245DBA" w14:textId="77777777" w:rsidR="001E5BA3" w:rsidRDefault="001E5BA3">
            <w:pPr>
              <w:spacing w:before="15" w:after="15" w:line="240" w:lineRule="auto"/>
              <w:rPr>
                <w:sz w:val="15"/>
              </w:rPr>
            </w:pPr>
            <w:r>
              <w:rPr>
                <w:sz w:val="15"/>
                <w:lang w:val="en-GB"/>
              </w:rPr>
              <w:t>Semi-mature 20/25 cm</w:t>
            </w:r>
          </w:p>
        </w:tc>
        <w:tc>
          <w:tcPr>
            <w:tcW w:w="2617" w:type="dxa"/>
            <w:vAlign w:val="center"/>
          </w:tcPr>
          <w:p w14:paraId="372C7B4B"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4082B41A" w14:textId="77777777" w:rsidR="001E5BA3" w:rsidRDefault="001E5BA3">
            <w:pPr>
              <w:spacing w:before="15" w:after="15" w:line="240" w:lineRule="auto"/>
              <w:jc w:val="right"/>
              <w:rPr>
                <w:sz w:val="15"/>
              </w:rPr>
            </w:pPr>
            <w:r>
              <w:rPr>
                <w:sz w:val="15"/>
                <w:lang w:val="en-GB"/>
              </w:rPr>
              <w:t>£854</w:t>
            </w:r>
          </w:p>
        </w:tc>
      </w:tr>
      <w:tr w:rsidR="001E5BA3" w14:paraId="38B9F109" w14:textId="77777777" w:rsidTr="001E5BA3">
        <w:tc>
          <w:tcPr>
            <w:tcW w:w="1042" w:type="dxa"/>
            <w:vAlign w:val="center"/>
          </w:tcPr>
          <w:p w14:paraId="5F270C63" w14:textId="77777777" w:rsidR="001E5BA3" w:rsidRDefault="001E5BA3">
            <w:pPr>
              <w:spacing w:before="15" w:after="15" w:line="240" w:lineRule="auto"/>
              <w:jc w:val="center"/>
              <w:rPr>
                <w:sz w:val="15"/>
              </w:rPr>
            </w:pPr>
            <w:r>
              <w:rPr>
                <w:sz w:val="15"/>
                <w:lang w:val="en-GB"/>
              </w:rPr>
              <w:t>N003</w:t>
            </w:r>
          </w:p>
        </w:tc>
        <w:tc>
          <w:tcPr>
            <w:tcW w:w="2180" w:type="dxa"/>
            <w:vAlign w:val="center"/>
          </w:tcPr>
          <w:p w14:paraId="78131970" w14:textId="77777777" w:rsidR="001E5BA3" w:rsidRDefault="001E5BA3">
            <w:pPr>
              <w:spacing w:before="15" w:after="15" w:line="240" w:lineRule="auto"/>
              <w:rPr>
                <w:sz w:val="15"/>
              </w:rPr>
            </w:pPr>
            <w:r>
              <w:rPr>
                <w:sz w:val="15"/>
                <w:lang w:val="en-GB"/>
              </w:rPr>
              <w:t>Small-leaved lime</w:t>
            </w:r>
          </w:p>
        </w:tc>
        <w:tc>
          <w:tcPr>
            <w:tcW w:w="2160" w:type="dxa"/>
            <w:vAlign w:val="center"/>
          </w:tcPr>
          <w:p w14:paraId="0FC3D7F9" w14:textId="77777777" w:rsidR="001E5BA3" w:rsidRDefault="001E5BA3">
            <w:pPr>
              <w:spacing w:before="15" w:after="15" w:line="240" w:lineRule="auto"/>
              <w:rPr>
                <w:sz w:val="15"/>
              </w:rPr>
            </w:pPr>
            <w:r>
              <w:rPr>
                <w:sz w:val="15"/>
                <w:lang w:val="en-GB"/>
              </w:rPr>
              <w:t>Semi-mature 20/25 cm</w:t>
            </w:r>
          </w:p>
        </w:tc>
        <w:tc>
          <w:tcPr>
            <w:tcW w:w="2617" w:type="dxa"/>
            <w:vAlign w:val="center"/>
          </w:tcPr>
          <w:p w14:paraId="67412FB7"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4AD06B87" w14:textId="77777777" w:rsidR="001E5BA3" w:rsidRDefault="001E5BA3">
            <w:pPr>
              <w:spacing w:before="15" w:after="15" w:line="240" w:lineRule="auto"/>
              <w:jc w:val="right"/>
              <w:rPr>
                <w:sz w:val="15"/>
              </w:rPr>
            </w:pPr>
            <w:r>
              <w:rPr>
                <w:sz w:val="15"/>
                <w:lang w:val="en-GB"/>
              </w:rPr>
              <w:t>£854</w:t>
            </w:r>
          </w:p>
        </w:tc>
      </w:tr>
      <w:tr w:rsidR="001E5BA3" w14:paraId="5378F372" w14:textId="77777777" w:rsidTr="001E5BA3">
        <w:tc>
          <w:tcPr>
            <w:tcW w:w="1042" w:type="dxa"/>
            <w:vAlign w:val="center"/>
          </w:tcPr>
          <w:p w14:paraId="5060BBB0" w14:textId="77777777" w:rsidR="001E5BA3" w:rsidRDefault="001E5BA3">
            <w:pPr>
              <w:spacing w:before="15" w:after="15" w:line="240" w:lineRule="auto"/>
              <w:jc w:val="center"/>
              <w:rPr>
                <w:sz w:val="15"/>
              </w:rPr>
            </w:pPr>
            <w:r>
              <w:rPr>
                <w:sz w:val="15"/>
                <w:lang w:val="en-GB"/>
              </w:rPr>
              <w:t>N004</w:t>
            </w:r>
          </w:p>
        </w:tc>
        <w:tc>
          <w:tcPr>
            <w:tcW w:w="2180" w:type="dxa"/>
            <w:vAlign w:val="center"/>
          </w:tcPr>
          <w:p w14:paraId="2A0D2B7A" w14:textId="77777777" w:rsidR="001E5BA3" w:rsidRDefault="001E5BA3">
            <w:pPr>
              <w:spacing w:before="15" w:after="15" w:line="240" w:lineRule="auto"/>
              <w:rPr>
                <w:sz w:val="15"/>
              </w:rPr>
            </w:pPr>
            <w:r>
              <w:rPr>
                <w:sz w:val="15"/>
                <w:lang w:val="en-GB"/>
              </w:rPr>
              <w:t>Small-leaved lime</w:t>
            </w:r>
          </w:p>
        </w:tc>
        <w:tc>
          <w:tcPr>
            <w:tcW w:w="2160" w:type="dxa"/>
            <w:vAlign w:val="center"/>
          </w:tcPr>
          <w:p w14:paraId="5649A74F" w14:textId="77777777" w:rsidR="001E5BA3" w:rsidRDefault="001E5BA3">
            <w:pPr>
              <w:spacing w:before="15" w:after="15" w:line="240" w:lineRule="auto"/>
              <w:rPr>
                <w:sz w:val="15"/>
              </w:rPr>
            </w:pPr>
            <w:r>
              <w:rPr>
                <w:sz w:val="15"/>
                <w:lang w:val="en-GB"/>
              </w:rPr>
              <w:t>Semi-mature 20/25 cm</w:t>
            </w:r>
          </w:p>
        </w:tc>
        <w:tc>
          <w:tcPr>
            <w:tcW w:w="2617" w:type="dxa"/>
            <w:vAlign w:val="center"/>
          </w:tcPr>
          <w:p w14:paraId="62A4602F"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570AC6C9" w14:textId="77777777" w:rsidR="001E5BA3" w:rsidRDefault="001E5BA3">
            <w:pPr>
              <w:spacing w:before="15" w:after="15" w:line="240" w:lineRule="auto"/>
              <w:jc w:val="right"/>
              <w:rPr>
                <w:sz w:val="15"/>
              </w:rPr>
            </w:pPr>
            <w:r>
              <w:rPr>
                <w:sz w:val="15"/>
                <w:lang w:val="en-GB"/>
              </w:rPr>
              <w:t>£854</w:t>
            </w:r>
          </w:p>
        </w:tc>
      </w:tr>
      <w:tr w:rsidR="001E5BA3" w14:paraId="141E6DAF" w14:textId="77777777" w:rsidTr="001E5BA3">
        <w:tc>
          <w:tcPr>
            <w:tcW w:w="1042" w:type="dxa"/>
            <w:vAlign w:val="center"/>
          </w:tcPr>
          <w:p w14:paraId="622041DD" w14:textId="77777777" w:rsidR="001E5BA3" w:rsidRDefault="001E5BA3">
            <w:pPr>
              <w:spacing w:before="15" w:after="15" w:line="240" w:lineRule="auto"/>
              <w:jc w:val="center"/>
              <w:rPr>
                <w:sz w:val="15"/>
              </w:rPr>
            </w:pPr>
            <w:r>
              <w:rPr>
                <w:sz w:val="15"/>
                <w:lang w:val="en-GB"/>
              </w:rPr>
              <w:t>N005</w:t>
            </w:r>
          </w:p>
        </w:tc>
        <w:tc>
          <w:tcPr>
            <w:tcW w:w="2180" w:type="dxa"/>
            <w:vAlign w:val="center"/>
          </w:tcPr>
          <w:p w14:paraId="0A8BB93E" w14:textId="77777777" w:rsidR="001E5BA3" w:rsidRDefault="001E5BA3">
            <w:pPr>
              <w:spacing w:before="15" w:after="15" w:line="240" w:lineRule="auto"/>
              <w:rPr>
                <w:sz w:val="15"/>
              </w:rPr>
            </w:pPr>
            <w:r>
              <w:rPr>
                <w:sz w:val="15"/>
                <w:lang w:val="en-GB"/>
              </w:rPr>
              <w:t>Silver birch</w:t>
            </w:r>
          </w:p>
        </w:tc>
        <w:tc>
          <w:tcPr>
            <w:tcW w:w="2160" w:type="dxa"/>
            <w:vAlign w:val="center"/>
          </w:tcPr>
          <w:p w14:paraId="2D4E3FF7" w14:textId="77777777" w:rsidR="001E5BA3" w:rsidRDefault="001E5BA3">
            <w:pPr>
              <w:spacing w:before="15" w:after="15" w:line="240" w:lineRule="auto"/>
              <w:rPr>
                <w:sz w:val="15"/>
              </w:rPr>
            </w:pPr>
            <w:r>
              <w:rPr>
                <w:sz w:val="15"/>
                <w:lang w:val="en-GB"/>
              </w:rPr>
              <w:t>Semi-mature 20/25 cm</w:t>
            </w:r>
          </w:p>
        </w:tc>
        <w:tc>
          <w:tcPr>
            <w:tcW w:w="2617" w:type="dxa"/>
            <w:vAlign w:val="center"/>
          </w:tcPr>
          <w:p w14:paraId="2DF8A24D"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367726F6" w14:textId="77777777" w:rsidR="001E5BA3" w:rsidRDefault="001E5BA3">
            <w:pPr>
              <w:spacing w:before="15" w:after="15" w:line="240" w:lineRule="auto"/>
              <w:jc w:val="right"/>
              <w:rPr>
                <w:sz w:val="15"/>
              </w:rPr>
            </w:pPr>
            <w:r>
              <w:rPr>
                <w:sz w:val="15"/>
                <w:lang w:val="en-GB"/>
              </w:rPr>
              <w:t>£854</w:t>
            </w:r>
          </w:p>
        </w:tc>
      </w:tr>
      <w:tr w:rsidR="001E5BA3" w14:paraId="6B6ABA32" w14:textId="77777777" w:rsidTr="001E5BA3">
        <w:tc>
          <w:tcPr>
            <w:tcW w:w="1042" w:type="dxa"/>
            <w:vAlign w:val="center"/>
          </w:tcPr>
          <w:p w14:paraId="6E627C88" w14:textId="77777777" w:rsidR="001E5BA3" w:rsidRDefault="001E5BA3">
            <w:pPr>
              <w:spacing w:before="15" w:after="15" w:line="240" w:lineRule="auto"/>
              <w:jc w:val="center"/>
              <w:rPr>
                <w:sz w:val="15"/>
              </w:rPr>
            </w:pPr>
            <w:r>
              <w:rPr>
                <w:sz w:val="15"/>
                <w:lang w:val="en-GB"/>
              </w:rPr>
              <w:t>N006</w:t>
            </w:r>
          </w:p>
        </w:tc>
        <w:tc>
          <w:tcPr>
            <w:tcW w:w="2180" w:type="dxa"/>
            <w:vAlign w:val="center"/>
          </w:tcPr>
          <w:p w14:paraId="535062D1" w14:textId="77777777" w:rsidR="001E5BA3" w:rsidRDefault="001E5BA3">
            <w:pPr>
              <w:spacing w:before="15" w:after="15" w:line="240" w:lineRule="auto"/>
              <w:rPr>
                <w:sz w:val="15"/>
              </w:rPr>
            </w:pPr>
            <w:r>
              <w:rPr>
                <w:sz w:val="15"/>
                <w:lang w:val="en-GB"/>
              </w:rPr>
              <w:t>Silver birch</w:t>
            </w:r>
          </w:p>
        </w:tc>
        <w:tc>
          <w:tcPr>
            <w:tcW w:w="2160" w:type="dxa"/>
            <w:vAlign w:val="center"/>
          </w:tcPr>
          <w:p w14:paraId="4DEBDE0B" w14:textId="77777777" w:rsidR="001E5BA3" w:rsidRDefault="001E5BA3">
            <w:pPr>
              <w:spacing w:before="15" w:after="15" w:line="240" w:lineRule="auto"/>
              <w:rPr>
                <w:sz w:val="15"/>
              </w:rPr>
            </w:pPr>
            <w:r>
              <w:rPr>
                <w:sz w:val="15"/>
                <w:lang w:val="en-GB"/>
              </w:rPr>
              <w:t>Semi-mature 20/25 cm</w:t>
            </w:r>
          </w:p>
        </w:tc>
        <w:tc>
          <w:tcPr>
            <w:tcW w:w="2617" w:type="dxa"/>
            <w:vAlign w:val="center"/>
          </w:tcPr>
          <w:p w14:paraId="6CB217F9"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074E8C58" w14:textId="77777777" w:rsidR="001E5BA3" w:rsidRDefault="001E5BA3">
            <w:pPr>
              <w:spacing w:before="15" w:after="15" w:line="240" w:lineRule="auto"/>
              <w:jc w:val="right"/>
              <w:rPr>
                <w:sz w:val="15"/>
              </w:rPr>
            </w:pPr>
            <w:r>
              <w:rPr>
                <w:sz w:val="15"/>
                <w:lang w:val="en-GB"/>
              </w:rPr>
              <w:t>£854</w:t>
            </w:r>
          </w:p>
        </w:tc>
      </w:tr>
      <w:tr w:rsidR="001E5BA3" w14:paraId="0EA61FC6" w14:textId="77777777" w:rsidTr="001E5BA3">
        <w:tc>
          <w:tcPr>
            <w:tcW w:w="1042" w:type="dxa"/>
            <w:vAlign w:val="center"/>
          </w:tcPr>
          <w:p w14:paraId="78761323" w14:textId="77777777" w:rsidR="001E5BA3" w:rsidRDefault="001E5BA3">
            <w:pPr>
              <w:spacing w:before="15" w:after="15" w:line="240" w:lineRule="auto"/>
              <w:jc w:val="center"/>
              <w:rPr>
                <w:sz w:val="15"/>
              </w:rPr>
            </w:pPr>
            <w:r>
              <w:rPr>
                <w:sz w:val="15"/>
                <w:lang w:val="en-GB"/>
              </w:rPr>
              <w:t>N007</w:t>
            </w:r>
          </w:p>
        </w:tc>
        <w:tc>
          <w:tcPr>
            <w:tcW w:w="2180" w:type="dxa"/>
            <w:vAlign w:val="center"/>
          </w:tcPr>
          <w:p w14:paraId="64C91309" w14:textId="77777777" w:rsidR="001E5BA3" w:rsidRDefault="001E5BA3">
            <w:pPr>
              <w:spacing w:before="15" w:after="15" w:line="240" w:lineRule="auto"/>
              <w:rPr>
                <w:sz w:val="15"/>
              </w:rPr>
            </w:pPr>
            <w:r>
              <w:rPr>
                <w:sz w:val="15"/>
                <w:lang w:val="en-GB"/>
              </w:rPr>
              <w:t>Silver birch</w:t>
            </w:r>
          </w:p>
        </w:tc>
        <w:tc>
          <w:tcPr>
            <w:tcW w:w="2160" w:type="dxa"/>
            <w:vAlign w:val="center"/>
          </w:tcPr>
          <w:p w14:paraId="10EC1AB6" w14:textId="77777777" w:rsidR="001E5BA3" w:rsidRDefault="001E5BA3">
            <w:pPr>
              <w:spacing w:before="15" w:after="15" w:line="240" w:lineRule="auto"/>
              <w:rPr>
                <w:sz w:val="15"/>
              </w:rPr>
            </w:pPr>
            <w:r>
              <w:rPr>
                <w:sz w:val="15"/>
                <w:lang w:val="en-GB"/>
              </w:rPr>
              <w:t>Semi-mature 20/25 cm</w:t>
            </w:r>
          </w:p>
        </w:tc>
        <w:tc>
          <w:tcPr>
            <w:tcW w:w="2617" w:type="dxa"/>
            <w:vAlign w:val="center"/>
          </w:tcPr>
          <w:p w14:paraId="4CC974CF"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679307FB" w14:textId="77777777" w:rsidR="001E5BA3" w:rsidRDefault="001E5BA3">
            <w:pPr>
              <w:spacing w:before="15" w:after="15" w:line="240" w:lineRule="auto"/>
              <w:jc w:val="right"/>
              <w:rPr>
                <w:sz w:val="15"/>
              </w:rPr>
            </w:pPr>
            <w:r>
              <w:rPr>
                <w:sz w:val="15"/>
                <w:lang w:val="en-GB"/>
              </w:rPr>
              <w:t>£854</w:t>
            </w:r>
          </w:p>
        </w:tc>
      </w:tr>
      <w:tr w:rsidR="001E5BA3" w14:paraId="2FFA183A" w14:textId="77777777" w:rsidTr="001E5BA3">
        <w:tc>
          <w:tcPr>
            <w:tcW w:w="1042" w:type="dxa"/>
            <w:vAlign w:val="center"/>
          </w:tcPr>
          <w:p w14:paraId="161D9E83" w14:textId="77777777" w:rsidR="001E5BA3" w:rsidRDefault="001E5BA3">
            <w:pPr>
              <w:spacing w:before="15" w:after="15" w:line="240" w:lineRule="auto"/>
              <w:jc w:val="center"/>
              <w:rPr>
                <w:sz w:val="15"/>
              </w:rPr>
            </w:pPr>
            <w:r>
              <w:rPr>
                <w:sz w:val="15"/>
                <w:lang w:val="en-GB"/>
              </w:rPr>
              <w:t>N008</w:t>
            </w:r>
          </w:p>
        </w:tc>
        <w:tc>
          <w:tcPr>
            <w:tcW w:w="2180" w:type="dxa"/>
            <w:vAlign w:val="center"/>
          </w:tcPr>
          <w:p w14:paraId="0956C82F" w14:textId="77777777" w:rsidR="001E5BA3" w:rsidRDefault="001E5BA3">
            <w:pPr>
              <w:spacing w:before="15" w:after="15" w:line="240" w:lineRule="auto"/>
              <w:rPr>
                <w:sz w:val="15"/>
              </w:rPr>
            </w:pPr>
            <w:r>
              <w:rPr>
                <w:sz w:val="15"/>
                <w:lang w:val="en-GB"/>
              </w:rPr>
              <w:t>Silver birch</w:t>
            </w:r>
          </w:p>
        </w:tc>
        <w:tc>
          <w:tcPr>
            <w:tcW w:w="2160" w:type="dxa"/>
            <w:vAlign w:val="center"/>
          </w:tcPr>
          <w:p w14:paraId="614A5637" w14:textId="77777777" w:rsidR="001E5BA3" w:rsidRDefault="001E5BA3">
            <w:pPr>
              <w:spacing w:before="15" w:after="15" w:line="240" w:lineRule="auto"/>
              <w:rPr>
                <w:sz w:val="15"/>
              </w:rPr>
            </w:pPr>
            <w:r>
              <w:rPr>
                <w:sz w:val="15"/>
                <w:lang w:val="en-GB"/>
              </w:rPr>
              <w:t>Semi-mature 20/25 cm</w:t>
            </w:r>
          </w:p>
        </w:tc>
        <w:tc>
          <w:tcPr>
            <w:tcW w:w="2617" w:type="dxa"/>
            <w:vAlign w:val="center"/>
          </w:tcPr>
          <w:p w14:paraId="7BDA5D16"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0331FE6C" w14:textId="77777777" w:rsidR="001E5BA3" w:rsidRDefault="001E5BA3">
            <w:pPr>
              <w:spacing w:before="15" w:after="15" w:line="240" w:lineRule="auto"/>
              <w:jc w:val="right"/>
              <w:rPr>
                <w:sz w:val="15"/>
              </w:rPr>
            </w:pPr>
            <w:r>
              <w:rPr>
                <w:sz w:val="15"/>
                <w:lang w:val="en-GB"/>
              </w:rPr>
              <w:t>£854</w:t>
            </w:r>
          </w:p>
        </w:tc>
      </w:tr>
      <w:tr w:rsidR="001E5BA3" w14:paraId="77F5C622" w14:textId="77777777" w:rsidTr="001E5BA3">
        <w:tc>
          <w:tcPr>
            <w:tcW w:w="1042" w:type="dxa"/>
            <w:vAlign w:val="center"/>
          </w:tcPr>
          <w:p w14:paraId="28803C3F" w14:textId="77777777" w:rsidR="001E5BA3" w:rsidRDefault="001E5BA3">
            <w:pPr>
              <w:spacing w:before="15" w:after="15" w:line="240" w:lineRule="auto"/>
              <w:jc w:val="center"/>
              <w:rPr>
                <w:sz w:val="15"/>
              </w:rPr>
            </w:pPr>
            <w:r>
              <w:rPr>
                <w:sz w:val="15"/>
                <w:lang w:val="en-GB"/>
              </w:rPr>
              <w:t>N009</w:t>
            </w:r>
          </w:p>
        </w:tc>
        <w:tc>
          <w:tcPr>
            <w:tcW w:w="2180" w:type="dxa"/>
            <w:vAlign w:val="center"/>
          </w:tcPr>
          <w:p w14:paraId="5A93F8D4" w14:textId="77777777" w:rsidR="001E5BA3" w:rsidRDefault="001E5BA3">
            <w:pPr>
              <w:spacing w:before="15" w:after="15" w:line="240" w:lineRule="auto"/>
              <w:rPr>
                <w:sz w:val="15"/>
              </w:rPr>
            </w:pPr>
            <w:r>
              <w:rPr>
                <w:sz w:val="15"/>
                <w:lang w:val="en-GB"/>
              </w:rPr>
              <w:t>Hornbeam</w:t>
            </w:r>
          </w:p>
        </w:tc>
        <w:tc>
          <w:tcPr>
            <w:tcW w:w="2160" w:type="dxa"/>
            <w:vAlign w:val="center"/>
          </w:tcPr>
          <w:p w14:paraId="79BDC2D7" w14:textId="77777777" w:rsidR="001E5BA3" w:rsidRDefault="001E5BA3">
            <w:pPr>
              <w:spacing w:before="15" w:after="15" w:line="240" w:lineRule="auto"/>
              <w:rPr>
                <w:sz w:val="15"/>
              </w:rPr>
            </w:pPr>
            <w:r>
              <w:rPr>
                <w:sz w:val="15"/>
                <w:lang w:val="en-GB"/>
              </w:rPr>
              <w:t>Semi-mature 20/25 cm</w:t>
            </w:r>
          </w:p>
        </w:tc>
        <w:tc>
          <w:tcPr>
            <w:tcW w:w="2617" w:type="dxa"/>
            <w:vAlign w:val="center"/>
          </w:tcPr>
          <w:p w14:paraId="7FE8AC89"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1C2FFC7B" w14:textId="77777777" w:rsidR="001E5BA3" w:rsidRDefault="001E5BA3">
            <w:pPr>
              <w:spacing w:before="15" w:after="15" w:line="240" w:lineRule="auto"/>
              <w:jc w:val="right"/>
              <w:rPr>
                <w:sz w:val="15"/>
              </w:rPr>
            </w:pPr>
            <w:r>
              <w:rPr>
                <w:sz w:val="15"/>
                <w:lang w:val="en-GB"/>
              </w:rPr>
              <w:t>£854</w:t>
            </w:r>
          </w:p>
        </w:tc>
      </w:tr>
      <w:tr w:rsidR="001E5BA3" w14:paraId="6B5E0E31" w14:textId="77777777" w:rsidTr="001E5BA3">
        <w:tc>
          <w:tcPr>
            <w:tcW w:w="1042" w:type="dxa"/>
            <w:vAlign w:val="center"/>
          </w:tcPr>
          <w:p w14:paraId="2ABF032F" w14:textId="77777777" w:rsidR="001E5BA3" w:rsidRDefault="001E5BA3">
            <w:pPr>
              <w:spacing w:before="15" w:after="15" w:line="240" w:lineRule="auto"/>
              <w:jc w:val="center"/>
              <w:rPr>
                <w:sz w:val="15"/>
              </w:rPr>
            </w:pPr>
            <w:r>
              <w:rPr>
                <w:sz w:val="15"/>
                <w:lang w:val="en-GB"/>
              </w:rPr>
              <w:t>N010</w:t>
            </w:r>
          </w:p>
        </w:tc>
        <w:tc>
          <w:tcPr>
            <w:tcW w:w="2180" w:type="dxa"/>
            <w:vAlign w:val="center"/>
          </w:tcPr>
          <w:p w14:paraId="7CE9ED39" w14:textId="77777777" w:rsidR="001E5BA3" w:rsidRDefault="001E5BA3">
            <w:pPr>
              <w:spacing w:before="15" w:after="15" w:line="240" w:lineRule="auto"/>
              <w:rPr>
                <w:sz w:val="15"/>
              </w:rPr>
            </w:pPr>
            <w:r>
              <w:rPr>
                <w:sz w:val="15"/>
                <w:lang w:val="en-GB"/>
              </w:rPr>
              <w:t>Hornbeam</w:t>
            </w:r>
          </w:p>
        </w:tc>
        <w:tc>
          <w:tcPr>
            <w:tcW w:w="2160" w:type="dxa"/>
            <w:vAlign w:val="center"/>
          </w:tcPr>
          <w:p w14:paraId="353EAB07" w14:textId="77777777" w:rsidR="001E5BA3" w:rsidRDefault="001E5BA3">
            <w:pPr>
              <w:spacing w:before="15" w:after="15" w:line="240" w:lineRule="auto"/>
              <w:rPr>
                <w:sz w:val="15"/>
              </w:rPr>
            </w:pPr>
            <w:r>
              <w:rPr>
                <w:sz w:val="15"/>
                <w:lang w:val="en-GB"/>
              </w:rPr>
              <w:t>Semi-mature 20/25 cm</w:t>
            </w:r>
          </w:p>
        </w:tc>
        <w:tc>
          <w:tcPr>
            <w:tcW w:w="2617" w:type="dxa"/>
            <w:vAlign w:val="center"/>
          </w:tcPr>
          <w:p w14:paraId="4034072E"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27044F2C" w14:textId="77777777" w:rsidR="001E5BA3" w:rsidRDefault="001E5BA3">
            <w:pPr>
              <w:spacing w:before="15" w:after="15" w:line="240" w:lineRule="auto"/>
              <w:jc w:val="right"/>
              <w:rPr>
                <w:sz w:val="15"/>
              </w:rPr>
            </w:pPr>
            <w:r>
              <w:rPr>
                <w:sz w:val="15"/>
                <w:lang w:val="en-GB"/>
              </w:rPr>
              <w:t>£854</w:t>
            </w:r>
          </w:p>
        </w:tc>
      </w:tr>
      <w:tr w:rsidR="001E5BA3" w14:paraId="39146235" w14:textId="77777777" w:rsidTr="001E5BA3">
        <w:tc>
          <w:tcPr>
            <w:tcW w:w="1042" w:type="dxa"/>
            <w:vAlign w:val="center"/>
          </w:tcPr>
          <w:p w14:paraId="12536B62" w14:textId="77777777" w:rsidR="001E5BA3" w:rsidRDefault="001E5BA3">
            <w:pPr>
              <w:spacing w:before="15" w:after="15" w:line="240" w:lineRule="auto"/>
              <w:jc w:val="center"/>
              <w:rPr>
                <w:sz w:val="15"/>
              </w:rPr>
            </w:pPr>
            <w:r>
              <w:rPr>
                <w:sz w:val="15"/>
                <w:lang w:val="en-GB"/>
              </w:rPr>
              <w:t>N011</w:t>
            </w:r>
          </w:p>
        </w:tc>
        <w:tc>
          <w:tcPr>
            <w:tcW w:w="2180" w:type="dxa"/>
            <w:vAlign w:val="center"/>
          </w:tcPr>
          <w:p w14:paraId="254B5290" w14:textId="77777777" w:rsidR="001E5BA3" w:rsidRDefault="001E5BA3">
            <w:pPr>
              <w:spacing w:before="15" w:after="15" w:line="240" w:lineRule="auto"/>
              <w:rPr>
                <w:sz w:val="15"/>
              </w:rPr>
            </w:pPr>
            <w:r>
              <w:rPr>
                <w:sz w:val="15"/>
                <w:lang w:val="en-GB"/>
              </w:rPr>
              <w:t>Beech</w:t>
            </w:r>
          </w:p>
        </w:tc>
        <w:tc>
          <w:tcPr>
            <w:tcW w:w="2160" w:type="dxa"/>
            <w:vAlign w:val="center"/>
          </w:tcPr>
          <w:p w14:paraId="55AB2E7C" w14:textId="77777777" w:rsidR="001E5BA3" w:rsidRDefault="001E5BA3">
            <w:pPr>
              <w:spacing w:before="15" w:after="15" w:line="240" w:lineRule="auto"/>
              <w:rPr>
                <w:sz w:val="15"/>
              </w:rPr>
            </w:pPr>
            <w:r>
              <w:rPr>
                <w:sz w:val="15"/>
                <w:lang w:val="en-GB"/>
              </w:rPr>
              <w:t>Semi-mature 25/30 cm</w:t>
            </w:r>
          </w:p>
        </w:tc>
        <w:tc>
          <w:tcPr>
            <w:tcW w:w="2617" w:type="dxa"/>
            <w:vAlign w:val="center"/>
          </w:tcPr>
          <w:p w14:paraId="23233286"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1856129A" w14:textId="77777777" w:rsidR="001E5BA3" w:rsidRDefault="001E5BA3">
            <w:pPr>
              <w:spacing w:before="15" w:after="15" w:line="240" w:lineRule="auto"/>
              <w:jc w:val="right"/>
              <w:rPr>
                <w:sz w:val="15"/>
              </w:rPr>
            </w:pPr>
            <w:r>
              <w:rPr>
                <w:sz w:val="15"/>
                <w:lang w:val="en-GB"/>
              </w:rPr>
              <w:t>£1,055</w:t>
            </w:r>
          </w:p>
        </w:tc>
      </w:tr>
      <w:tr w:rsidR="001E5BA3" w14:paraId="524606DA" w14:textId="77777777" w:rsidTr="001E5BA3">
        <w:tc>
          <w:tcPr>
            <w:tcW w:w="1042" w:type="dxa"/>
            <w:vAlign w:val="center"/>
          </w:tcPr>
          <w:p w14:paraId="5E0850F0" w14:textId="77777777" w:rsidR="001E5BA3" w:rsidRDefault="001E5BA3">
            <w:pPr>
              <w:spacing w:before="15" w:after="15" w:line="240" w:lineRule="auto"/>
              <w:jc w:val="center"/>
              <w:rPr>
                <w:sz w:val="15"/>
              </w:rPr>
            </w:pPr>
            <w:r>
              <w:rPr>
                <w:sz w:val="15"/>
                <w:lang w:val="en-GB"/>
              </w:rPr>
              <w:t>N012</w:t>
            </w:r>
          </w:p>
        </w:tc>
        <w:tc>
          <w:tcPr>
            <w:tcW w:w="2180" w:type="dxa"/>
            <w:vAlign w:val="center"/>
          </w:tcPr>
          <w:p w14:paraId="0015DE2F" w14:textId="77777777" w:rsidR="001E5BA3" w:rsidRDefault="001E5BA3">
            <w:pPr>
              <w:spacing w:before="15" w:after="15" w:line="240" w:lineRule="auto"/>
              <w:rPr>
                <w:sz w:val="15"/>
              </w:rPr>
            </w:pPr>
            <w:r>
              <w:rPr>
                <w:sz w:val="15"/>
                <w:lang w:val="en-GB"/>
              </w:rPr>
              <w:t>Beech</w:t>
            </w:r>
          </w:p>
        </w:tc>
        <w:tc>
          <w:tcPr>
            <w:tcW w:w="2160" w:type="dxa"/>
            <w:vAlign w:val="center"/>
          </w:tcPr>
          <w:p w14:paraId="61F96021" w14:textId="77777777" w:rsidR="001E5BA3" w:rsidRDefault="001E5BA3">
            <w:pPr>
              <w:spacing w:before="15" w:after="15" w:line="240" w:lineRule="auto"/>
              <w:rPr>
                <w:sz w:val="15"/>
              </w:rPr>
            </w:pPr>
            <w:r>
              <w:rPr>
                <w:sz w:val="15"/>
                <w:lang w:val="en-GB"/>
              </w:rPr>
              <w:t>Semi-mature 25/30 cm</w:t>
            </w:r>
          </w:p>
        </w:tc>
        <w:tc>
          <w:tcPr>
            <w:tcW w:w="2617" w:type="dxa"/>
            <w:vAlign w:val="center"/>
          </w:tcPr>
          <w:p w14:paraId="36E9AE87" w14:textId="77777777" w:rsidR="001E5BA3" w:rsidRDefault="001E5BA3">
            <w:pPr>
              <w:spacing w:before="15" w:after="15" w:line="240" w:lineRule="auto"/>
              <w:rPr>
                <w:sz w:val="15"/>
              </w:rPr>
            </w:pPr>
            <w:r>
              <w:rPr>
                <w:sz w:val="15"/>
                <w:lang w:val="en-GB"/>
              </w:rPr>
              <w:t>Welcome square / primary frontage</w:t>
            </w:r>
          </w:p>
        </w:tc>
        <w:tc>
          <w:tcPr>
            <w:tcW w:w="759" w:type="dxa"/>
            <w:vAlign w:val="center"/>
          </w:tcPr>
          <w:p w14:paraId="3DD93EAB" w14:textId="77777777" w:rsidR="001E5BA3" w:rsidRDefault="001E5BA3">
            <w:pPr>
              <w:spacing w:before="15" w:after="15" w:line="240" w:lineRule="auto"/>
              <w:jc w:val="right"/>
              <w:rPr>
                <w:sz w:val="15"/>
              </w:rPr>
            </w:pPr>
            <w:r>
              <w:rPr>
                <w:sz w:val="15"/>
                <w:lang w:val="en-GB"/>
              </w:rPr>
              <w:t>£1,055</w:t>
            </w:r>
          </w:p>
        </w:tc>
      </w:tr>
      <w:tr w:rsidR="001E5BA3" w14:paraId="52E3F57A" w14:textId="77777777" w:rsidTr="001E5BA3">
        <w:tc>
          <w:tcPr>
            <w:tcW w:w="1042" w:type="dxa"/>
            <w:vAlign w:val="center"/>
          </w:tcPr>
          <w:p w14:paraId="6381C624" w14:textId="77777777" w:rsidR="001E5BA3" w:rsidRDefault="001E5BA3">
            <w:pPr>
              <w:spacing w:before="15" w:after="15" w:line="240" w:lineRule="auto"/>
              <w:jc w:val="center"/>
              <w:rPr>
                <w:sz w:val="15"/>
              </w:rPr>
            </w:pPr>
            <w:r>
              <w:rPr>
                <w:sz w:val="15"/>
                <w:lang w:val="en-GB"/>
              </w:rPr>
              <w:t>N013</w:t>
            </w:r>
          </w:p>
        </w:tc>
        <w:tc>
          <w:tcPr>
            <w:tcW w:w="2180" w:type="dxa"/>
            <w:vAlign w:val="center"/>
          </w:tcPr>
          <w:p w14:paraId="049B30F8" w14:textId="77777777" w:rsidR="001E5BA3" w:rsidRDefault="001E5BA3">
            <w:pPr>
              <w:spacing w:before="15" w:after="15" w:line="240" w:lineRule="auto"/>
              <w:rPr>
                <w:sz w:val="15"/>
              </w:rPr>
            </w:pPr>
            <w:r>
              <w:rPr>
                <w:sz w:val="15"/>
                <w:lang w:val="en-GB"/>
              </w:rPr>
              <w:t>Crab apple</w:t>
            </w:r>
          </w:p>
        </w:tc>
        <w:tc>
          <w:tcPr>
            <w:tcW w:w="2160" w:type="dxa"/>
            <w:vAlign w:val="center"/>
          </w:tcPr>
          <w:p w14:paraId="50B23E0F"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6103A67B" w14:textId="77777777" w:rsidR="001E5BA3" w:rsidRDefault="001E5BA3">
            <w:pPr>
              <w:spacing w:before="15" w:after="15" w:line="240" w:lineRule="auto"/>
              <w:rPr>
                <w:sz w:val="15"/>
              </w:rPr>
            </w:pPr>
            <w:r>
              <w:rPr>
                <w:sz w:val="15"/>
                <w:lang w:val="en-GB"/>
              </w:rPr>
              <w:t>Play street</w:t>
            </w:r>
          </w:p>
        </w:tc>
        <w:tc>
          <w:tcPr>
            <w:tcW w:w="759" w:type="dxa"/>
            <w:vAlign w:val="center"/>
          </w:tcPr>
          <w:p w14:paraId="64169F23" w14:textId="77777777" w:rsidR="001E5BA3" w:rsidRDefault="001E5BA3">
            <w:pPr>
              <w:spacing w:before="15" w:after="15" w:line="240" w:lineRule="auto"/>
              <w:jc w:val="right"/>
              <w:rPr>
                <w:sz w:val="15"/>
              </w:rPr>
            </w:pPr>
            <w:r>
              <w:rPr>
                <w:sz w:val="15"/>
                <w:lang w:val="en-GB"/>
              </w:rPr>
              <w:t>£285</w:t>
            </w:r>
          </w:p>
        </w:tc>
      </w:tr>
      <w:tr w:rsidR="001E5BA3" w14:paraId="79488E8D" w14:textId="77777777" w:rsidTr="001E5BA3">
        <w:tc>
          <w:tcPr>
            <w:tcW w:w="1042" w:type="dxa"/>
            <w:vAlign w:val="center"/>
          </w:tcPr>
          <w:p w14:paraId="0E4D3B84" w14:textId="77777777" w:rsidR="001E5BA3" w:rsidRDefault="001E5BA3">
            <w:pPr>
              <w:spacing w:before="15" w:after="15" w:line="240" w:lineRule="auto"/>
              <w:jc w:val="center"/>
              <w:rPr>
                <w:sz w:val="15"/>
              </w:rPr>
            </w:pPr>
            <w:r>
              <w:rPr>
                <w:sz w:val="15"/>
                <w:lang w:val="en-GB"/>
              </w:rPr>
              <w:t>N014</w:t>
            </w:r>
          </w:p>
        </w:tc>
        <w:tc>
          <w:tcPr>
            <w:tcW w:w="2180" w:type="dxa"/>
            <w:vAlign w:val="center"/>
          </w:tcPr>
          <w:p w14:paraId="43F0E389" w14:textId="77777777" w:rsidR="001E5BA3" w:rsidRDefault="001E5BA3">
            <w:pPr>
              <w:spacing w:before="15" w:after="15" w:line="240" w:lineRule="auto"/>
              <w:rPr>
                <w:sz w:val="15"/>
              </w:rPr>
            </w:pPr>
            <w:r>
              <w:rPr>
                <w:sz w:val="15"/>
                <w:lang w:val="en-GB"/>
              </w:rPr>
              <w:t>Crab apple</w:t>
            </w:r>
          </w:p>
        </w:tc>
        <w:tc>
          <w:tcPr>
            <w:tcW w:w="2160" w:type="dxa"/>
            <w:vAlign w:val="center"/>
          </w:tcPr>
          <w:p w14:paraId="0B55DB89"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77D3C54C" w14:textId="77777777" w:rsidR="001E5BA3" w:rsidRDefault="001E5BA3">
            <w:pPr>
              <w:spacing w:before="15" w:after="15" w:line="240" w:lineRule="auto"/>
              <w:rPr>
                <w:sz w:val="15"/>
              </w:rPr>
            </w:pPr>
            <w:r>
              <w:rPr>
                <w:sz w:val="15"/>
                <w:lang w:val="en-GB"/>
              </w:rPr>
              <w:t>Play street</w:t>
            </w:r>
          </w:p>
        </w:tc>
        <w:tc>
          <w:tcPr>
            <w:tcW w:w="759" w:type="dxa"/>
            <w:vAlign w:val="center"/>
          </w:tcPr>
          <w:p w14:paraId="1244ED19" w14:textId="77777777" w:rsidR="001E5BA3" w:rsidRDefault="001E5BA3">
            <w:pPr>
              <w:spacing w:before="15" w:after="15" w:line="240" w:lineRule="auto"/>
              <w:jc w:val="right"/>
              <w:rPr>
                <w:sz w:val="15"/>
              </w:rPr>
            </w:pPr>
            <w:r>
              <w:rPr>
                <w:sz w:val="15"/>
                <w:lang w:val="en-GB"/>
              </w:rPr>
              <w:t>£285</w:t>
            </w:r>
          </w:p>
        </w:tc>
      </w:tr>
      <w:tr w:rsidR="001E5BA3" w14:paraId="3663DE55" w14:textId="77777777" w:rsidTr="001E5BA3">
        <w:tc>
          <w:tcPr>
            <w:tcW w:w="1042" w:type="dxa"/>
            <w:vAlign w:val="center"/>
          </w:tcPr>
          <w:p w14:paraId="6F91B972" w14:textId="77777777" w:rsidR="001E5BA3" w:rsidRDefault="001E5BA3">
            <w:pPr>
              <w:spacing w:before="15" w:after="15" w:line="240" w:lineRule="auto"/>
              <w:jc w:val="center"/>
              <w:rPr>
                <w:sz w:val="15"/>
              </w:rPr>
            </w:pPr>
            <w:r>
              <w:rPr>
                <w:sz w:val="15"/>
                <w:lang w:val="en-GB"/>
              </w:rPr>
              <w:t>N015</w:t>
            </w:r>
          </w:p>
        </w:tc>
        <w:tc>
          <w:tcPr>
            <w:tcW w:w="2180" w:type="dxa"/>
            <w:vAlign w:val="center"/>
          </w:tcPr>
          <w:p w14:paraId="44843EED" w14:textId="77777777" w:rsidR="001E5BA3" w:rsidRDefault="001E5BA3">
            <w:pPr>
              <w:spacing w:before="15" w:after="15" w:line="240" w:lineRule="auto"/>
              <w:rPr>
                <w:sz w:val="15"/>
              </w:rPr>
            </w:pPr>
            <w:r>
              <w:rPr>
                <w:sz w:val="15"/>
                <w:lang w:val="en-GB"/>
              </w:rPr>
              <w:t>Crab apple</w:t>
            </w:r>
          </w:p>
        </w:tc>
        <w:tc>
          <w:tcPr>
            <w:tcW w:w="2160" w:type="dxa"/>
            <w:vAlign w:val="center"/>
          </w:tcPr>
          <w:p w14:paraId="206EF553"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BC621DB" w14:textId="77777777" w:rsidR="001E5BA3" w:rsidRDefault="001E5BA3">
            <w:pPr>
              <w:spacing w:before="15" w:after="15" w:line="240" w:lineRule="auto"/>
              <w:rPr>
                <w:sz w:val="15"/>
              </w:rPr>
            </w:pPr>
            <w:r>
              <w:rPr>
                <w:sz w:val="15"/>
                <w:lang w:val="en-GB"/>
              </w:rPr>
              <w:t>Play street</w:t>
            </w:r>
          </w:p>
        </w:tc>
        <w:tc>
          <w:tcPr>
            <w:tcW w:w="759" w:type="dxa"/>
            <w:vAlign w:val="center"/>
          </w:tcPr>
          <w:p w14:paraId="5B0DAAF2" w14:textId="77777777" w:rsidR="001E5BA3" w:rsidRDefault="001E5BA3">
            <w:pPr>
              <w:spacing w:before="15" w:after="15" w:line="240" w:lineRule="auto"/>
              <w:jc w:val="right"/>
              <w:rPr>
                <w:sz w:val="15"/>
              </w:rPr>
            </w:pPr>
            <w:r>
              <w:rPr>
                <w:sz w:val="15"/>
                <w:lang w:val="en-GB"/>
              </w:rPr>
              <w:t>£285</w:t>
            </w:r>
          </w:p>
        </w:tc>
      </w:tr>
      <w:tr w:rsidR="001E5BA3" w14:paraId="0A1B6F2A" w14:textId="77777777" w:rsidTr="001E5BA3">
        <w:tc>
          <w:tcPr>
            <w:tcW w:w="1042" w:type="dxa"/>
            <w:vAlign w:val="center"/>
          </w:tcPr>
          <w:p w14:paraId="3055233E" w14:textId="77777777" w:rsidR="001E5BA3" w:rsidRDefault="001E5BA3">
            <w:pPr>
              <w:spacing w:before="15" w:after="15" w:line="240" w:lineRule="auto"/>
              <w:jc w:val="center"/>
              <w:rPr>
                <w:sz w:val="15"/>
              </w:rPr>
            </w:pPr>
            <w:r>
              <w:rPr>
                <w:sz w:val="15"/>
                <w:lang w:val="en-GB"/>
              </w:rPr>
              <w:t>N016</w:t>
            </w:r>
          </w:p>
        </w:tc>
        <w:tc>
          <w:tcPr>
            <w:tcW w:w="2180" w:type="dxa"/>
            <w:vAlign w:val="center"/>
          </w:tcPr>
          <w:p w14:paraId="4D35DC7C" w14:textId="77777777" w:rsidR="001E5BA3" w:rsidRDefault="001E5BA3">
            <w:pPr>
              <w:spacing w:before="15" w:after="15" w:line="240" w:lineRule="auto"/>
              <w:rPr>
                <w:sz w:val="15"/>
              </w:rPr>
            </w:pPr>
            <w:r>
              <w:rPr>
                <w:sz w:val="15"/>
                <w:lang w:val="en-GB"/>
              </w:rPr>
              <w:t>Crab apple</w:t>
            </w:r>
          </w:p>
        </w:tc>
        <w:tc>
          <w:tcPr>
            <w:tcW w:w="2160" w:type="dxa"/>
            <w:vAlign w:val="center"/>
          </w:tcPr>
          <w:p w14:paraId="26586E8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994A641" w14:textId="77777777" w:rsidR="001E5BA3" w:rsidRDefault="001E5BA3">
            <w:pPr>
              <w:spacing w:before="15" w:after="15" w:line="240" w:lineRule="auto"/>
              <w:rPr>
                <w:sz w:val="15"/>
              </w:rPr>
            </w:pPr>
            <w:r>
              <w:rPr>
                <w:sz w:val="15"/>
                <w:lang w:val="en-GB"/>
              </w:rPr>
              <w:t>Play street</w:t>
            </w:r>
          </w:p>
        </w:tc>
        <w:tc>
          <w:tcPr>
            <w:tcW w:w="759" w:type="dxa"/>
            <w:vAlign w:val="center"/>
          </w:tcPr>
          <w:p w14:paraId="46BADF75" w14:textId="77777777" w:rsidR="001E5BA3" w:rsidRDefault="001E5BA3">
            <w:pPr>
              <w:spacing w:before="15" w:after="15" w:line="240" w:lineRule="auto"/>
              <w:jc w:val="right"/>
              <w:rPr>
                <w:sz w:val="15"/>
              </w:rPr>
            </w:pPr>
            <w:r>
              <w:rPr>
                <w:sz w:val="15"/>
                <w:lang w:val="en-GB"/>
              </w:rPr>
              <w:t>£285</w:t>
            </w:r>
          </w:p>
        </w:tc>
      </w:tr>
      <w:tr w:rsidR="001E5BA3" w14:paraId="2D2DC213" w14:textId="77777777" w:rsidTr="001E5BA3">
        <w:tc>
          <w:tcPr>
            <w:tcW w:w="1042" w:type="dxa"/>
            <w:vAlign w:val="center"/>
          </w:tcPr>
          <w:p w14:paraId="598441B3" w14:textId="77777777" w:rsidR="001E5BA3" w:rsidRDefault="001E5BA3">
            <w:pPr>
              <w:spacing w:before="15" w:after="15" w:line="240" w:lineRule="auto"/>
              <w:jc w:val="center"/>
              <w:rPr>
                <w:sz w:val="15"/>
              </w:rPr>
            </w:pPr>
            <w:r>
              <w:rPr>
                <w:sz w:val="15"/>
                <w:lang w:val="en-GB"/>
              </w:rPr>
              <w:t>N017</w:t>
            </w:r>
          </w:p>
        </w:tc>
        <w:tc>
          <w:tcPr>
            <w:tcW w:w="2180" w:type="dxa"/>
            <w:vAlign w:val="center"/>
          </w:tcPr>
          <w:p w14:paraId="41D946A5" w14:textId="77777777" w:rsidR="001E5BA3" w:rsidRDefault="001E5BA3">
            <w:pPr>
              <w:spacing w:before="15" w:after="15" w:line="240" w:lineRule="auto"/>
              <w:rPr>
                <w:sz w:val="15"/>
              </w:rPr>
            </w:pPr>
            <w:r>
              <w:rPr>
                <w:sz w:val="15"/>
                <w:lang w:val="en-GB"/>
              </w:rPr>
              <w:t>Crab apple</w:t>
            </w:r>
          </w:p>
        </w:tc>
        <w:tc>
          <w:tcPr>
            <w:tcW w:w="2160" w:type="dxa"/>
            <w:vAlign w:val="center"/>
          </w:tcPr>
          <w:p w14:paraId="477800E2"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61C6A8E1" w14:textId="77777777" w:rsidR="001E5BA3" w:rsidRDefault="001E5BA3">
            <w:pPr>
              <w:spacing w:before="15" w:after="15" w:line="240" w:lineRule="auto"/>
              <w:rPr>
                <w:sz w:val="15"/>
              </w:rPr>
            </w:pPr>
            <w:r>
              <w:rPr>
                <w:sz w:val="15"/>
                <w:lang w:val="en-GB"/>
              </w:rPr>
              <w:t>Play street</w:t>
            </w:r>
          </w:p>
        </w:tc>
        <w:tc>
          <w:tcPr>
            <w:tcW w:w="759" w:type="dxa"/>
            <w:vAlign w:val="center"/>
          </w:tcPr>
          <w:p w14:paraId="1D49A438" w14:textId="77777777" w:rsidR="001E5BA3" w:rsidRDefault="001E5BA3">
            <w:pPr>
              <w:spacing w:before="15" w:after="15" w:line="240" w:lineRule="auto"/>
              <w:jc w:val="right"/>
              <w:rPr>
                <w:sz w:val="15"/>
              </w:rPr>
            </w:pPr>
            <w:r>
              <w:rPr>
                <w:sz w:val="15"/>
                <w:lang w:val="en-GB"/>
              </w:rPr>
              <w:t>£285</w:t>
            </w:r>
          </w:p>
        </w:tc>
      </w:tr>
      <w:tr w:rsidR="001E5BA3" w14:paraId="18105DA1" w14:textId="77777777" w:rsidTr="001E5BA3">
        <w:tc>
          <w:tcPr>
            <w:tcW w:w="1042" w:type="dxa"/>
            <w:vAlign w:val="center"/>
          </w:tcPr>
          <w:p w14:paraId="4F7B228D" w14:textId="77777777" w:rsidR="001E5BA3" w:rsidRDefault="001E5BA3">
            <w:pPr>
              <w:spacing w:before="15" w:after="15" w:line="240" w:lineRule="auto"/>
              <w:jc w:val="center"/>
              <w:rPr>
                <w:sz w:val="15"/>
              </w:rPr>
            </w:pPr>
            <w:r>
              <w:rPr>
                <w:sz w:val="15"/>
                <w:lang w:val="en-GB"/>
              </w:rPr>
              <w:t>N018</w:t>
            </w:r>
          </w:p>
        </w:tc>
        <w:tc>
          <w:tcPr>
            <w:tcW w:w="2180" w:type="dxa"/>
            <w:vAlign w:val="center"/>
          </w:tcPr>
          <w:p w14:paraId="41E95849" w14:textId="77777777" w:rsidR="001E5BA3" w:rsidRDefault="001E5BA3">
            <w:pPr>
              <w:spacing w:before="15" w:after="15" w:line="240" w:lineRule="auto"/>
              <w:rPr>
                <w:sz w:val="15"/>
              </w:rPr>
            </w:pPr>
            <w:r>
              <w:rPr>
                <w:sz w:val="15"/>
                <w:lang w:val="en-GB"/>
              </w:rPr>
              <w:t>Crab apple</w:t>
            </w:r>
          </w:p>
        </w:tc>
        <w:tc>
          <w:tcPr>
            <w:tcW w:w="2160" w:type="dxa"/>
            <w:vAlign w:val="center"/>
          </w:tcPr>
          <w:p w14:paraId="2FECB2ED"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698EFBD" w14:textId="77777777" w:rsidR="001E5BA3" w:rsidRDefault="001E5BA3">
            <w:pPr>
              <w:spacing w:before="15" w:after="15" w:line="240" w:lineRule="auto"/>
              <w:rPr>
                <w:sz w:val="15"/>
              </w:rPr>
            </w:pPr>
            <w:r>
              <w:rPr>
                <w:sz w:val="15"/>
                <w:lang w:val="en-GB"/>
              </w:rPr>
              <w:t>Play street</w:t>
            </w:r>
          </w:p>
        </w:tc>
        <w:tc>
          <w:tcPr>
            <w:tcW w:w="759" w:type="dxa"/>
            <w:vAlign w:val="center"/>
          </w:tcPr>
          <w:p w14:paraId="5431DDA1" w14:textId="77777777" w:rsidR="001E5BA3" w:rsidRDefault="001E5BA3">
            <w:pPr>
              <w:spacing w:before="15" w:after="15" w:line="240" w:lineRule="auto"/>
              <w:jc w:val="right"/>
              <w:rPr>
                <w:sz w:val="15"/>
              </w:rPr>
            </w:pPr>
            <w:r>
              <w:rPr>
                <w:sz w:val="15"/>
                <w:lang w:val="en-GB"/>
              </w:rPr>
              <w:t>£285</w:t>
            </w:r>
          </w:p>
        </w:tc>
      </w:tr>
      <w:tr w:rsidR="001E5BA3" w14:paraId="683B1167" w14:textId="77777777" w:rsidTr="001E5BA3">
        <w:tc>
          <w:tcPr>
            <w:tcW w:w="1042" w:type="dxa"/>
            <w:vAlign w:val="center"/>
          </w:tcPr>
          <w:p w14:paraId="46E4B1CB" w14:textId="77777777" w:rsidR="001E5BA3" w:rsidRDefault="001E5BA3">
            <w:pPr>
              <w:spacing w:before="15" w:after="15" w:line="240" w:lineRule="auto"/>
              <w:jc w:val="center"/>
              <w:rPr>
                <w:sz w:val="15"/>
              </w:rPr>
            </w:pPr>
            <w:r>
              <w:rPr>
                <w:sz w:val="15"/>
                <w:lang w:val="en-GB"/>
              </w:rPr>
              <w:t>N019</w:t>
            </w:r>
          </w:p>
        </w:tc>
        <w:tc>
          <w:tcPr>
            <w:tcW w:w="2180" w:type="dxa"/>
            <w:vAlign w:val="center"/>
          </w:tcPr>
          <w:p w14:paraId="4E859D73" w14:textId="77777777" w:rsidR="001E5BA3" w:rsidRDefault="001E5BA3">
            <w:pPr>
              <w:spacing w:before="15" w:after="15" w:line="240" w:lineRule="auto"/>
              <w:rPr>
                <w:sz w:val="15"/>
              </w:rPr>
            </w:pPr>
            <w:r>
              <w:rPr>
                <w:sz w:val="15"/>
                <w:lang w:val="en-GB"/>
              </w:rPr>
              <w:t>Crab apple</w:t>
            </w:r>
          </w:p>
        </w:tc>
        <w:tc>
          <w:tcPr>
            <w:tcW w:w="2160" w:type="dxa"/>
            <w:vAlign w:val="center"/>
          </w:tcPr>
          <w:p w14:paraId="76F62369"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BB95CCB" w14:textId="77777777" w:rsidR="001E5BA3" w:rsidRDefault="001E5BA3">
            <w:pPr>
              <w:spacing w:before="15" w:after="15" w:line="240" w:lineRule="auto"/>
              <w:rPr>
                <w:sz w:val="15"/>
              </w:rPr>
            </w:pPr>
            <w:r>
              <w:rPr>
                <w:sz w:val="15"/>
                <w:lang w:val="en-GB"/>
              </w:rPr>
              <w:t>Play street</w:t>
            </w:r>
          </w:p>
        </w:tc>
        <w:tc>
          <w:tcPr>
            <w:tcW w:w="759" w:type="dxa"/>
            <w:vAlign w:val="center"/>
          </w:tcPr>
          <w:p w14:paraId="7129B614" w14:textId="77777777" w:rsidR="001E5BA3" w:rsidRDefault="001E5BA3">
            <w:pPr>
              <w:spacing w:before="15" w:after="15" w:line="240" w:lineRule="auto"/>
              <w:jc w:val="right"/>
              <w:rPr>
                <w:sz w:val="15"/>
              </w:rPr>
            </w:pPr>
            <w:r>
              <w:rPr>
                <w:sz w:val="15"/>
                <w:lang w:val="en-GB"/>
              </w:rPr>
              <w:t>£285</w:t>
            </w:r>
          </w:p>
        </w:tc>
      </w:tr>
      <w:tr w:rsidR="001E5BA3" w14:paraId="79A215E8" w14:textId="77777777" w:rsidTr="001E5BA3">
        <w:tc>
          <w:tcPr>
            <w:tcW w:w="1042" w:type="dxa"/>
            <w:vAlign w:val="center"/>
          </w:tcPr>
          <w:p w14:paraId="3D178B3D" w14:textId="77777777" w:rsidR="001E5BA3" w:rsidRDefault="001E5BA3">
            <w:pPr>
              <w:spacing w:before="15" w:after="15" w:line="240" w:lineRule="auto"/>
              <w:jc w:val="center"/>
              <w:rPr>
                <w:sz w:val="15"/>
              </w:rPr>
            </w:pPr>
            <w:r>
              <w:rPr>
                <w:sz w:val="15"/>
                <w:lang w:val="en-GB"/>
              </w:rPr>
              <w:t>N020</w:t>
            </w:r>
          </w:p>
        </w:tc>
        <w:tc>
          <w:tcPr>
            <w:tcW w:w="2180" w:type="dxa"/>
            <w:vAlign w:val="center"/>
          </w:tcPr>
          <w:p w14:paraId="4B456F70" w14:textId="77777777" w:rsidR="001E5BA3" w:rsidRDefault="001E5BA3">
            <w:pPr>
              <w:spacing w:before="15" w:after="15" w:line="240" w:lineRule="auto"/>
              <w:rPr>
                <w:sz w:val="15"/>
              </w:rPr>
            </w:pPr>
            <w:r>
              <w:rPr>
                <w:sz w:val="15"/>
                <w:lang w:val="en-GB"/>
              </w:rPr>
              <w:t>Crab apple</w:t>
            </w:r>
          </w:p>
        </w:tc>
        <w:tc>
          <w:tcPr>
            <w:tcW w:w="2160" w:type="dxa"/>
            <w:vAlign w:val="center"/>
          </w:tcPr>
          <w:p w14:paraId="41D0F214"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07E3D3AB" w14:textId="77777777" w:rsidR="001E5BA3" w:rsidRDefault="001E5BA3">
            <w:pPr>
              <w:spacing w:before="15" w:after="15" w:line="240" w:lineRule="auto"/>
              <w:rPr>
                <w:sz w:val="15"/>
              </w:rPr>
            </w:pPr>
            <w:r>
              <w:rPr>
                <w:sz w:val="15"/>
                <w:lang w:val="en-GB"/>
              </w:rPr>
              <w:t>Play street</w:t>
            </w:r>
          </w:p>
        </w:tc>
        <w:tc>
          <w:tcPr>
            <w:tcW w:w="759" w:type="dxa"/>
            <w:vAlign w:val="center"/>
          </w:tcPr>
          <w:p w14:paraId="4A3BF7E6" w14:textId="77777777" w:rsidR="001E5BA3" w:rsidRDefault="001E5BA3">
            <w:pPr>
              <w:spacing w:before="15" w:after="15" w:line="240" w:lineRule="auto"/>
              <w:jc w:val="right"/>
              <w:rPr>
                <w:sz w:val="15"/>
              </w:rPr>
            </w:pPr>
            <w:r>
              <w:rPr>
                <w:sz w:val="15"/>
                <w:lang w:val="en-GB"/>
              </w:rPr>
              <w:t>£285</w:t>
            </w:r>
          </w:p>
        </w:tc>
      </w:tr>
      <w:tr w:rsidR="001E5BA3" w14:paraId="391D7918" w14:textId="77777777" w:rsidTr="001E5BA3">
        <w:tc>
          <w:tcPr>
            <w:tcW w:w="1042" w:type="dxa"/>
            <w:vAlign w:val="center"/>
          </w:tcPr>
          <w:p w14:paraId="5A2F5FF0" w14:textId="77777777" w:rsidR="001E5BA3" w:rsidRDefault="001E5BA3">
            <w:pPr>
              <w:spacing w:before="15" w:after="15" w:line="240" w:lineRule="auto"/>
              <w:jc w:val="center"/>
              <w:rPr>
                <w:sz w:val="15"/>
              </w:rPr>
            </w:pPr>
            <w:r>
              <w:rPr>
                <w:sz w:val="15"/>
                <w:lang w:val="en-GB"/>
              </w:rPr>
              <w:t>N021</w:t>
            </w:r>
          </w:p>
        </w:tc>
        <w:tc>
          <w:tcPr>
            <w:tcW w:w="2180" w:type="dxa"/>
            <w:vAlign w:val="center"/>
          </w:tcPr>
          <w:p w14:paraId="6680615D" w14:textId="77777777" w:rsidR="001E5BA3" w:rsidRDefault="001E5BA3">
            <w:pPr>
              <w:spacing w:before="15" w:after="15" w:line="240" w:lineRule="auto"/>
              <w:rPr>
                <w:sz w:val="15"/>
              </w:rPr>
            </w:pPr>
            <w:r>
              <w:rPr>
                <w:sz w:val="15"/>
                <w:lang w:val="en-GB"/>
              </w:rPr>
              <w:t>Crab apple</w:t>
            </w:r>
          </w:p>
        </w:tc>
        <w:tc>
          <w:tcPr>
            <w:tcW w:w="2160" w:type="dxa"/>
            <w:vAlign w:val="center"/>
          </w:tcPr>
          <w:p w14:paraId="66240B31"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0FCE51E9" w14:textId="77777777" w:rsidR="001E5BA3" w:rsidRDefault="001E5BA3">
            <w:pPr>
              <w:spacing w:before="15" w:after="15" w:line="240" w:lineRule="auto"/>
              <w:rPr>
                <w:sz w:val="15"/>
              </w:rPr>
            </w:pPr>
            <w:r>
              <w:rPr>
                <w:sz w:val="15"/>
                <w:lang w:val="en-GB"/>
              </w:rPr>
              <w:t>Play street</w:t>
            </w:r>
          </w:p>
        </w:tc>
        <w:tc>
          <w:tcPr>
            <w:tcW w:w="759" w:type="dxa"/>
            <w:vAlign w:val="center"/>
          </w:tcPr>
          <w:p w14:paraId="79291BD3" w14:textId="77777777" w:rsidR="001E5BA3" w:rsidRDefault="001E5BA3">
            <w:pPr>
              <w:spacing w:before="15" w:after="15" w:line="240" w:lineRule="auto"/>
              <w:jc w:val="right"/>
              <w:rPr>
                <w:sz w:val="15"/>
              </w:rPr>
            </w:pPr>
            <w:r>
              <w:rPr>
                <w:sz w:val="15"/>
                <w:lang w:val="en-GB"/>
              </w:rPr>
              <w:t>£285</w:t>
            </w:r>
          </w:p>
        </w:tc>
      </w:tr>
      <w:tr w:rsidR="001E5BA3" w14:paraId="264A8CB6" w14:textId="77777777" w:rsidTr="001E5BA3">
        <w:tc>
          <w:tcPr>
            <w:tcW w:w="1042" w:type="dxa"/>
            <w:vAlign w:val="center"/>
          </w:tcPr>
          <w:p w14:paraId="3ABB68E8" w14:textId="77777777" w:rsidR="001E5BA3" w:rsidRDefault="001E5BA3">
            <w:pPr>
              <w:spacing w:before="15" w:after="15" w:line="240" w:lineRule="auto"/>
              <w:jc w:val="center"/>
              <w:rPr>
                <w:sz w:val="15"/>
              </w:rPr>
            </w:pPr>
            <w:r>
              <w:rPr>
                <w:sz w:val="15"/>
                <w:lang w:val="en-GB"/>
              </w:rPr>
              <w:t>N022</w:t>
            </w:r>
          </w:p>
        </w:tc>
        <w:tc>
          <w:tcPr>
            <w:tcW w:w="2180" w:type="dxa"/>
            <w:vAlign w:val="center"/>
          </w:tcPr>
          <w:p w14:paraId="42B4684B" w14:textId="77777777" w:rsidR="001E5BA3" w:rsidRDefault="001E5BA3">
            <w:pPr>
              <w:spacing w:before="15" w:after="15" w:line="240" w:lineRule="auto"/>
              <w:rPr>
                <w:sz w:val="15"/>
              </w:rPr>
            </w:pPr>
            <w:r>
              <w:rPr>
                <w:sz w:val="15"/>
                <w:lang w:val="en-GB"/>
              </w:rPr>
              <w:t>Crab apple</w:t>
            </w:r>
          </w:p>
        </w:tc>
        <w:tc>
          <w:tcPr>
            <w:tcW w:w="2160" w:type="dxa"/>
            <w:vAlign w:val="center"/>
          </w:tcPr>
          <w:p w14:paraId="1E11E12F"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EF89D0B" w14:textId="77777777" w:rsidR="001E5BA3" w:rsidRDefault="001E5BA3">
            <w:pPr>
              <w:spacing w:before="15" w:after="15" w:line="240" w:lineRule="auto"/>
              <w:rPr>
                <w:sz w:val="15"/>
              </w:rPr>
            </w:pPr>
            <w:r>
              <w:rPr>
                <w:sz w:val="15"/>
                <w:lang w:val="en-GB"/>
              </w:rPr>
              <w:t>Play street</w:t>
            </w:r>
          </w:p>
        </w:tc>
        <w:tc>
          <w:tcPr>
            <w:tcW w:w="759" w:type="dxa"/>
            <w:vAlign w:val="center"/>
          </w:tcPr>
          <w:p w14:paraId="12AD8817" w14:textId="77777777" w:rsidR="001E5BA3" w:rsidRDefault="001E5BA3">
            <w:pPr>
              <w:spacing w:before="15" w:after="15" w:line="240" w:lineRule="auto"/>
              <w:jc w:val="right"/>
              <w:rPr>
                <w:sz w:val="15"/>
              </w:rPr>
            </w:pPr>
            <w:r>
              <w:rPr>
                <w:sz w:val="15"/>
                <w:lang w:val="en-GB"/>
              </w:rPr>
              <w:t>£285</w:t>
            </w:r>
          </w:p>
        </w:tc>
      </w:tr>
      <w:tr w:rsidR="001E5BA3" w14:paraId="2010199F" w14:textId="77777777" w:rsidTr="001E5BA3">
        <w:tc>
          <w:tcPr>
            <w:tcW w:w="1042" w:type="dxa"/>
            <w:vAlign w:val="center"/>
          </w:tcPr>
          <w:p w14:paraId="1504D7FE" w14:textId="77777777" w:rsidR="001E5BA3" w:rsidRDefault="001E5BA3">
            <w:pPr>
              <w:spacing w:before="15" w:after="15" w:line="240" w:lineRule="auto"/>
              <w:jc w:val="center"/>
              <w:rPr>
                <w:sz w:val="15"/>
              </w:rPr>
            </w:pPr>
            <w:r>
              <w:rPr>
                <w:sz w:val="15"/>
                <w:lang w:val="en-GB"/>
              </w:rPr>
              <w:t>N023</w:t>
            </w:r>
          </w:p>
        </w:tc>
        <w:tc>
          <w:tcPr>
            <w:tcW w:w="2180" w:type="dxa"/>
            <w:vAlign w:val="center"/>
          </w:tcPr>
          <w:p w14:paraId="75DEF5C0" w14:textId="77777777" w:rsidR="001E5BA3" w:rsidRDefault="001E5BA3">
            <w:pPr>
              <w:spacing w:before="15" w:after="15" w:line="240" w:lineRule="auto"/>
              <w:rPr>
                <w:sz w:val="15"/>
              </w:rPr>
            </w:pPr>
            <w:r>
              <w:rPr>
                <w:sz w:val="15"/>
                <w:lang w:val="en-GB"/>
              </w:rPr>
              <w:t>Crab apple</w:t>
            </w:r>
          </w:p>
        </w:tc>
        <w:tc>
          <w:tcPr>
            <w:tcW w:w="2160" w:type="dxa"/>
            <w:vAlign w:val="center"/>
          </w:tcPr>
          <w:p w14:paraId="0586B5B9"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BF62E23" w14:textId="77777777" w:rsidR="001E5BA3" w:rsidRDefault="001E5BA3">
            <w:pPr>
              <w:spacing w:before="15" w:after="15" w:line="240" w:lineRule="auto"/>
              <w:rPr>
                <w:sz w:val="15"/>
              </w:rPr>
            </w:pPr>
            <w:r>
              <w:rPr>
                <w:sz w:val="15"/>
                <w:lang w:val="en-GB"/>
              </w:rPr>
              <w:t>Play street</w:t>
            </w:r>
          </w:p>
        </w:tc>
        <w:tc>
          <w:tcPr>
            <w:tcW w:w="759" w:type="dxa"/>
            <w:vAlign w:val="center"/>
          </w:tcPr>
          <w:p w14:paraId="4E54A378" w14:textId="77777777" w:rsidR="001E5BA3" w:rsidRDefault="001E5BA3">
            <w:pPr>
              <w:spacing w:before="15" w:after="15" w:line="240" w:lineRule="auto"/>
              <w:jc w:val="right"/>
              <w:rPr>
                <w:sz w:val="15"/>
              </w:rPr>
            </w:pPr>
            <w:r>
              <w:rPr>
                <w:sz w:val="15"/>
                <w:lang w:val="en-GB"/>
              </w:rPr>
              <w:t>£285</w:t>
            </w:r>
          </w:p>
        </w:tc>
      </w:tr>
      <w:tr w:rsidR="001E5BA3" w14:paraId="5F6D8A6B" w14:textId="77777777" w:rsidTr="001E5BA3">
        <w:tc>
          <w:tcPr>
            <w:tcW w:w="1042" w:type="dxa"/>
            <w:vAlign w:val="center"/>
          </w:tcPr>
          <w:p w14:paraId="24B3B93D" w14:textId="77777777" w:rsidR="001E5BA3" w:rsidRDefault="001E5BA3">
            <w:pPr>
              <w:spacing w:before="15" w:after="15" w:line="240" w:lineRule="auto"/>
              <w:jc w:val="center"/>
              <w:rPr>
                <w:sz w:val="15"/>
              </w:rPr>
            </w:pPr>
            <w:r>
              <w:rPr>
                <w:sz w:val="15"/>
                <w:lang w:val="en-GB"/>
              </w:rPr>
              <w:t>N024</w:t>
            </w:r>
          </w:p>
        </w:tc>
        <w:tc>
          <w:tcPr>
            <w:tcW w:w="2180" w:type="dxa"/>
            <w:vAlign w:val="center"/>
          </w:tcPr>
          <w:p w14:paraId="1DD60FC9" w14:textId="77777777" w:rsidR="001E5BA3" w:rsidRDefault="001E5BA3">
            <w:pPr>
              <w:spacing w:before="15" w:after="15" w:line="240" w:lineRule="auto"/>
              <w:rPr>
                <w:sz w:val="15"/>
              </w:rPr>
            </w:pPr>
            <w:r>
              <w:rPr>
                <w:sz w:val="15"/>
                <w:lang w:val="en-GB"/>
              </w:rPr>
              <w:t>Crab apple</w:t>
            </w:r>
          </w:p>
        </w:tc>
        <w:tc>
          <w:tcPr>
            <w:tcW w:w="2160" w:type="dxa"/>
            <w:vAlign w:val="center"/>
          </w:tcPr>
          <w:p w14:paraId="3828557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7E632F42" w14:textId="77777777" w:rsidR="001E5BA3" w:rsidRDefault="001E5BA3">
            <w:pPr>
              <w:spacing w:before="15" w:after="15" w:line="240" w:lineRule="auto"/>
              <w:rPr>
                <w:sz w:val="15"/>
              </w:rPr>
            </w:pPr>
            <w:r>
              <w:rPr>
                <w:sz w:val="15"/>
                <w:lang w:val="en-GB"/>
              </w:rPr>
              <w:t>Play street</w:t>
            </w:r>
          </w:p>
        </w:tc>
        <w:tc>
          <w:tcPr>
            <w:tcW w:w="759" w:type="dxa"/>
            <w:vAlign w:val="center"/>
          </w:tcPr>
          <w:p w14:paraId="3E18FB4D" w14:textId="77777777" w:rsidR="001E5BA3" w:rsidRDefault="001E5BA3">
            <w:pPr>
              <w:spacing w:before="15" w:after="15" w:line="240" w:lineRule="auto"/>
              <w:jc w:val="right"/>
              <w:rPr>
                <w:sz w:val="15"/>
              </w:rPr>
            </w:pPr>
            <w:r>
              <w:rPr>
                <w:sz w:val="15"/>
                <w:lang w:val="en-GB"/>
              </w:rPr>
              <w:t>£285</w:t>
            </w:r>
          </w:p>
        </w:tc>
      </w:tr>
      <w:tr w:rsidR="001E5BA3" w14:paraId="353DC5A2" w14:textId="77777777" w:rsidTr="001E5BA3">
        <w:tc>
          <w:tcPr>
            <w:tcW w:w="1042" w:type="dxa"/>
            <w:vAlign w:val="center"/>
          </w:tcPr>
          <w:p w14:paraId="086415B9" w14:textId="77777777" w:rsidR="001E5BA3" w:rsidRDefault="001E5BA3">
            <w:pPr>
              <w:spacing w:before="15" w:after="15" w:line="240" w:lineRule="auto"/>
              <w:jc w:val="center"/>
              <w:rPr>
                <w:sz w:val="15"/>
              </w:rPr>
            </w:pPr>
            <w:r>
              <w:rPr>
                <w:sz w:val="15"/>
                <w:lang w:val="en-GB"/>
              </w:rPr>
              <w:t>N025</w:t>
            </w:r>
          </w:p>
        </w:tc>
        <w:tc>
          <w:tcPr>
            <w:tcW w:w="2180" w:type="dxa"/>
            <w:vAlign w:val="center"/>
          </w:tcPr>
          <w:p w14:paraId="02A20E70" w14:textId="77777777" w:rsidR="001E5BA3" w:rsidRDefault="001E5BA3">
            <w:pPr>
              <w:spacing w:before="15" w:after="15" w:line="240" w:lineRule="auto"/>
              <w:rPr>
                <w:sz w:val="15"/>
              </w:rPr>
            </w:pPr>
            <w:r>
              <w:rPr>
                <w:sz w:val="15"/>
                <w:lang w:val="en-GB"/>
              </w:rPr>
              <w:t>Crab apple</w:t>
            </w:r>
          </w:p>
        </w:tc>
        <w:tc>
          <w:tcPr>
            <w:tcW w:w="2160" w:type="dxa"/>
            <w:vAlign w:val="center"/>
          </w:tcPr>
          <w:p w14:paraId="1E1082F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7A7CA12F" w14:textId="77777777" w:rsidR="001E5BA3" w:rsidRDefault="001E5BA3">
            <w:pPr>
              <w:spacing w:before="15" w:after="15" w:line="240" w:lineRule="auto"/>
              <w:rPr>
                <w:sz w:val="15"/>
              </w:rPr>
            </w:pPr>
            <w:r>
              <w:rPr>
                <w:sz w:val="15"/>
                <w:lang w:val="en-GB"/>
              </w:rPr>
              <w:t>Play street</w:t>
            </w:r>
          </w:p>
        </w:tc>
        <w:tc>
          <w:tcPr>
            <w:tcW w:w="759" w:type="dxa"/>
            <w:vAlign w:val="center"/>
          </w:tcPr>
          <w:p w14:paraId="1A40710D" w14:textId="77777777" w:rsidR="001E5BA3" w:rsidRDefault="001E5BA3">
            <w:pPr>
              <w:spacing w:before="15" w:after="15" w:line="240" w:lineRule="auto"/>
              <w:jc w:val="right"/>
              <w:rPr>
                <w:sz w:val="15"/>
              </w:rPr>
            </w:pPr>
            <w:r>
              <w:rPr>
                <w:sz w:val="15"/>
                <w:lang w:val="en-GB"/>
              </w:rPr>
              <w:t>£285</w:t>
            </w:r>
          </w:p>
        </w:tc>
      </w:tr>
      <w:tr w:rsidR="001E5BA3" w14:paraId="03E29E3A" w14:textId="77777777" w:rsidTr="001E5BA3">
        <w:tc>
          <w:tcPr>
            <w:tcW w:w="1042" w:type="dxa"/>
            <w:vAlign w:val="center"/>
          </w:tcPr>
          <w:p w14:paraId="1DD39D63" w14:textId="77777777" w:rsidR="001E5BA3" w:rsidRDefault="001E5BA3">
            <w:pPr>
              <w:spacing w:before="15" w:after="15" w:line="240" w:lineRule="auto"/>
              <w:jc w:val="center"/>
              <w:rPr>
                <w:sz w:val="15"/>
              </w:rPr>
            </w:pPr>
            <w:r>
              <w:rPr>
                <w:sz w:val="15"/>
                <w:lang w:val="en-GB"/>
              </w:rPr>
              <w:t>N026</w:t>
            </w:r>
          </w:p>
        </w:tc>
        <w:tc>
          <w:tcPr>
            <w:tcW w:w="2180" w:type="dxa"/>
            <w:vAlign w:val="center"/>
          </w:tcPr>
          <w:p w14:paraId="5A49A805" w14:textId="77777777" w:rsidR="001E5BA3" w:rsidRDefault="001E5BA3">
            <w:pPr>
              <w:spacing w:before="15" w:after="15" w:line="240" w:lineRule="auto"/>
              <w:rPr>
                <w:sz w:val="15"/>
              </w:rPr>
            </w:pPr>
            <w:r>
              <w:rPr>
                <w:sz w:val="15"/>
                <w:lang w:val="en-GB"/>
              </w:rPr>
              <w:t>Crab apple</w:t>
            </w:r>
          </w:p>
        </w:tc>
        <w:tc>
          <w:tcPr>
            <w:tcW w:w="2160" w:type="dxa"/>
            <w:vAlign w:val="center"/>
          </w:tcPr>
          <w:p w14:paraId="56BFA57A"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13C151C" w14:textId="77777777" w:rsidR="001E5BA3" w:rsidRDefault="001E5BA3">
            <w:pPr>
              <w:spacing w:before="15" w:after="15" w:line="240" w:lineRule="auto"/>
              <w:rPr>
                <w:sz w:val="15"/>
              </w:rPr>
            </w:pPr>
            <w:r>
              <w:rPr>
                <w:sz w:val="15"/>
                <w:lang w:val="en-GB"/>
              </w:rPr>
              <w:t>Play street</w:t>
            </w:r>
          </w:p>
        </w:tc>
        <w:tc>
          <w:tcPr>
            <w:tcW w:w="759" w:type="dxa"/>
            <w:vAlign w:val="center"/>
          </w:tcPr>
          <w:p w14:paraId="49029A34" w14:textId="77777777" w:rsidR="001E5BA3" w:rsidRDefault="001E5BA3">
            <w:pPr>
              <w:spacing w:before="15" w:after="15" w:line="240" w:lineRule="auto"/>
              <w:jc w:val="right"/>
              <w:rPr>
                <w:sz w:val="15"/>
              </w:rPr>
            </w:pPr>
            <w:r>
              <w:rPr>
                <w:sz w:val="15"/>
                <w:lang w:val="en-GB"/>
              </w:rPr>
              <w:t>£285</w:t>
            </w:r>
          </w:p>
        </w:tc>
      </w:tr>
      <w:tr w:rsidR="001E5BA3" w14:paraId="0EADBFF5" w14:textId="77777777" w:rsidTr="001E5BA3">
        <w:tc>
          <w:tcPr>
            <w:tcW w:w="1042" w:type="dxa"/>
            <w:vAlign w:val="center"/>
          </w:tcPr>
          <w:p w14:paraId="27DCC8AD" w14:textId="77777777" w:rsidR="001E5BA3" w:rsidRDefault="001E5BA3">
            <w:pPr>
              <w:spacing w:before="15" w:after="15" w:line="240" w:lineRule="auto"/>
              <w:jc w:val="center"/>
              <w:rPr>
                <w:sz w:val="15"/>
              </w:rPr>
            </w:pPr>
            <w:r>
              <w:rPr>
                <w:sz w:val="15"/>
                <w:lang w:val="en-GB"/>
              </w:rPr>
              <w:t>N027</w:t>
            </w:r>
          </w:p>
        </w:tc>
        <w:tc>
          <w:tcPr>
            <w:tcW w:w="2180" w:type="dxa"/>
            <w:vAlign w:val="center"/>
          </w:tcPr>
          <w:p w14:paraId="5C0B51C3" w14:textId="77777777" w:rsidR="001E5BA3" w:rsidRDefault="001E5BA3">
            <w:pPr>
              <w:spacing w:before="15" w:after="15" w:line="240" w:lineRule="auto"/>
              <w:rPr>
                <w:sz w:val="15"/>
              </w:rPr>
            </w:pPr>
            <w:r>
              <w:rPr>
                <w:sz w:val="15"/>
                <w:lang w:val="en-GB"/>
              </w:rPr>
              <w:t>Wild pear</w:t>
            </w:r>
          </w:p>
        </w:tc>
        <w:tc>
          <w:tcPr>
            <w:tcW w:w="2160" w:type="dxa"/>
            <w:vAlign w:val="center"/>
          </w:tcPr>
          <w:p w14:paraId="394C9988"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4AAABB44" w14:textId="77777777" w:rsidR="001E5BA3" w:rsidRDefault="001E5BA3">
            <w:pPr>
              <w:spacing w:before="15" w:after="15" w:line="240" w:lineRule="auto"/>
              <w:rPr>
                <w:sz w:val="15"/>
              </w:rPr>
            </w:pPr>
            <w:r>
              <w:rPr>
                <w:sz w:val="15"/>
                <w:lang w:val="en-GB"/>
              </w:rPr>
              <w:t>Play street</w:t>
            </w:r>
          </w:p>
        </w:tc>
        <w:tc>
          <w:tcPr>
            <w:tcW w:w="759" w:type="dxa"/>
            <w:vAlign w:val="center"/>
          </w:tcPr>
          <w:p w14:paraId="12DEF6C6" w14:textId="77777777" w:rsidR="001E5BA3" w:rsidRDefault="001E5BA3">
            <w:pPr>
              <w:spacing w:before="15" w:after="15" w:line="240" w:lineRule="auto"/>
              <w:jc w:val="right"/>
              <w:rPr>
                <w:sz w:val="15"/>
              </w:rPr>
            </w:pPr>
            <w:r>
              <w:rPr>
                <w:sz w:val="15"/>
                <w:lang w:val="en-GB"/>
              </w:rPr>
              <w:t>£285</w:t>
            </w:r>
          </w:p>
        </w:tc>
      </w:tr>
      <w:tr w:rsidR="001E5BA3" w14:paraId="64788CA7" w14:textId="77777777" w:rsidTr="001E5BA3">
        <w:tc>
          <w:tcPr>
            <w:tcW w:w="1042" w:type="dxa"/>
            <w:vAlign w:val="center"/>
          </w:tcPr>
          <w:p w14:paraId="3AA9CC0F" w14:textId="77777777" w:rsidR="001E5BA3" w:rsidRDefault="001E5BA3">
            <w:pPr>
              <w:spacing w:before="15" w:after="15" w:line="240" w:lineRule="auto"/>
              <w:jc w:val="center"/>
              <w:rPr>
                <w:sz w:val="15"/>
              </w:rPr>
            </w:pPr>
            <w:r>
              <w:rPr>
                <w:sz w:val="15"/>
                <w:lang w:val="en-GB"/>
              </w:rPr>
              <w:t>N028</w:t>
            </w:r>
          </w:p>
        </w:tc>
        <w:tc>
          <w:tcPr>
            <w:tcW w:w="2180" w:type="dxa"/>
            <w:vAlign w:val="center"/>
          </w:tcPr>
          <w:p w14:paraId="1F061BD1" w14:textId="77777777" w:rsidR="001E5BA3" w:rsidRDefault="001E5BA3">
            <w:pPr>
              <w:spacing w:before="15" w:after="15" w:line="240" w:lineRule="auto"/>
              <w:rPr>
                <w:sz w:val="15"/>
              </w:rPr>
            </w:pPr>
            <w:r>
              <w:rPr>
                <w:sz w:val="15"/>
                <w:lang w:val="en-GB"/>
              </w:rPr>
              <w:t>Wild pear</w:t>
            </w:r>
          </w:p>
        </w:tc>
        <w:tc>
          <w:tcPr>
            <w:tcW w:w="2160" w:type="dxa"/>
            <w:vAlign w:val="center"/>
          </w:tcPr>
          <w:p w14:paraId="4865D586"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05BD6327" w14:textId="77777777" w:rsidR="001E5BA3" w:rsidRDefault="001E5BA3">
            <w:pPr>
              <w:spacing w:before="15" w:after="15" w:line="240" w:lineRule="auto"/>
              <w:rPr>
                <w:sz w:val="15"/>
              </w:rPr>
            </w:pPr>
            <w:r>
              <w:rPr>
                <w:sz w:val="15"/>
                <w:lang w:val="en-GB"/>
              </w:rPr>
              <w:t>Play street</w:t>
            </w:r>
          </w:p>
        </w:tc>
        <w:tc>
          <w:tcPr>
            <w:tcW w:w="759" w:type="dxa"/>
            <w:vAlign w:val="center"/>
          </w:tcPr>
          <w:p w14:paraId="4D91911B" w14:textId="77777777" w:rsidR="001E5BA3" w:rsidRDefault="001E5BA3">
            <w:pPr>
              <w:spacing w:before="15" w:after="15" w:line="240" w:lineRule="auto"/>
              <w:jc w:val="right"/>
              <w:rPr>
                <w:sz w:val="15"/>
              </w:rPr>
            </w:pPr>
            <w:r>
              <w:rPr>
                <w:sz w:val="15"/>
                <w:lang w:val="en-GB"/>
              </w:rPr>
              <w:t>£285</w:t>
            </w:r>
          </w:p>
        </w:tc>
      </w:tr>
      <w:tr w:rsidR="001E5BA3" w14:paraId="6614E831" w14:textId="77777777" w:rsidTr="001E5BA3">
        <w:tc>
          <w:tcPr>
            <w:tcW w:w="1042" w:type="dxa"/>
            <w:vAlign w:val="center"/>
          </w:tcPr>
          <w:p w14:paraId="7FB8C652" w14:textId="77777777" w:rsidR="001E5BA3" w:rsidRDefault="001E5BA3">
            <w:pPr>
              <w:spacing w:before="15" w:after="15" w:line="240" w:lineRule="auto"/>
              <w:jc w:val="center"/>
              <w:rPr>
                <w:sz w:val="15"/>
              </w:rPr>
            </w:pPr>
            <w:r>
              <w:rPr>
                <w:sz w:val="15"/>
                <w:lang w:val="en-GB"/>
              </w:rPr>
              <w:t>N029</w:t>
            </w:r>
          </w:p>
        </w:tc>
        <w:tc>
          <w:tcPr>
            <w:tcW w:w="2180" w:type="dxa"/>
            <w:vAlign w:val="center"/>
          </w:tcPr>
          <w:p w14:paraId="6E9D27F4" w14:textId="77777777" w:rsidR="001E5BA3" w:rsidRDefault="001E5BA3">
            <w:pPr>
              <w:spacing w:before="15" w:after="15" w:line="240" w:lineRule="auto"/>
              <w:rPr>
                <w:sz w:val="15"/>
              </w:rPr>
            </w:pPr>
            <w:r>
              <w:rPr>
                <w:sz w:val="15"/>
                <w:lang w:val="en-GB"/>
              </w:rPr>
              <w:t>Wild pear</w:t>
            </w:r>
          </w:p>
        </w:tc>
        <w:tc>
          <w:tcPr>
            <w:tcW w:w="2160" w:type="dxa"/>
            <w:vAlign w:val="center"/>
          </w:tcPr>
          <w:p w14:paraId="1E12B8B3"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4F4464A6" w14:textId="77777777" w:rsidR="001E5BA3" w:rsidRDefault="001E5BA3">
            <w:pPr>
              <w:spacing w:before="15" w:after="15" w:line="240" w:lineRule="auto"/>
              <w:rPr>
                <w:sz w:val="15"/>
              </w:rPr>
            </w:pPr>
            <w:r>
              <w:rPr>
                <w:sz w:val="15"/>
                <w:lang w:val="en-GB"/>
              </w:rPr>
              <w:t>Play street</w:t>
            </w:r>
          </w:p>
        </w:tc>
        <w:tc>
          <w:tcPr>
            <w:tcW w:w="759" w:type="dxa"/>
            <w:vAlign w:val="center"/>
          </w:tcPr>
          <w:p w14:paraId="0DD601EF" w14:textId="77777777" w:rsidR="001E5BA3" w:rsidRDefault="001E5BA3">
            <w:pPr>
              <w:spacing w:before="15" w:after="15" w:line="240" w:lineRule="auto"/>
              <w:jc w:val="right"/>
              <w:rPr>
                <w:sz w:val="15"/>
              </w:rPr>
            </w:pPr>
            <w:r>
              <w:rPr>
                <w:sz w:val="15"/>
                <w:lang w:val="en-GB"/>
              </w:rPr>
              <w:t>£285</w:t>
            </w:r>
          </w:p>
        </w:tc>
      </w:tr>
      <w:tr w:rsidR="001E5BA3" w14:paraId="3F61A6FA" w14:textId="77777777" w:rsidTr="001E5BA3">
        <w:tc>
          <w:tcPr>
            <w:tcW w:w="1042" w:type="dxa"/>
            <w:vAlign w:val="center"/>
          </w:tcPr>
          <w:p w14:paraId="4B1C8CBF" w14:textId="77777777" w:rsidR="001E5BA3" w:rsidRDefault="001E5BA3">
            <w:pPr>
              <w:spacing w:before="15" w:after="15" w:line="240" w:lineRule="auto"/>
              <w:jc w:val="center"/>
              <w:rPr>
                <w:sz w:val="15"/>
              </w:rPr>
            </w:pPr>
            <w:r>
              <w:rPr>
                <w:sz w:val="15"/>
                <w:lang w:val="en-GB"/>
              </w:rPr>
              <w:t>N030</w:t>
            </w:r>
          </w:p>
        </w:tc>
        <w:tc>
          <w:tcPr>
            <w:tcW w:w="2180" w:type="dxa"/>
            <w:vAlign w:val="center"/>
          </w:tcPr>
          <w:p w14:paraId="21505946" w14:textId="77777777" w:rsidR="001E5BA3" w:rsidRDefault="001E5BA3">
            <w:pPr>
              <w:spacing w:before="15" w:after="15" w:line="240" w:lineRule="auto"/>
              <w:rPr>
                <w:sz w:val="15"/>
              </w:rPr>
            </w:pPr>
            <w:r>
              <w:rPr>
                <w:sz w:val="15"/>
                <w:lang w:val="en-GB"/>
              </w:rPr>
              <w:t>Wild pear</w:t>
            </w:r>
          </w:p>
        </w:tc>
        <w:tc>
          <w:tcPr>
            <w:tcW w:w="2160" w:type="dxa"/>
            <w:vAlign w:val="center"/>
          </w:tcPr>
          <w:p w14:paraId="227D9CC3"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47F39F82" w14:textId="77777777" w:rsidR="001E5BA3" w:rsidRDefault="001E5BA3">
            <w:pPr>
              <w:spacing w:before="15" w:after="15" w:line="240" w:lineRule="auto"/>
              <w:rPr>
                <w:sz w:val="15"/>
              </w:rPr>
            </w:pPr>
            <w:r>
              <w:rPr>
                <w:sz w:val="15"/>
                <w:lang w:val="en-GB"/>
              </w:rPr>
              <w:t>Play street</w:t>
            </w:r>
          </w:p>
        </w:tc>
        <w:tc>
          <w:tcPr>
            <w:tcW w:w="759" w:type="dxa"/>
            <w:vAlign w:val="center"/>
          </w:tcPr>
          <w:p w14:paraId="683B20AE" w14:textId="77777777" w:rsidR="001E5BA3" w:rsidRDefault="001E5BA3">
            <w:pPr>
              <w:spacing w:before="15" w:after="15" w:line="240" w:lineRule="auto"/>
              <w:jc w:val="right"/>
              <w:rPr>
                <w:sz w:val="15"/>
              </w:rPr>
            </w:pPr>
            <w:r>
              <w:rPr>
                <w:sz w:val="15"/>
                <w:lang w:val="en-GB"/>
              </w:rPr>
              <w:t>£285</w:t>
            </w:r>
          </w:p>
        </w:tc>
      </w:tr>
      <w:tr w:rsidR="001E5BA3" w14:paraId="1CC113F6" w14:textId="77777777" w:rsidTr="001E5BA3">
        <w:tc>
          <w:tcPr>
            <w:tcW w:w="1042" w:type="dxa"/>
            <w:vAlign w:val="center"/>
          </w:tcPr>
          <w:p w14:paraId="204F90A6" w14:textId="77777777" w:rsidR="001E5BA3" w:rsidRDefault="001E5BA3">
            <w:pPr>
              <w:spacing w:before="15" w:after="15" w:line="240" w:lineRule="auto"/>
              <w:jc w:val="center"/>
              <w:rPr>
                <w:sz w:val="15"/>
              </w:rPr>
            </w:pPr>
            <w:r>
              <w:rPr>
                <w:sz w:val="15"/>
                <w:lang w:val="en-GB"/>
              </w:rPr>
              <w:t>N031</w:t>
            </w:r>
          </w:p>
        </w:tc>
        <w:tc>
          <w:tcPr>
            <w:tcW w:w="2180" w:type="dxa"/>
            <w:vAlign w:val="center"/>
          </w:tcPr>
          <w:p w14:paraId="276D0341" w14:textId="77777777" w:rsidR="001E5BA3" w:rsidRDefault="001E5BA3">
            <w:pPr>
              <w:spacing w:before="15" w:after="15" w:line="240" w:lineRule="auto"/>
              <w:rPr>
                <w:sz w:val="15"/>
              </w:rPr>
            </w:pPr>
            <w:r>
              <w:rPr>
                <w:sz w:val="15"/>
                <w:lang w:val="en-GB"/>
              </w:rPr>
              <w:t>Wild pear</w:t>
            </w:r>
          </w:p>
        </w:tc>
        <w:tc>
          <w:tcPr>
            <w:tcW w:w="2160" w:type="dxa"/>
            <w:vAlign w:val="center"/>
          </w:tcPr>
          <w:p w14:paraId="1C228B04"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743BC6FB" w14:textId="77777777" w:rsidR="001E5BA3" w:rsidRDefault="001E5BA3">
            <w:pPr>
              <w:spacing w:before="15" w:after="15" w:line="240" w:lineRule="auto"/>
              <w:rPr>
                <w:sz w:val="15"/>
              </w:rPr>
            </w:pPr>
            <w:r>
              <w:rPr>
                <w:sz w:val="15"/>
                <w:lang w:val="en-GB"/>
              </w:rPr>
              <w:t>Play street</w:t>
            </w:r>
          </w:p>
        </w:tc>
        <w:tc>
          <w:tcPr>
            <w:tcW w:w="759" w:type="dxa"/>
            <w:vAlign w:val="center"/>
          </w:tcPr>
          <w:p w14:paraId="344D83AB" w14:textId="77777777" w:rsidR="001E5BA3" w:rsidRDefault="001E5BA3">
            <w:pPr>
              <w:spacing w:before="15" w:after="15" w:line="240" w:lineRule="auto"/>
              <w:jc w:val="right"/>
              <w:rPr>
                <w:sz w:val="15"/>
              </w:rPr>
            </w:pPr>
            <w:r>
              <w:rPr>
                <w:sz w:val="15"/>
                <w:lang w:val="en-GB"/>
              </w:rPr>
              <w:t>£285</w:t>
            </w:r>
          </w:p>
        </w:tc>
      </w:tr>
      <w:tr w:rsidR="001E5BA3" w14:paraId="6B819698" w14:textId="77777777" w:rsidTr="001E5BA3">
        <w:tc>
          <w:tcPr>
            <w:tcW w:w="1042" w:type="dxa"/>
            <w:vAlign w:val="center"/>
          </w:tcPr>
          <w:p w14:paraId="362779DE" w14:textId="77777777" w:rsidR="001E5BA3" w:rsidRDefault="001E5BA3">
            <w:pPr>
              <w:spacing w:before="15" w:after="15" w:line="240" w:lineRule="auto"/>
              <w:jc w:val="center"/>
              <w:rPr>
                <w:sz w:val="15"/>
              </w:rPr>
            </w:pPr>
            <w:r>
              <w:rPr>
                <w:sz w:val="15"/>
                <w:lang w:val="en-GB"/>
              </w:rPr>
              <w:t>N032</w:t>
            </w:r>
          </w:p>
        </w:tc>
        <w:tc>
          <w:tcPr>
            <w:tcW w:w="2180" w:type="dxa"/>
            <w:vAlign w:val="center"/>
          </w:tcPr>
          <w:p w14:paraId="237B07A7" w14:textId="77777777" w:rsidR="001E5BA3" w:rsidRDefault="001E5BA3">
            <w:pPr>
              <w:spacing w:before="15" w:after="15" w:line="240" w:lineRule="auto"/>
              <w:rPr>
                <w:sz w:val="15"/>
              </w:rPr>
            </w:pPr>
            <w:r>
              <w:rPr>
                <w:sz w:val="15"/>
                <w:lang w:val="en-GB"/>
              </w:rPr>
              <w:t>Wild pear</w:t>
            </w:r>
          </w:p>
        </w:tc>
        <w:tc>
          <w:tcPr>
            <w:tcW w:w="2160" w:type="dxa"/>
            <w:vAlign w:val="center"/>
          </w:tcPr>
          <w:p w14:paraId="41E14884"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7AA7C84A" w14:textId="77777777" w:rsidR="001E5BA3" w:rsidRDefault="001E5BA3">
            <w:pPr>
              <w:spacing w:before="15" w:after="15" w:line="240" w:lineRule="auto"/>
              <w:rPr>
                <w:sz w:val="15"/>
              </w:rPr>
            </w:pPr>
            <w:r>
              <w:rPr>
                <w:sz w:val="15"/>
                <w:lang w:val="en-GB"/>
              </w:rPr>
              <w:t>Play street</w:t>
            </w:r>
          </w:p>
        </w:tc>
        <w:tc>
          <w:tcPr>
            <w:tcW w:w="759" w:type="dxa"/>
            <w:vAlign w:val="center"/>
          </w:tcPr>
          <w:p w14:paraId="11BBC502" w14:textId="77777777" w:rsidR="001E5BA3" w:rsidRDefault="001E5BA3">
            <w:pPr>
              <w:spacing w:before="15" w:after="15" w:line="240" w:lineRule="auto"/>
              <w:jc w:val="right"/>
              <w:rPr>
                <w:sz w:val="15"/>
              </w:rPr>
            </w:pPr>
            <w:r>
              <w:rPr>
                <w:sz w:val="15"/>
                <w:lang w:val="en-GB"/>
              </w:rPr>
              <w:t>£285</w:t>
            </w:r>
          </w:p>
        </w:tc>
      </w:tr>
      <w:tr w:rsidR="001E5BA3" w14:paraId="7C90302E" w14:textId="77777777" w:rsidTr="001E5BA3">
        <w:tc>
          <w:tcPr>
            <w:tcW w:w="1042" w:type="dxa"/>
            <w:vAlign w:val="center"/>
          </w:tcPr>
          <w:p w14:paraId="657B4040" w14:textId="77777777" w:rsidR="001E5BA3" w:rsidRDefault="001E5BA3">
            <w:pPr>
              <w:spacing w:before="15" w:after="15" w:line="240" w:lineRule="auto"/>
              <w:jc w:val="center"/>
              <w:rPr>
                <w:sz w:val="15"/>
              </w:rPr>
            </w:pPr>
            <w:r>
              <w:rPr>
                <w:sz w:val="15"/>
                <w:lang w:val="en-GB"/>
              </w:rPr>
              <w:t>N033</w:t>
            </w:r>
          </w:p>
        </w:tc>
        <w:tc>
          <w:tcPr>
            <w:tcW w:w="2180" w:type="dxa"/>
            <w:vAlign w:val="center"/>
          </w:tcPr>
          <w:p w14:paraId="445CBAFB" w14:textId="77777777" w:rsidR="001E5BA3" w:rsidRDefault="001E5BA3">
            <w:pPr>
              <w:spacing w:before="15" w:after="15" w:line="240" w:lineRule="auto"/>
              <w:rPr>
                <w:sz w:val="15"/>
              </w:rPr>
            </w:pPr>
            <w:r>
              <w:rPr>
                <w:sz w:val="15"/>
                <w:lang w:val="en-GB"/>
              </w:rPr>
              <w:t>Wild pear</w:t>
            </w:r>
          </w:p>
        </w:tc>
        <w:tc>
          <w:tcPr>
            <w:tcW w:w="2160" w:type="dxa"/>
            <w:vAlign w:val="center"/>
          </w:tcPr>
          <w:p w14:paraId="347DFFF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60D12C80" w14:textId="77777777" w:rsidR="001E5BA3" w:rsidRDefault="001E5BA3">
            <w:pPr>
              <w:spacing w:before="15" w:after="15" w:line="240" w:lineRule="auto"/>
              <w:rPr>
                <w:sz w:val="15"/>
              </w:rPr>
            </w:pPr>
            <w:r>
              <w:rPr>
                <w:sz w:val="15"/>
                <w:lang w:val="en-GB"/>
              </w:rPr>
              <w:t>Play street</w:t>
            </w:r>
          </w:p>
        </w:tc>
        <w:tc>
          <w:tcPr>
            <w:tcW w:w="759" w:type="dxa"/>
            <w:vAlign w:val="center"/>
          </w:tcPr>
          <w:p w14:paraId="53A503D0" w14:textId="77777777" w:rsidR="001E5BA3" w:rsidRDefault="001E5BA3">
            <w:pPr>
              <w:spacing w:before="15" w:after="15" w:line="240" w:lineRule="auto"/>
              <w:jc w:val="right"/>
              <w:rPr>
                <w:sz w:val="15"/>
              </w:rPr>
            </w:pPr>
            <w:r>
              <w:rPr>
                <w:sz w:val="15"/>
                <w:lang w:val="en-GB"/>
              </w:rPr>
              <w:t>£285</w:t>
            </w:r>
          </w:p>
        </w:tc>
      </w:tr>
      <w:tr w:rsidR="001E5BA3" w14:paraId="19B40979" w14:textId="77777777" w:rsidTr="001E5BA3">
        <w:tc>
          <w:tcPr>
            <w:tcW w:w="1042" w:type="dxa"/>
            <w:vAlign w:val="center"/>
          </w:tcPr>
          <w:p w14:paraId="42954AF3" w14:textId="77777777" w:rsidR="001E5BA3" w:rsidRDefault="001E5BA3">
            <w:pPr>
              <w:spacing w:before="15" w:after="15" w:line="240" w:lineRule="auto"/>
              <w:jc w:val="center"/>
              <w:rPr>
                <w:sz w:val="15"/>
              </w:rPr>
            </w:pPr>
            <w:r>
              <w:rPr>
                <w:sz w:val="15"/>
                <w:lang w:val="en-GB"/>
              </w:rPr>
              <w:t>N034</w:t>
            </w:r>
          </w:p>
        </w:tc>
        <w:tc>
          <w:tcPr>
            <w:tcW w:w="2180" w:type="dxa"/>
            <w:vAlign w:val="center"/>
          </w:tcPr>
          <w:p w14:paraId="74691807" w14:textId="77777777" w:rsidR="001E5BA3" w:rsidRDefault="001E5BA3">
            <w:pPr>
              <w:spacing w:before="15" w:after="15" w:line="240" w:lineRule="auto"/>
              <w:rPr>
                <w:sz w:val="15"/>
              </w:rPr>
            </w:pPr>
            <w:r>
              <w:rPr>
                <w:sz w:val="15"/>
                <w:lang w:val="en-GB"/>
              </w:rPr>
              <w:t>Wild pear</w:t>
            </w:r>
          </w:p>
        </w:tc>
        <w:tc>
          <w:tcPr>
            <w:tcW w:w="2160" w:type="dxa"/>
            <w:vAlign w:val="center"/>
          </w:tcPr>
          <w:p w14:paraId="7ECBB6E1"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6833DD22" w14:textId="77777777" w:rsidR="001E5BA3" w:rsidRDefault="001E5BA3">
            <w:pPr>
              <w:spacing w:before="15" w:after="15" w:line="240" w:lineRule="auto"/>
              <w:rPr>
                <w:sz w:val="15"/>
              </w:rPr>
            </w:pPr>
            <w:r>
              <w:rPr>
                <w:sz w:val="15"/>
                <w:lang w:val="en-GB"/>
              </w:rPr>
              <w:t>Play street</w:t>
            </w:r>
          </w:p>
        </w:tc>
        <w:tc>
          <w:tcPr>
            <w:tcW w:w="759" w:type="dxa"/>
            <w:vAlign w:val="center"/>
          </w:tcPr>
          <w:p w14:paraId="28B743E2" w14:textId="77777777" w:rsidR="001E5BA3" w:rsidRDefault="001E5BA3">
            <w:pPr>
              <w:spacing w:before="15" w:after="15" w:line="240" w:lineRule="auto"/>
              <w:jc w:val="right"/>
              <w:rPr>
                <w:sz w:val="15"/>
              </w:rPr>
            </w:pPr>
            <w:r>
              <w:rPr>
                <w:sz w:val="15"/>
                <w:lang w:val="en-GB"/>
              </w:rPr>
              <w:t>£285</w:t>
            </w:r>
          </w:p>
        </w:tc>
      </w:tr>
      <w:tr w:rsidR="001E5BA3" w14:paraId="30D68282" w14:textId="77777777" w:rsidTr="001E5BA3">
        <w:tc>
          <w:tcPr>
            <w:tcW w:w="1042" w:type="dxa"/>
            <w:vAlign w:val="center"/>
          </w:tcPr>
          <w:p w14:paraId="2ADC2EAA" w14:textId="77777777" w:rsidR="001E5BA3" w:rsidRDefault="001E5BA3">
            <w:pPr>
              <w:spacing w:before="15" w:after="15" w:line="240" w:lineRule="auto"/>
              <w:jc w:val="center"/>
              <w:rPr>
                <w:sz w:val="15"/>
              </w:rPr>
            </w:pPr>
            <w:r>
              <w:rPr>
                <w:sz w:val="15"/>
                <w:lang w:val="en-GB"/>
              </w:rPr>
              <w:t>N035</w:t>
            </w:r>
          </w:p>
        </w:tc>
        <w:tc>
          <w:tcPr>
            <w:tcW w:w="2180" w:type="dxa"/>
            <w:vAlign w:val="center"/>
          </w:tcPr>
          <w:p w14:paraId="5BF70314" w14:textId="77777777" w:rsidR="001E5BA3" w:rsidRDefault="001E5BA3">
            <w:pPr>
              <w:spacing w:before="15" w:after="15" w:line="240" w:lineRule="auto"/>
              <w:rPr>
                <w:sz w:val="15"/>
              </w:rPr>
            </w:pPr>
            <w:r>
              <w:rPr>
                <w:sz w:val="15"/>
                <w:lang w:val="en-GB"/>
              </w:rPr>
              <w:t>Wild pear</w:t>
            </w:r>
          </w:p>
        </w:tc>
        <w:tc>
          <w:tcPr>
            <w:tcW w:w="2160" w:type="dxa"/>
            <w:vAlign w:val="center"/>
          </w:tcPr>
          <w:p w14:paraId="2E3DEF82"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91A0E85" w14:textId="77777777" w:rsidR="001E5BA3" w:rsidRDefault="001E5BA3">
            <w:pPr>
              <w:spacing w:before="15" w:after="15" w:line="240" w:lineRule="auto"/>
              <w:rPr>
                <w:sz w:val="15"/>
              </w:rPr>
            </w:pPr>
            <w:r>
              <w:rPr>
                <w:sz w:val="15"/>
                <w:lang w:val="en-GB"/>
              </w:rPr>
              <w:t>Play street</w:t>
            </w:r>
          </w:p>
        </w:tc>
        <w:tc>
          <w:tcPr>
            <w:tcW w:w="759" w:type="dxa"/>
            <w:vAlign w:val="center"/>
          </w:tcPr>
          <w:p w14:paraId="17ABB1F3" w14:textId="77777777" w:rsidR="001E5BA3" w:rsidRDefault="001E5BA3">
            <w:pPr>
              <w:spacing w:before="15" w:after="15" w:line="240" w:lineRule="auto"/>
              <w:jc w:val="right"/>
              <w:rPr>
                <w:sz w:val="15"/>
              </w:rPr>
            </w:pPr>
            <w:r>
              <w:rPr>
                <w:sz w:val="15"/>
                <w:lang w:val="en-GB"/>
              </w:rPr>
              <w:t>£285</w:t>
            </w:r>
          </w:p>
        </w:tc>
      </w:tr>
      <w:tr w:rsidR="001E5BA3" w14:paraId="40C07FD1" w14:textId="77777777" w:rsidTr="001E5BA3">
        <w:tc>
          <w:tcPr>
            <w:tcW w:w="1042" w:type="dxa"/>
            <w:vAlign w:val="center"/>
          </w:tcPr>
          <w:p w14:paraId="305976CA" w14:textId="77777777" w:rsidR="001E5BA3" w:rsidRDefault="001E5BA3">
            <w:pPr>
              <w:spacing w:before="15" w:after="15" w:line="240" w:lineRule="auto"/>
              <w:jc w:val="center"/>
              <w:rPr>
                <w:sz w:val="15"/>
              </w:rPr>
            </w:pPr>
            <w:r>
              <w:rPr>
                <w:sz w:val="15"/>
                <w:lang w:val="en-GB"/>
              </w:rPr>
              <w:t>N036</w:t>
            </w:r>
          </w:p>
        </w:tc>
        <w:tc>
          <w:tcPr>
            <w:tcW w:w="2180" w:type="dxa"/>
            <w:vAlign w:val="center"/>
          </w:tcPr>
          <w:p w14:paraId="732EFABF" w14:textId="77777777" w:rsidR="001E5BA3" w:rsidRDefault="001E5BA3">
            <w:pPr>
              <w:spacing w:before="15" w:after="15" w:line="240" w:lineRule="auto"/>
              <w:rPr>
                <w:sz w:val="15"/>
              </w:rPr>
            </w:pPr>
            <w:r>
              <w:rPr>
                <w:sz w:val="15"/>
                <w:lang w:val="en-GB"/>
              </w:rPr>
              <w:t>Wild pear</w:t>
            </w:r>
          </w:p>
        </w:tc>
        <w:tc>
          <w:tcPr>
            <w:tcW w:w="2160" w:type="dxa"/>
            <w:vAlign w:val="center"/>
          </w:tcPr>
          <w:p w14:paraId="6C5669A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4A1FCD4F" w14:textId="77777777" w:rsidR="001E5BA3" w:rsidRDefault="001E5BA3">
            <w:pPr>
              <w:spacing w:before="15" w:after="15" w:line="240" w:lineRule="auto"/>
              <w:rPr>
                <w:sz w:val="15"/>
              </w:rPr>
            </w:pPr>
            <w:r>
              <w:rPr>
                <w:sz w:val="15"/>
                <w:lang w:val="en-GB"/>
              </w:rPr>
              <w:t>Play street</w:t>
            </w:r>
          </w:p>
        </w:tc>
        <w:tc>
          <w:tcPr>
            <w:tcW w:w="759" w:type="dxa"/>
            <w:vAlign w:val="center"/>
          </w:tcPr>
          <w:p w14:paraId="41143EF8" w14:textId="77777777" w:rsidR="001E5BA3" w:rsidRDefault="001E5BA3">
            <w:pPr>
              <w:spacing w:before="15" w:after="15" w:line="240" w:lineRule="auto"/>
              <w:jc w:val="right"/>
              <w:rPr>
                <w:sz w:val="15"/>
              </w:rPr>
            </w:pPr>
            <w:r>
              <w:rPr>
                <w:sz w:val="15"/>
                <w:lang w:val="en-GB"/>
              </w:rPr>
              <w:t>£285</w:t>
            </w:r>
          </w:p>
        </w:tc>
      </w:tr>
      <w:tr w:rsidR="001E5BA3" w14:paraId="23EC5BBC" w14:textId="77777777" w:rsidTr="001E5BA3">
        <w:tc>
          <w:tcPr>
            <w:tcW w:w="1042" w:type="dxa"/>
            <w:vAlign w:val="center"/>
          </w:tcPr>
          <w:p w14:paraId="33F458F5" w14:textId="77777777" w:rsidR="001E5BA3" w:rsidRDefault="001E5BA3">
            <w:pPr>
              <w:spacing w:before="15" w:after="15" w:line="240" w:lineRule="auto"/>
              <w:jc w:val="center"/>
              <w:rPr>
                <w:sz w:val="15"/>
              </w:rPr>
            </w:pPr>
            <w:r>
              <w:rPr>
                <w:sz w:val="15"/>
                <w:lang w:val="en-GB"/>
              </w:rPr>
              <w:t>N037</w:t>
            </w:r>
          </w:p>
        </w:tc>
        <w:tc>
          <w:tcPr>
            <w:tcW w:w="2180" w:type="dxa"/>
            <w:vAlign w:val="center"/>
          </w:tcPr>
          <w:p w14:paraId="40057549" w14:textId="77777777" w:rsidR="001E5BA3" w:rsidRDefault="001E5BA3">
            <w:pPr>
              <w:spacing w:before="15" w:after="15" w:line="240" w:lineRule="auto"/>
              <w:rPr>
                <w:sz w:val="15"/>
              </w:rPr>
            </w:pPr>
            <w:r>
              <w:rPr>
                <w:sz w:val="15"/>
                <w:lang w:val="en-GB"/>
              </w:rPr>
              <w:t>Wild pear</w:t>
            </w:r>
          </w:p>
        </w:tc>
        <w:tc>
          <w:tcPr>
            <w:tcW w:w="2160" w:type="dxa"/>
            <w:vAlign w:val="center"/>
          </w:tcPr>
          <w:p w14:paraId="2C7159E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3928102" w14:textId="77777777" w:rsidR="001E5BA3" w:rsidRDefault="001E5BA3">
            <w:pPr>
              <w:spacing w:before="15" w:after="15" w:line="240" w:lineRule="auto"/>
              <w:rPr>
                <w:sz w:val="15"/>
              </w:rPr>
            </w:pPr>
            <w:r>
              <w:rPr>
                <w:sz w:val="15"/>
                <w:lang w:val="en-GB"/>
              </w:rPr>
              <w:t>Play street</w:t>
            </w:r>
          </w:p>
        </w:tc>
        <w:tc>
          <w:tcPr>
            <w:tcW w:w="759" w:type="dxa"/>
            <w:vAlign w:val="center"/>
          </w:tcPr>
          <w:p w14:paraId="766BE2E5" w14:textId="77777777" w:rsidR="001E5BA3" w:rsidRDefault="001E5BA3">
            <w:pPr>
              <w:spacing w:before="15" w:after="15" w:line="240" w:lineRule="auto"/>
              <w:jc w:val="right"/>
              <w:rPr>
                <w:sz w:val="15"/>
              </w:rPr>
            </w:pPr>
            <w:r>
              <w:rPr>
                <w:sz w:val="15"/>
                <w:lang w:val="en-GB"/>
              </w:rPr>
              <w:t>£285</w:t>
            </w:r>
          </w:p>
        </w:tc>
      </w:tr>
      <w:tr w:rsidR="001E5BA3" w14:paraId="21803AA4" w14:textId="77777777" w:rsidTr="001E5BA3">
        <w:tc>
          <w:tcPr>
            <w:tcW w:w="1042" w:type="dxa"/>
            <w:vAlign w:val="center"/>
          </w:tcPr>
          <w:p w14:paraId="3D880E8B" w14:textId="77777777" w:rsidR="001E5BA3" w:rsidRDefault="001E5BA3">
            <w:pPr>
              <w:spacing w:before="15" w:after="15" w:line="240" w:lineRule="auto"/>
              <w:jc w:val="center"/>
              <w:rPr>
                <w:sz w:val="15"/>
              </w:rPr>
            </w:pPr>
            <w:r>
              <w:rPr>
                <w:sz w:val="15"/>
                <w:lang w:val="en-GB"/>
              </w:rPr>
              <w:t>N038</w:t>
            </w:r>
          </w:p>
        </w:tc>
        <w:tc>
          <w:tcPr>
            <w:tcW w:w="2180" w:type="dxa"/>
            <w:vAlign w:val="center"/>
          </w:tcPr>
          <w:p w14:paraId="27A2BCC5" w14:textId="77777777" w:rsidR="001E5BA3" w:rsidRDefault="001E5BA3">
            <w:pPr>
              <w:spacing w:before="15" w:after="15" w:line="240" w:lineRule="auto"/>
              <w:rPr>
                <w:sz w:val="15"/>
              </w:rPr>
            </w:pPr>
            <w:r>
              <w:rPr>
                <w:sz w:val="15"/>
                <w:lang w:val="en-GB"/>
              </w:rPr>
              <w:t>Wild pear</w:t>
            </w:r>
          </w:p>
        </w:tc>
        <w:tc>
          <w:tcPr>
            <w:tcW w:w="2160" w:type="dxa"/>
            <w:vAlign w:val="center"/>
          </w:tcPr>
          <w:p w14:paraId="293095FA"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47F66B71" w14:textId="77777777" w:rsidR="001E5BA3" w:rsidRDefault="001E5BA3">
            <w:pPr>
              <w:spacing w:before="15" w:after="15" w:line="240" w:lineRule="auto"/>
              <w:rPr>
                <w:sz w:val="15"/>
              </w:rPr>
            </w:pPr>
            <w:r>
              <w:rPr>
                <w:sz w:val="15"/>
                <w:lang w:val="en-GB"/>
              </w:rPr>
              <w:t>Play street</w:t>
            </w:r>
          </w:p>
        </w:tc>
        <w:tc>
          <w:tcPr>
            <w:tcW w:w="759" w:type="dxa"/>
            <w:vAlign w:val="center"/>
          </w:tcPr>
          <w:p w14:paraId="53849CCD" w14:textId="77777777" w:rsidR="001E5BA3" w:rsidRDefault="001E5BA3">
            <w:pPr>
              <w:spacing w:before="15" w:after="15" w:line="240" w:lineRule="auto"/>
              <w:jc w:val="right"/>
              <w:rPr>
                <w:sz w:val="15"/>
              </w:rPr>
            </w:pPr>
            <w:r>
              <w:rPr>
                <w:sz w:val="15"/>
                <w:lang w:val="en-GB"/>
              </w:rPr>
              <w:t>£285</w:t>
            </w:r>
          </w:p>
        </w:tc>
      </w:tr>
      <w:tr w:rsidR="001E5BA3" w14:paraId="3491567E" w14:textId="77777777" w:rsidTr="001E5BA3">
        <w:tc>
          <w:tcPr>
            <w:tcW w:w="1042" w:type="dxa"/>
            <w:vAlign w:val="center"/>
          </w:tcPr>
          <w:p w14:paraId="4F567B12" w14:textId="77777777" w:rsidR="001E5BA3" w:rsidRDefault="001E5BA3">
            <w:pPr>
              <w:spacing w:before="15" w:after="15" w:line="240" w:lineRule="auto"/>
              <w:jc w:val="center"/>
              <w:rPr>
                <w:sz w:val="15"/>
              </w:rPr>
            </w:pPr>
            <w:r>
              <w:rPr>
                <w:sz w:val="15"/>
                <w:lang w:val="en-GB"/>
              </w:rPr>
              <w:t>N039</w:t>
            </w:r>
          </w:p>
        </w:tc>
        <w:tc>
          <w:tcPr>
            <w:tcW w:w="2180" w:type="dxa"/>
            <w:vAlign w:val="center"/>
          </w:tcPr>
          <w:p w14:paraId="43BC450B" w14:textId="77777777" w:rsidR="001E5BA3" w:rsidRDefault="001E5BA3">
            <w:pPr>
              <w:spacing w:before="15" w:after="15" w:line="240" w:lineRule="auto"/>
              <w:rPr>
                <w:sz w:val="15"/>
              </w:rPr>
            </w:pPr>
            <w:r>
              <w:rPr>
                <w:sz w:val="15"/>
                <w:lang w:val="en-GB"/>
              </w:rPr>
              <w:t>Wild pear</w:t>
            </w:r>
          </w:p>
        </w:tc>
        <w:tc>
          <w:tcPr>
            <w:tcW w:w="2160" w:type="dxa"/>
            <w:vAlign w:val="center"/>
          </w:tcPr>
          <w:p w14:paraId="28B1993B"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405024EE" w14:textId="77777777" w:rsidR="001E5BA3" w:rsidRDefault="001E5BA3">
            <w:pPr>
              <w:spacing w:before="15" w:after="15" w:line="240" w:lineRule="auto"/>
              <w:rPr>
                <w:sz w:val="15"/>
              </w:rPr>
            </w:pPr>
            <w:r>
              <w:rPr>
                <w:sz w:val="15"/>
                <w:lang w:val="en-GB"/>
              </w:rPr>
              <w:t>Play street</w:t>
            </w:r>
          </w:p>
        </w:tc>
        <w:tc>
          <w:tcPr>
            <w:tcW w:w="759" w:type="dxa"/>
            <w:vAlign w:val="center"/>
          </w:tcPr>
          <w:p w14:paraId="5DA596A6" w14:textId="77777777" w:rsidR="001E5BA3" w:rsidRDefault="001E5BA3">
            <w:pPr>
              <w:spacing w:before="15" w:after="15" w:line="240" w:lineRule="auto"/>
              <w:jc w:val="right"/>
              <w:rPr>
                <w:sz w:val="15"/>
              </w:rPr>
            </w:pPr>
            <w:r>
              <w:rPr>
                <w:sz w:val="15"/>
                <w:lang w:val="en-GB"/>
              </w:rPr>
              <w:t>£285</w:t>
            </w:r>
          </w:p>
        </w:tc>
      </w:tr>
      <w:tr w:rsidR="001E5BA3" w14:paraId="2AAC926A" w14:textId="77777777" w:rsidTr="001E5BA3">
        <w:tc>
          <w:tcPr>
            <w:tcW w:w="1042" w:type="dxa"/>
            <w:vAlign w:val="center"/>
          </w:tcPr>
          <w:p w14:paraId="46AFE0BC" w14:textId="77777777" w:rsidR="001E5BA3" w:rsidRDefault="001E5BA3">
            <w:pPr>
              <w:spacing w:before="15" w:after="15" w:line="240" w:lineRule="auto"/>
              <w:jc w:val="center"/>
              <w:rPr>
                <w:sz w:val="15"/>
              </w:rPr>
            </w:pPr>
            <w:r>
              <w:rPr>
                <w:sz w:val="15"/>
                <w:lang w:val="en-GB"/>
              </w:rPr>
              <w:t>N040</w:t>
            </w:r>
          </w:p>
        </w:tc>
        <w:tc>
          <w:tcPr>
            <w:tcW w:w="2180" w:type="dxa"/>
            <w:vAlign w:val="center"/>
          </w:tcPr>
          <w:p w14:paraId="644D78A4" w14:textId="77777777" w:rsidR="001E5BA3" w:rsidRDefault="001E5BA3">
            <w:pPr>
              <w:spacing w:before="15" w:after="15" w:line="240" w:lineRule="auto"/>
              <w:rPr>
                <w:sz w:val="15"/>
              </w:rPr>
            </w:pPr>
            <w:r>
              <w:rPr>
                <w:sz w:val="15"/>
                <w:lang w:val="en-GB"/>
              </w:rPr>
              <w:t>Wild cherry</w:t>
            </w:r>
          </w:p>
        </w:tc>
        <w:tc>
          <w:tcPr>
            <w:tcW w:w="2160" w:type="dxa"/>
            <w:vAlign w:val="center"/>
          </w:tcPr>
          <w:p w14:paraId="0B1A1E72"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40EC05A" w14:textId="77777777" w:rsidR="001E5BA3" w:rsidRDefault="001E5BA3">
            <w:pPr>
              <w:spacing w:before="15" w:after="15" w:line="240" w:lineRule="auto"/>
              <w:rPr>
                <w:sz w:val="15"/>
              </w:rPr>
            </w:pPr>
            <w:r>
              <w:rPr>
                <w:sz w:val="15"/>
                <w:lang w:val="en-GB"/>
              </w:rPr>
              <w:t>Meadow / understorey</w:t>
            </w:r>
          </w:p>
        </w:tc>
        <w:tc>
          <w:tcPr>
            <w:tcW w:w="759" w:type="dxa"/>
            <w:vAlign w:val="center"/>
          </w:tcPr>
          <w:p w14:paraId="44F5F45E" w14:textId="77777777" w:rsidR="001E5BA3" w:rsidRDefault="001E5BA3">
            <w:pPr>
              <w:spacing w:before="15" w:after="15" w:line="240" w:lineRule="auto"/>
              <w:jc w:val="right"/>
              <w:rPr>
                <w:sz w:val="15"/>
              </w:rPr>
            </w:pPr>
            <w:r>
              <w:rPr>
                <w:sz w:val="15"/>
                <w:lang w:val="en-GB"/>
              </w:rPr>
              <w:t>£380</w:t>
            </w:r>
          </w:p>
        </w:tc>
      </w:tr>
      <w:tr w:rsidR="001E5BA3" w14:paraId="74A848B5" w14:textId="77777777" w:rsidTr="001E5BA3">
        <w:tc>
          <w:tcPr>
            <w:tcW w:w="1042" w:type="dxa"/>
            <w:vAlign w:val="center"/>
          </w:tcPr>
          <w:p w14:paraId="3979C54C" w14:textId="77777777" w:rsidR="001E5BA3" w:rsidRDefault="001E5BA3">
            <w:pPr>
              <w:spacing w:before="15" w:after="15" w:line="240" w:lineRule="auto"/>
              <w:jc w:val="center"/>
              <w:rPr>
                <w:sz w:val="15"/>
              </w:rPr>
            </w:pPr>
            <w:r>
              <w:rPr>
                <w:sz w:val="15"/>
                <w:lang w:val="en-GB"/>
              </w:rPr>
              <w:t>N041</w:t>
            </w:r>
          </w:p>
        </w:tc>
        <w:tc>
          <w:tcPr>
            <w:tcW w:w="2180" w:type="dxa"/>
            <w:vAlign w:val="center"/>
          </w:tcPr>
          <w:p w14:paraId="0F92D7D1" w14:textId="77777777" w:rsidR="001E5BA3" w:rsidRDefault="001E5BA3">
            <w:pPr>
              <w:spacing w:before="15" w:after="15" w:line="240" w:lineRule="auto"/>
              <w:rPr>
                <w:sz w:val="15"/>
              </w:rPr>
            </w:pPr>
            <w:r>
              <w:rPr>
                <w:sz w:val="15"/>
                <w:lang w:val="en-GB"/>
              </w:rPr>
              <w:t>Wild cherry</w:t>
            </w:r>
          </w:p>
        </w:tc>
        <w:tc>
          <w:tcPr>
            <w:tcW w:w="2160" w:type="dxa"/>
            <w:vAlign w:val="center"/>
          </w:tcPr>
          <w:p w14:paraId="0F6E3349" w14:textId="77777777" w:rsidR="001E5BA3" w:rsidRDefault="001E5BA3">
            <w:pPr>
              <w:spacing w:before="15" w:after="15" w:line="240" w:lineRule="auto"/>
              <w:rPr>
                <w:sz w:val="15"/>
              </w:rPr>
            </w:pPr>
            <w:r>
              <w:rPr>
                <w:sz w:val="15"/>
                <w:lang w:val="en-GB"/>
              </w:rPr>
              <w:t>Extra heavy 14/16 cm</w:t>
            </w:r>
          </w:p>
        </w:tc>
        <w:tc>
          <w:tcPr>
            <w:tcW w:w="2617" w:type="dxa"/>
            <w:vAlign w:val="center"/>
          </w:tcPr>
          <w:p w14:paraId="11B24081" w14:textId="77777777" w:rsidR="001E5BA3" w:rsidRDefault="001E5BA3">
            <w:pPr>
              <w:spacing w:before="15" w:after="15" w:line="240" w:lineRule="auto"/>
              <w:rPr>
                <w:sz w:val="15"/>
              </w:rPr>
            </w:pPr>
            <w:r>
              <w:rPr>
                <w:sz w:val="15"/>
                <w:lang w:val="en-GB"/>
              </w:rPr>
              <w:t>Meadow / understorey</w:t>
            </w:r>
          </w:p>
        </w:tc>
        <w:tc>
          <w:tcPr>
            <w:tcW w:w="759" w:type="dxa"/>
            <w:vAlign w:val="center"/>
          </w:tcPr>
          <w:p w14:paraId="7E614530" w14:textId="77777777" w:rsidR="001E5BA3" w:rsidRDefault="001E5BA3">
            <w:pPr>
              <w:spacing w:before="15" w:after="15" w:line="240" w:lineRule="auto"/>
              <w:jc w:val="right"/>
              <w:rPr>
                <w:sz w:val="15"/>
              </w:rPr>
            </w:pPr>
            <w:r>
              <w:rPr>
                <w:sz w:val="15"/>
                <w:lang w:val="en-GB"/>
              </w:rPr>
              <w:t>£380</w:t>
            </w:r>
          </w:p>
        </w:tc>
      </w:tr>
      <w:tr w:rsidR="001E5BA3" w14:paraId="7F5F283B" w14:textId="77777777" w:rsidTr="001E5BA3">
        <w:tc>
          <w:tcPr>
            <w:tcW w:w="1042" w:type="dxa"/>
            <w:vAlign w:val="center"/>
          </w:tcPr>
          <w:p w14:paraId="76FA34C6" w14:textId="77777777" w:rsidR="001E5BA3" w:rsidRDefault="001E5BA3">
            <w:pPr>
              <w:spacing w:before="15" w:after="15" w:line="240" w:lineRule="auto"/>
              <w:jc w:val="center"/>
              <w:rPr>
                <w:sz w:val="15"/>
              </w:rPr>
            </w:pPr>
            <w:r>
              <w:rPr>
                <w:sz w:val="15"/>
                <w:lang w:val="en-GB"/>
              </w:rPr>
              <w:t>N042</w:t>
            </w:r>
          </w:p>
        </w:tc>
        <w:tc>
          <w:tcPr>
            <w:tcW w:w="2180" w:type="dxa"/>
            <w:vAlign w:val="center"/>
          </w:tcPr>
          <w:p w14:paraId="77C774DB" w14:textId="77777777" w:rsidR="001E5BA3" w:rsidRDefault="001E5BA3">
            <w:pPr>
              <w:spacing w:before="15" w:after="15" w:line="240" w:lineRule="auto"/>
              <w:rPr>
                <w:sz w:val="15"/>
              </w:rPr>
            </w:pPr>
            <w:r>
              <w:rPr>
                <w:sz w:val="15"/>
                <w:lang w:val="en-GB"/>
              </w:rPr>
              <w:t>Wild cherry</w:t>
            </w:r>
          </w:p>
        </w:tc>
        <w:tc>
          <w:tcPr>
            <w:tcW w:w="2160" w:type="dxa"/>
            <w:vAlign w:val="center"/>
          </w:tcPr>
          <w:p w14:paraId="39DAE92C" w14:textId="77777777" w:rsidR="001E5BA3" w:rsidRDefault="001E5BA3">
            <w:pPr>
              <w:spacing w:before="15" w:after="15" w:line="240" w:lineRule="auto"/>
              <w:rPr>
                <w:sz w:val="15"/>
              </w:rPr>
            </w:pPr>
            <w:r>
              <w:rPr>
                <w:sz w:val="15"/>
                <w:lang w:val="en-GB"/>
              </w:rPr>
              <w:t>Extra heavy 14/16 cm</w:t>
            </w:r>
          </w:p>
        </w:tc>
        <w:tc>
          <w:tcPr>
            <w:tcW w:w="2617" w:type="dxa"/>
            <w:vAlign w:val="center"/>
          </w:tcPr>
          <w:p w14:paraId="1E302151" w14:textId="77777777" w:rsidR="001E5BA3" w:rsidRDefault="001E5BA3">
            <w:pPr>
              <w:spacing w:before="15" w:after="15" w:line="240" w:lineRule="auto"/>
              <w:rPr>
                <w:sz w:val="15"/>
              </w:rPr>
            </w:pPr>
            <w:r>
              <w:rPr>
                <w:sz w:val="15"/>
                <w:lang w:val="en-GB"/>
              </w:rPr>
              <w:t>Meadow / understorey</w:t>
            </w:r>
          </w:p>
        </w:tc>
        <w:tc>
          <w:tcPr>
            <w:tcW w:w="759" w:type="dxa"/>
            <w:vAlign w:val="center"/>
          </w:tcPr>
          <w:p w14:paraId="377ADC38" w14:textId="77777777" w:rsidR="001E5BA3" w:rsidRDefault="001E5BA3">
            <w:pPr>
              <w:spacing w:before="15" w:after="15" w:line="240" w:lineRule="auto"/>
              <w:jc w:val="right"/>
              <w:rPr>
                <w:sz w:val="15"/>
              </w:rPr>
            </w:pPr>
            <w:r>
              <w:rPr>
                <w:sz w:val="15"/>
                <w:lang w:val="en-GB"/>
              </w:rPr>
              <w:t>£380</w:t>
            </w:r>
          </w:p>
        </w:tc>
      </w:tr>
      <w:tr w:rsidR="001E5BA3" w14:paraId="34C91C18" w14:textId="77777777" w:rsidTr="001E5BA3">
        <w:tc>
          <w:tcPr>
            <w:tcW w:w="1042" w:type="dxa"/>
            <w:vAlign w:val="center"/>
          </w:tcPr>
          <w:p w14:paraId="0097621D" w14:textId="77777777" w:rsidR="001E5BA3" w:rsidRDefault="001E5BA3">
            <w:pPr>
              <w:spacing w:before="15" w:after="15" w:line="240" w:lineRule="auto"/>
              <w:jc w:val="center"/>
              <w:rPr>
                <w:sz w:val="15"/>
              </w:rPr>
            </w:pPr>
            <w:r>
              <w:rPr>
                <w:sz w:val="15"/>
                <w:lang w:val="en-GB"/>
              </w:rPr>
              <w:t>N043</w:t>
            </w:r>
          </w:p>
        </w:tc>
        <w:tc>
          <w:tcPr>
            <w:tcW w:w="2180" w:type="dxa"/>
            <w:vAlign w:val="center"/>
          </w:tcPr>
          <w:p w14:paraId="4A9B9D9E" w14:textId="77777777" w:rsidR="001E5BA3" w:rsidRDefault="001E5BA3">
            <w:pPr>
              <w:spacing w:before="15" w:after="15" w:line="240" w:lineRule="auto"/>
              <w:rPr>
                <w:sz w:val="15"/>
              </w:rPr>
            </w:pPr>
            <w:r>
              <w:rPr>
                <w:sz w:val="15"/>
                <w:lang w:val="en-GB"/>
              </w:rPr>
              <w:t>Wild cherry</w:t>
            </w:r>
          </w:p>
        </w:tc>
        <w:tc>
          <w:tcPr>
            <w:tcW w:w="2160" w:type="dxa"/>
            <w:vAlign w:val="center"/>
          </w:tcPr>
          <w:p w14:paraId="4EFAA13F"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008D3F1" w14:textId="77777777" w:rsidR="001E5BA3" w:rsidRDefault="001E5BA3">
            <w:pPr>
              <w:spacing w:before="15" w:after="15" w:line="240" w:lineRule="auto"/>
              <w:rPr>
                <w:sz w:val="15"/>
              </w:rPr>
            </w:pPr>
            <w:r>
              <w:rPr>
                <w:sz w:val="15"/>
                <w:lang w:val="en-GB"/>
              </w:rPr>
              <w:t>Meadow / understorey</w:t>
            </w:r>
          </w:p>
        </w:tc>
        <w:tc>
          <w:tcPr>
            <w:tcW w:w="759" w:type="dxa"/>
            <w:vAlign w:val="center"/>
          </w:tcPr>
          <w:p w14:paraId="6DB78729" w14:textId="77777777" w:rsidR="001E5BA3" w:rsidRDefault="001E5BA3">
            <w:pPr>
              <w:spacing w:before="15" w:after="15" w:line="240" w:lineRule="auto"/>
              <w:jc w:val="right"/>
              <w:rPr>
                <w:sz w:val="15"/>
              </w:rPr>
            </w:pPr>
            <w:r>
              <w:rPr>
                <w:sz w:val="15"/>
                <w:lang w:val="en-GB"/>
              </w:rPr>
              <w:t>£380</w:t>
            </w:r>
          </w:p>
        </w:tc>
      </w:tr>
      <w:tr w:rsidR="001E5BA3" w14:paraId="5E65B83B" w14:textId="77777777" w:rsidTr="001E5BA3">
        <w:tc>
          <w:tcPr>
            <w:tcW w:w="1042" w:type="dxa"/>
            <w:vAlign w:val="center"/>
          </w:tcPr>
          <w:p w14:paraId="22479113" w14:textId="77777777" w:rsidR="001E5BA3" w:rsidRDefault="001E5BA3">
            <w:pPr>
              <w:spacing w:before="15" w:after="15" w:line="240" w:lineRule="auto"/>
              <w:jc w:val="center"/>
              <w:rPr>
                <w:sz w:val="15"/>
              </w:rPr>
            </w:pPr>
            <w:r>
              <w:rPr>
                <w:sz w:val="15"/>
                <w:lang w:val="en-GB"/>
              </w:rPr>
              <w:t>N044</w:t>
            </w:r>
          </w:p>
        </w:tc>
        <w:tc>
          <w:tcPr>
            <w:tcW w:w="2180" w:type="dxa"/>
            <w:vAlign w:val="center"/>
          </w:tcPr>
          <w:p w14:paraId="2E953CE7" w14:textId="77777777" w:rsidR="001E5BA3" w:rsidRDefault="001E5BA3">
            <w:pPr>
              <w:spacing w:before="15" w:after="15" w:line="240" w:lineRule="auto"/>
              <w:rPr>
                <w:sz w:val="15"/>
              </w:rPr>
            </w:pPr>
            <w:r>
              <w:rPr>
                <w:sz w:val="15"/>
                <w:lang w:val="en-GB"/>
              </w:rPr>
              <w:t>Wild cherry</w:t>
            </w:r>
          </w:p>
        </w:tc>
        <w:tc>
          <w:tcPr>
            <w:tcW w:w="2160" w:type="dxa"/>
            <w:vAlign w:val="center"/>
          </w:tcPr>
          <w:p w14:paraId="2E4E29D5"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7A7A7E6" w14:textId="77777777" w:rsidR="001E5BA3" w:rsidRDefault="001E5BA3">
            <w:pPr>
              <w:spacing w:before="15" w:after="15" w:line="240" w:lineRule="auto"/>
              <w:rPr>
                <w:sz w:val="15"/>
              </w:rPr>
            </w:pPr>
            <w:r>
              <w:rPr>
                <w:sz w:val="15"/>
                <w:lang w:val="en-GB"/>
              </w:rPr>
              <w:t>Meadow / understorey</w:t>
            </w:r>
          </w:p>
        </w:tc>
        <w:tc>
          <w:tcPr>
            <w:tcW w:w="759" w:type="dxa"/>
            <w:vAlign w:val="center"/>
          </w:tcPr>
          <w:p w14:paraId="45E0DC06" w14:textId="77777777" w:rsidR="001E5BA3" w:rsidRDefault="001E5BA3">
            <w:pPr>
              <w:spacing w:before="15" w:after="15" w:line="240" w:lineRule="auto"/>
              <w:jc w:val="right"/>
              <w:rPr>
                <w:sz w:val="15"/>
              </w:rPr>
            </w:pPr>
            <w:r>
              <w:rPr>
                <w:sz w:val="15"/>
                <w:lang w:val="en-GB"/>
              </w:rPr>
              <w:t>£380</w:t>
            </w:r>
          </w:p>
        </w:tc>
      </w:tr>
      <w:tr w:rsidR="001E5BA3" w14:paraId="38543DE9" w14:textId="77777777" w:rsidTr="001E5BA3">
        <w:tc>
          <w:tcPr>
            <w:tcW w:w="1042" w:type="dxa"/>
            <w:vAlign w:val="center"/>
          </w:tcPr>
          <w:p w14:paraId="7F599868" w14:textId="77777777" w:rsidR="001E5BA3" w:rsidRDefault="001E5BA3">
            <w:pPr>
              <w:spacing w:before="15" w:after="15" w:line="240" w:lineRule="auto"/>
              <w:jc w:val="center"/>
              <w:rPr>
                <w:sz w:val="15"/>
              </w:rPr>
            </w:pPr>
            <w:r>
              <w:rPr>
                <w:sz w:val="15"/>
                <w:lang w:val="en-GB"/>
              </w:rPr>
              <w:t>N045</w:t>
            </w:r>
          </w:p>
        </w:tc>
        <w:tc>
          <w:tcPr>
            <w:tcW w:w="2180" w:type="dxa"/>
            <w:vAlign w:val="center"/>
          </w:tcPr>
          <w:p w14:paraId="2B38B9FB" w14:textId="77777777" w:rsidR="001E5BA3" w:rsidRDefault="001E5BA3">
            <w:pPr>
              <w:spacing w:before="15" w:after="15" w:line="240" w:lineRule="auto"/>
              <w:rPr>
                <w:sz w:val="15"/>
              </w:rPr>
            </w:pPr>
            <w:r>
              <w:rPr>
                <w:sz w:val="15"/>
                <w:lang w:val="en-GB"/>
              </w:rPr>
              <w:t>Wild cherry</w:t>
            </w:r>
          </w:p>
        </w:tc>
        <w:tc>
          <w:tcPr>
            <w:tcW w:w="2160" w:type="dxa"/>
            <w:vAlign w:val="center"/>
          </w:tcPr>
          <w:p w14:paraId="3A4390C0" w14:textId="77777777" w:rsidR="001E5BA3" w:rsidRDefault="001E5BA3">
            <w:pPr>
              <w:spacing w:before="15" w:after="15" w:line="240" w:lineRule="auto"/>
              <w:rPr>
                <w:sz w:val="15"/>
              </w:rPr>
            </w:pPr>
            <w:r>
              <w:rPr>
                <w:sz w:val="15"/>
                <w:lang w:val="en-GB"/>
              </w:rPr>
              <w:t>Extra heavy 14/16 cm</w:t>
            </w:r>
          </w:p>
        </w:tc>
        <w:tc>
          <w:tcPr>
            <w:tcW w:w="2617" w:type="dxa"/>
            <w:vAlign w:val="center"/>
          </w:tcPr>
          <w:p w14:paraId="4D14E2ED" w14:textId="77777777" w:rsidR="001E5BA3" w:rsidRDefault="001E5BA3">
            <w:pPr>
              <w:spacing w:before="15" w:after="15" w:line="240" w:lineRule="auto"/>
              <w:rPr>
                <w:sz w:val="15"/>
              </w:rPr>
            </w:pPr>
            <w:r>
              <w:rPr>
                <w:sz w:val="15"/>
                <w:lang w:val="en-GB"/>
              </w:rPr>
              <w:t>Meadow / understorey</w:t>
            </w:r>
          </w:p>
        </w:tc>
        <w:tc>
          <w:tcPr>
            <w:tcW w:w="759" w:type="dxa"/>
            <w:vAlign w:val="center"/>
          </w:tcPr>
          <w:p w14:paraId="35527B62" w14:textId="77777777" w:rsidR="001E5BA3" w:rsidRDefault="001E5BA3">
            <w:pPr>
              <w:spacing w:before="15" w:after="15" w:line="240" w:lineRule="auto"/>
              <w:jc w:val="right"/>
              <w:rPr>
                <w:sz w:val="15"/>
              </w:rPr>
            </w:pPr>
            <w:r>
              <w:rPr>
                <w:sz w:val="15"/>
                <w:lang w:val="en-GB"/>
              </w:rPr>
              <w:t>£380</w:t>
            </w:r>
          </w:p>
        </w:tc>
      </w:tr>
      <w:tr w:rsidR="001E5BA3" w14:paraId="1342D2A5" w14:textId="77777777" w:rsidTr="001E5BA3">
        <w:tc>
          <w:tcPr>
            <w:tcW w:w="1042" w:type="dxa"/>
            <w:vAlign w:val="center"/>
          </w:tcPr>
          <w:p w14:paraId="12D7EF49" w14:textId="77777777" w:rsidR="001E5BA3" w:rsidRDefault="001E5BA3">
            <w:pPr>
              <w:spacing w:before="15" w:after="15" w:line="240" w:lineRule="auto"/>
              <w:jc w:val="center"/>
              <w:rPr>
                <w:sz w:val="15"/>
              </w:rPr>
            </w:pPr>
            <w:r>
              <w:rPr>
                <w:sz w:val="15"/>
                <w:lang w:val="en-GB"/>
              </w:rPr>
              <w:t>N046</w:t>
            </w:r>
          </w:p>
        </w:tc>
        <w:tc>
          <w:tcPr>
            <w:tcW w:w="2180" w:type="dxa"/>
            <w:vAlign w:val="center"/>
          </w:tcPr>
          <w:p w14:paraId="01037C9E" w14:textId="77777777" w:rsidR="001E5BA3" w:rsidRDefault="001E5BA3">
            <w:pPr>
              <w:spacing w:before="15" w:after="15" w:line="240" w:lineRule="auto"/>
              <w:rPr>
                <w:sz w:val="15"/>
              </w:rPr>
            </w:pPr>
            <w:r>
              <w:rPr>
                <w:sz w:val="15"/>
                <w:lang w:val="en-GB"/>
              </w:rPr>
              <w:t>Wild cherry</w:t>
            </w:r>
          </w:p>
        </w:tc>
        <w:tc>
          <w:tcPr>
            <w:tcW w:w="2160" w:type="dxa"/>
            <w:vAlign w:val="center"/>
          </w:tcPr>
          <w:p w14:paraId="7DD07C9B" w14:textId="77777777" w:rsidR="001E5BA3" w:rsidRDefault="001E5BA3">
            <w:pPr>
              <w:spacing w:before="15" w:after="15" w:line="240" w:lineRule="auto"/>
              <w:rPr>
                <w:sz w:val="15"/>
              </w:rPr>
            </w:pPr>
            <w:r>
              <w:rPr>
                <w:sz w:val="15"/>
                <w:lang w:val="en-GB"/>
              </w:rPr>
              <w:t>Extra heavy 14/16 cm</w:t>
            </w:r>
          </w:p>
        </w:tc>
        <w:tc>
          <w:tcPr>
            <w:tcW w:w="2617" w:type="dxa"/>
            <w:vAlign w:val="center"/>
          </w:tcPr>
          <w:p w14:paraId="424943E4" w14:textId="77777777" w:rsidR="001E5BA3" w:rsidRDefault="001E5BA3">
            <w:pPr>
              <w:spacing w:before="15" w:after="15" w:line="240" w:lineRule="auto"/>
              <w:rPr>
                <w:sz w:val="15"/>
              </w:rPr>
            </w:pPr>
            <w:r>
              <w:rPr>
                <w:sz w:val="15"/>
                <w:lang w:val="en-GB"/>
              </w:rPr>
              <w:t>Meadow / understorey</w:t>
            </w:r>
          </w:p>
        </w:tc>
        <w:tc>
          <w:tcPr>
            <w:tcW w:w="759" w:type="dxa"/>
            <w:vAlign w:val="center"/>
          </w:tcPr>
          <w:p w14:paraId="0FBE5155" w14:textId="77777777" w:rsidR="001E5BA3" w:rsidRDefault="001E5BA3">
            <w:pPr>
              <w:spacing w:before="15" w:after="15" w:line="240" w:lineRule="auto"/>
              <w:jc w:val="right"/>
              <w:rPr>
                <w:sz w:val="15"/>
              </w:rPr>
            </w:pPr>
            <w:r>
              <w:rPr>
                <w:sz w:val="15"/>
                <w:lang w:val="en-GB"/>
              </w:rPr>
              <w:t>£380</w:t>
            </w:r>
          </w:p>
        </w:tc>
      </w:tr>
      <w:tr w:rsidR="001E5BA3" w14:paraId="24E4401F" w14:textId="77777777" w:rsidTr="001E5BA3">
        <w:tc>
          <w:tcPr>
            <w:tcW w:w="1042" w:type="dxa"/>
            <w:vAlign w:val="center"/>
          </w:tcPr>
          <w:p w14:paraId="0597B03A" w14:textId="77777777" w:rsidR="001E5BA3" w:rsidRDefault="001E5BA3">
            <w:pPr>
              <w:spacing w:before="15" w:after="15" w:line="240" w:lineRule="auto"/>
              <w:jc w:val="center"/>
              <w:rPr>
                <w:sz w:val="15"/>
              </w:rPr>
            </w:pPr>
            <w:r>
              <w:rPr>
                <w:sz w:val="15"/>
                <w:lang w:val="en-GB"/>
              </w:rPr>
              <w:lastRenderedPageBreak/>
              <w:t>N047</w:t>
            </w:r>
          </w:p>
        </w:tc>
        <w:tc>
          <w:tcPr>
            <w:tcW w:w="2180" w:type="dxa"/>
            <w:vAlign w:val="center"/>
          </w:tcPr>
          <w:p w14:paraId="275061F6" w14:textId="77777777" w:rsidR="001E5BA3" w:rsidRDefault="001E5BA3">
            <w:pPr>
              <w:spacing w:before="15" w:after="15" w:line="240" w:lineRule="auto"/>
              <w:rPr>
                <w:sz w:val="15"/>
              </w:rPr>
            </w:pPr>
            <w:r>
              <w:rPr>
                <w:sz w:val="15"/>
                <w:lang w:val="en-GB"/>
              </w:rPr>
              <w:t>Wild cherry</w:t>
            </w:r>
          </w:p>
        </w:tc>
        <w:tc>
          <w:tcPr>
            <w:tcW w:w="2160" w:type="dxa"/>
            <w:vAlign w:val="center"/>
          </w:tcPr>
          <w:p w14:paraId="51CAD962"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E025539" w14:textId="77777777" w:rsidR="001E5BA3" w:rsidRDefault="001E5BA3">
            <w:pPr>
              <w:spacing w:before="15" w:after="15" w:line="240" w:lineRule="auto"/>
              <w:rPr>
                <w:sz w:val="15"/>
              </w:rPr>
            </w:pPr>
            <w:r>
              <w:rPr>
                <w:sz w:val="15"/>
                <w:lang w:val="en-GB"/>
              </w:rPr>
              <w:t>Meadow / understorey</w:t>
            </w:r>
          </w:p>
        </w:tc>
        <w:tc>
          <w:tcPr>
            <w:tcW w:w="759" w:type="dxa"/>
            <w:vAlign w:val="center"/>
          </w:tcPr>
          <w:p w14:paraId="6A8C56A1" w14:textId="77777777" w:rsidR="001E5BA3" w:rsidRDefault="001E5BA3">
            <w:pPr>
              <w:spacing w:before="15" w:after="15" w:line="240" w:lineRule="auto"/>
              <w:jc w:val="right"/>
              <w:rPr>
                <w:sz w:val="15"/>
              </w:rPr>
            </w:pPr>
            <w:r>
              <w:rPr>
                <w:sz w:val="15"/>
                <w:lang w:val="en-GB"/>
              </w:rPr>
              <w:t>£380</w:t>
            </w:r>
          </w:p>
        </w:tc>
      </w:tr>
      <w:tr w:rsidR="001E5BA3" w14:paraId="67F2D883" w14:textId="77777777" w:rsidTr="001E5BA3">
        <w:tc>
          <w:tcPr>
            <w:tcW w:w="1042" w:type="dxa"/>
            <w:vAlign w:val="center"/>
          </w:tcPr>
          <w:p w14:paraId="637CB2BC" w14:textId="77777777" w:rsidR="001E5BA3" w:rsidRDefault="001E5BA3">
            <w:pPr>
              <w:spacing w:before="15" w:after="15" w:line="240" w:lineRule="auto"/>
              <w:jc w:val="center"/>
              <w:rPr>
                <w:sz w:val="15"/>
              </w:rPr>
            </w:pPr>
            <w:r>
              <w:rPr>
                <w:sz w:val="15"/>
                <w:lang w:val="en-GB"/>
              </w:rPr>
              <w:t>N048</w:t>
            </w:r>
          </w:p>
        </w:tc>
        <w:tc>
          <w:tcPr>
            <w:tcW w:w="2180" w:type="dxa"/>
            <w:vAlign w:val="center"/>
          </w:tcPr>
          <w:p w14:paraId="41E1CF75" w14:textId="77777777" w:rsidR="001E5BA3" w:rsidRDefault="001E5BA3">
            <w:pPr>
              <w:spacing w:before="15" w:after="15" w:line="240" w:lineRule="auto"/>
              <w:rPr>
                <w:sz w:val="15"/>
              </w:rPr>
            </w:pPr>
            <w:r>
              <w:rPr>
                <w:sz w:val="15"/>
                <w:lang w:val="en-GB"/>
              </w:rPr>
              <w:t>Wild cherry</w:t>
            </w:r>
          </w:p>
        </w:tc>
        <w:tc>
          <w:tcPr>
            <w:tcW w:w="2160" w:type="dxa"/>
            <w:vAlign w:val="center"/>
          </w:tcPr>
          <w:p w14:paraId="0EE08A55"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72795A7" w14:textId="77777777" w:rsidR="001E5BA3" w:rsidRDefault="001E5BA3">
            <w:pPr>
              <w:spacing w:before="15" w:after="15" w:line="240" w:lineRule="auto"/>
              <w:rPr>
                <w:sz w:val="15"/>
              </w:rPr>
            </w:pPr>
            <w:r>
              <w:rPr>
                <w:sz w:val="15"/>
                <w:lang w:val="en-GB"/>
              </w:rPr>
              <w:t>Meadow / understorey</w:t>
            </w:r>
          </w:p>
        </w:tc>
        <w:tc>
          <w:tcPr>
            <w:tcW w:w="759" w:type="dxa"/>
            <w:vAlign w:val="center"/>
          </w:tcPr>
          <w:p w14:paraId="24A4F90B" w14:textId="77777777" w:rsidR="001E5BA3" w:rsidRDefault="001E5BA3">
            <w:pPr>
              <w:spacing w:before="15" w:after="15" w:line="240" w:lineRule="auto"/>
              <w:jc w:val="right"/>
              <w:rPr>
                <w:sz w:val="15"/>
              </w:rPr>
            </w:pPr>
            <w:r>
              <w:rPr>
                <w:sz w:val="15"/>
                <w:lang w:val="en-GB"/>
              </w:rPr>
              <w:t>£380</w:t>
            </w:r>
          </w:p>
        </w:tc>
      </w:tr>
      <w:tr w:rsidR="001E5BA3" w14:paraId="380516C3" w14:textId="77777777" w:rsidTr="001E5BA3">
        <w:tc>
          <w:tcPr>
            <w:tcW w:w="1042" w:type="dxa"/>
            <w:vAlign w:val="center"/>
          </w:tcPr>
          <w:p w14:paraId="6A68F84C" w14:textId="77777777" w:rsidR="001E5BA3" w:rsidRDefault="001E5BA3">
            <w:pPr>
              <w:spacing w:before="15" w:after="15" w:line="240" w:lineRule="auto"/>
              <w:jc w:val="center"/>
              <w:rPr>
                <w:sz w:val="15"/>
              </w:rPr>
            </w:pPr>
            <w:r>
              <w:rPr>
                <w:sz w:val="15"/>
                <w:lang w:val="en-GB"/>
              </w:rPr>
              <w:t>N049</w:t>
            </w:r>
          </w:p>
        </w:tc>
        <w:tc>
          <w:tcPr>
            <w:tcW w:w="2180" w:type="dxa"/>
            <w:vAlign w:val="center"/>
          </w:tcPr>
          <w:p w14:paraId="580A6C3A" w14:textId="77777777" w:rsidR="001E5BA3" w:rsidRDefault="001E5BA3">
            <w:pPr>
              <w:spacing w:before="15" w:after="15" w:line="240" w:lineRule="auto"/>
              <w:rPr>
                <w:sz w:val="15"/>
              </w:rPr>
            </w:pPr>
            <w:r>
              <w:rPr>
                <w:sz w:val="15"/>
                <w:lang w:val="en-GB"/>
              </w:rPr>
              <w:t>Hornbeam</w:t>
            </w:r>
          </w:p>
        </w:tc>
        <w:tc>
          <w:tcPr>
            <w:tcW w:w="2160" w:type="dxa"/>
            <w:vAlign w:val="center"/>
          </w:tcPr>
          <w:p w14:paraId="22E6C723"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A7249EF"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5D8AFC7C" w14:textId="77777777" w:rsidR="001E5BA3" w:rsidRDefault="001E5BA3">
            <w:pPr>
              <w:spacing w:before="15" w:after="15" w:line="240" w:lineRule="auto"/>
              <w:jc w:val="right"/>
              <w:rPr>
                <w:sz w:val="15"/>
              </w:rPr>
            </w:pPr>
            <w:r>
              <w:rPr>
                <w:sz w:val="15"/>
                <w:lang w:val="en-GB"/>
              </w:rPr>
              <w:t>£380</w:t>
            </w:r>
          </w:p>
        </w:tc>
      </w:tr>
      <w:tr w:rsidR="001E5BA3" w14:paraId="463E31DF" w14:textId="77777777" w:rsidTr="001E5BA3">
        <w:tc>
          <w:tcPr>
            <w:tcW w:w="1042" w:type="dxa"/>
            <w:vAlign w:val="center"/>
          </w:tcPr>
          <w:p w14:paraId="3646F807" w14:textId="77777777" w:rsidR="001E5BA3" w:rsidRDefault="001E5BA3">
            <w:pPr>
              <w:spacing w:before="15" w:after="15" w:line="240" w:lineRule="auto"/>
              <w:jc w:val="center"/>
              <w:rPr>
                <w:sz w:val="15"/>
              </w:rPr>
            </w:pPr>
            <w:r>
              <w:rPr>
                <w:sz w:val="15"/>
                <w:lang w:val="en-GB"/>
              </w:rPr>
              <w:t>N050</w:t>
            </w:r>
          </w:p>
        </w:tc>
        <w:tc>
          <w:tcPr>
            <w:tcW w:w="2180" w:type="dxa"/>
            <w:vAlign w:val="center"/>
          </w:tcPr>
          <w:p w14:paraId="5BA5FF6E" w14:textId="77777777" w:rsidR="001E5BA3" w:rsidRDefault="001E5BA3">
            <w:pPr>
              <w:spacing w:before="15" w:after="15" w:line="240" w:lineRule="auto"/>
              <w:rPr>
                <w:sz w:val="15"/>
              </w:rPr>
            </w:pPr>
            <w:r>
              <w:rPr>
                <w:sz w:val="15"/>
                <w:lang w:val="en-GB"/>
              </w:rPr>
              <w:t>Hornbeam</w:t>
            </w:r>
          </w:p>
        </w:tc>
        <w:tc>
          <w:tcPr>
            <w:tcW w:w="2160" w:type="dxa"/>
            <w:vAlign w:val="center"/>
          </w:tcPr>
          <w:p w14:paraId="0A450577" w14:textId="77777777" w:rsidR="001E5BA3" w:rsidRDefault="001E5BA3">
            <w:pPr>
              <w:spacing w:before="15" w:after="15" w:line="240" w:lineRule="auto"/>
              <w:rPr>
                <w:sz w:val="15"/>
              </w:rPr>
            </w:pPr>
            <w:r>
              <w:rPr>
                <w:sz w:val="15"/>
                <w:lang w:val="en-GB"/>
              </w:rPr>
              <w:t>Extra heavy 14/16 cm</w:t>
            </w:r>
          </w:p>
        </w:tc>
        <w:tc>
          <w:tcPr>
            <w:tcW w:w="2617" w:type="dxa"/>
            <w:vAlign w:val="center"/>
          </w:tcPr>
          <w:p w14:paraId="14EF6C4B"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401A265A" w14:textId="77777777" w:rsidR="001E5BA3" w:rsidRDefault="001E5BA3">
            <w:pPr>
              <w:spacing w:before="15" w:after="15" w:line="240" w:lineRule="auto"/>
              <w:jc w:val="right"/>
              <w:rPr>
                <w:sz w:val="15"/>
              </w:rPr>
            </w:pPr>
            <w:r>
              <w:rPr>
                <w:sz w:val="15"/>
                <w:lang w:val="en-GB"/>
              </w:rPr>
              <w:t>£380</w:t>
            </w:r>
          </w:p>
        </w:tc>
      </w:tr>
      <w:tr w:rsidR="001E5BA3" w14:paraId="1DBB58E7" w14:textId="77777777" w:rsidTr="001E5BA3">
        <w:tc>
          <w:tcPr>
            <w:tcW w:w="1042" w:type="dxa"/>
            <w:vAlign w:val="center"/>
          </w:tcPr>
          <w:p w14:paraId="5B0C166C" w14:textId="77777777" w:rsidR="001E5BA3" w:rsidRDefault="001E5BA3">
            <w:pPr>
              <w:spacing w:before="15" w:after="15" w:line="240" w:lineRule="auto"/>
              <w:jc w:val="center"/>
              <w:rPr>
                <w:sz w:val="15"/>
              </w:rPr>
            </w:pPr>
            <w:r>
              <w:rPr>
                <w:sz w:val="15"/>
                <w:lang w:val="en-GB"/>
              </w:rPr>
              <w:t>N051</w:t>
            </w:r>
          </w:p>
        </w:tc>
        <w:tc>
          <w:tcPr>
            <w:tcW w:w="2180" w:type="dxa"/>
            <w:vAlign w:val="center"/>
          </w:tcPr>
          <w:p w14:paraId="79C501FA" w14:textId="77777777" w:rsidR="001E5BA3" w:rsidRDefault="001E5BA3">
            <w:pPr>
              <w:spacing w:before="15" w:after="15" w:line="240" w:lineRule="auto"/>
              <w:rPr>
                <w:sz w:val="15"/>
              </w:rPr>
            </w:pPr>
            <w:r>
              <w:rPr>
                <w:sz w:val="15"/>
                <w:lang w:val="en-GB"/>
              </w:rPr>
              <w:t>Hornbeam</w:t>
            </w:r>
          </w:p>
        </w:tc>
        <w:tc>
          <w:tcPr>
            <w:tcW w:w="2160" w:type="dxa"/>
            <w:vAlign w:val="center"/>
          </w:tcPr>
          <w:p w14:paraId="15E9BE5F" w14:textId="77777777" w:rsidR="001E5BA3" w:rsidRDefault="001E5BA3">
            <w:pPr>
              <w:spacing w:before="15" w:after="15" w:line="240" w:lineRule="auto"/>
              <w:rPr>
                <w:sz w:val="15"/>
              </w:rPr>
            </w:pPr>
            <w:r>
              <w:rPr>
                <w:sz w:val="15"/>
                <w:lang w:val="en-GB"/>
              </w:rPr>
              <w:t>Extra heavy 14/16 cm</w:t>
            </w:r>
          </w:p>
        </w:tc>
        <w:tc>
          <w:tcPr>
            <w:tcW w:w="2617" w:type="dxa"/>
            <w:vAlign w:val="center"/>
          </w:tcPr>
          <w:p w14:paraId="43390160"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7CF6A8EC" w14:textId="77777777" w:rsidR="001E5BA3" w:rsidRDefault="001E5BA3">
            <w:pPr>
              <w:spacing w:before="15" w:after="15" w:line="240" w:lineRule="auto"/>
              <w:jc w:val="right"/>
              <w:rPr>
                <w:sz w:val="15"/>
              </w:rPr>
            </w:pPr>
            <w:r>
              <w:rPr>
                <w:sz w:val="15"/>
                <w:lang w:val="en-GB"/>
              </w:rPr>
              <w:t>£380</w:t>
            </w:r>
          </w:p>
        </w:tc>
      </w:tr>
      <w:tr w:rsidR="001E5BA3" w14:paraId="2BEEA4B7" w14:textId="77777777" w:rsidTr="001E5BA3">
        <w:tc>
          <w:tcPr>
            <w:tcW w:w="1042" w:type="dxa"/>
            <w:vAlign w:val="center"/>
          </w:tcPr>
          <w:p w14:paraId="374E5070" w14:textId="77777777" w:rsidR="001E5BA3" w:rsidRDefault="001E5BA3">
            <w:pPr>
              <w:spacing w:before="15" w:after="15" w:line="240" w:lineRule="auto"/>
              <w:jc w:val="center"/>
              <w:rPr>
                <w:sz w:val="15"/>
              </w:rPr>
            </w:pPr>
            <w:r>
              <w:rPr>
                <w:sz w:val="15"/>
                <w:lang w:val="en-GB"/>
              </w:rPr>
              <w:t>N052</w:t>
            </w:r>
          </w:p>
        </w:tc>
        <w:tc>
          <w:tcPr>
            <w:tcW w:w="2180" w:type="dxa"/>
            <w:vAlign w:val="center"/>
          </w:tcPr>
          <w:p w14:paraId="5270AD35" w14:textId="77777777" w:rsidR="001E5BA3" w:rsidRDefault="001E5BA3">
            <w:pPr>
              <w:spacing w:before="15" w:after="15" w:line="240" w:lineRule="auto"/>
              <w:rPr>
                <w:sz w:val="15"/>
              </w:rPr>
            </w:pPr>
            <w:r>
              <w:rPr>
                <w:sz w:val="15"/>
                <w:lang w:val="en-GB"/>
              </w:rPr>
              <w:t>Hornbeam</w:t>
            </w:r>
          </w:p>
        </w:tc>
        <w:tc>
          <w:tcPr>
            <w:tcW w:w="2160" w:type="dxa"/>
            <w:vAlign w:val="center"/>
          </w:tcPr>
          <w:p w14:paraId="47B19FE6"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45005A3"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0CF4F1D8" w14:textId="77777777" w:rsidR="001E5BA3" w:rsidRDefault="001E5BA3">
            <w:pPr>
              <w:spacing w:before="15" w:after="15" w:line="240" w:lineRule="auto"/>
              <w:jc w:val="right"/>
              <w:rPr>
                <w:sz w:val="15"/>
              </w:rPr>
            </w:pPr>
            <w:r>
              <w:rPr>
                <w:sz w:val="15"/>
                <w:lang w:val="en-GB"/>
              </w:rPr>
              <w:t>£380</w:t>
            </w:r>
          </w:p>
        </w:tc>
      </w:tr>
      <w:tr w:rsidR="001E5BA3" w14:paraId="3D1EE3F0" w14:textId="77777777" w:rsidTr="001E5BA3">
        <w:tc>
          <w:tcPr>
            <w:tcW w:w="1042" w:type="dxa"/>
            <w:vAlign w:val="center"/>
          </w:tcPr>
          <w:p w14:paraId="7D31D1A0" w14:textId="77777777" w:rsidR="001E5BA3" w:rsidRDefault="001E5BA3">
            <w:pPr>
              <w:spacing w:before="15" w:after="15" w:line="240" w:lineRule="auto"/>
              <w:jc w:val="center"/>
              <w:rPr>
                <w:sz w:val="15"/>
              </w:rPr>
            </w:pPr>
            <w:r>
              <w:rPr>
                <w:sz w:val="15"/>
                <w:lang w:val="en-GB"/>
              </w:rPr>
              <w:t>N053</w:t>
            </w:r>
          </w:p>
        </w:tc>
        <w:tc>
          <w:tcPr>
            <w:tcW w:w="2180" w:type="dxa"/>
            <w:vAlign w:val="center"/>
          </w:tcPr>
          <w:p w14:paraId="7B43DC76" w14:textId="77777777" w:rsidR="001E5BA3" w:rsidRDefault="001E5BA3">
            <w:pPr>
              <w:spacing w:before="15" w:after="15" w:line="240" w:lineRule="auto"/>
              <w:rPr>
                <w:sz w:val="15"/>
              </w:rPr>
            </w:pPr>
            <w:r>
              <w:rPr>
                <w:sz w:val="15"/>
                <w:lang w:val="en-GB"/>
              </w:rPr>
              <w:t>Hornbeam</w:t>
            </w:r>
          </w:p>
        </w:tc>
        <w:tc>
          <w:tcPr>
            <w:tcW w:w="2160" w:type="dxa"/>
            <w:vAlign w:val="center"/>
          </w:tcPr>
          <w:p w14:paraId="756D8616"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5BDF780"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63CCA691" w14:textId="77777777" w:rsidR="001E5BA3" w:rsidRDefault="001E5BA3">
            <w:pPr>
              <w:spacing w:before="15" w:after="15" w:line="240" w:lineRule="auto"/>
              <w:jc w:val="right"/>
              <w:rPr>
                <w:sz w:val="15"/>
              </w:rPr>
            </w:pPr>
            <w:r>
              <w:rPr>
                <w:sz w:val="15"/>
                <w:lang w:val="en-GB"/>
              </w:rPr>
              <w:t>£380</w:t>
            </w:r>
          </w:p>
        </w:tc>
      </w:tr>
      <w:tr w:rsidR="001E5BA3" w14:paraId="3D00AA12" w14:textId="77777777" w:rsidTr="001E5BA3">
        <w:tc>
          <w:tcPr>
            <w:tcW w:w="1042" w:type="dxa"/>
            <w:vAlign w:val="center"/>
          </w:tcPr>
          <w:p w14:paraId="651B512A" w14:textId="77777777" w:rsidR="001E5BA3" w:rsidRDefault="001E5BA3">
            <w:pPr>
              <w:spacing w:before="15" w:after="15" w:line="240" w:lineRule="auto"/>
              <w:jc w:val="center"/>
              <w:rPr>
                <w:sz w:val="15"/>
              </w:rPr>
            </w:pPr>
            <w:r>
              <w:rPr>
                <w:sz w:val="15"/>
                <w:lang w:val="en-GB"/>
              </w:rPr>
              <w:t>N054</w:t>
            </w:r>
          </w:p>
        </w:tc>
        <w:tc>
          <w:tcPr>
            <w:tcW w:w="2180" w:type="dxa"/>
            <w:vAlign w:val="center"/>
          </w:tcPr>
          <w:p w14:paraId="6405B66F" w14:textId="77777777" w:rsidR="001E5BA3" w:rsidRDefault="001E5BA3">
            <w:pPr>
              <w:spacing w:before="15" w:after="15" w:line="240" w:lineRule="auto"/>
              <w:rPr>
                <w:sz w:val="15"/>
              </w:rPr>
            </w:pPr>
            <w:r>
              <w:rPr>
                <w:sz w:val="15"/>
                <w:lang w:val="en-GB"/>
              </w:rPr>
              <w:t>Hornbeam</w:t>
            </w:r>
          </w:p>
        </w:tc>
        <w:tc>
          <w:tcPr>
            <w:tcW w:w="2160" w:type="dxa"/>
            <w:vAlign w:val="center"/>
          </w:tcPr>
          <w:p w14:paraId="4A34BC08"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41E5479"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7A9B906D" w14:textId="77777777" w:rsidR="001E5BA3" w:rsidRDefault="001E5BA3">
            <w:pPr>
              <w:spacing w:before="15" w:after="15" w:line="240" w:lineRule="auto"/>
              <w:jc w:val="right"/>
              <w:rPr>
                <w:sz w:val="15"/>
              </w:rPr>
            </w:pPr>
            <w:r>
              <w:rPr>
                <w:sz w:val="15"/>
                <w:lang w:val="en-GB"/>
              </w:rPr>
              <w:t>£380</w:t>
            </w:r>
          </w:p>
        </w:tc>
      </w:tr>
      <w:tr w:rsidR="001E5BA3" w14:paraId="7CFFFBF5" w14:textId="77777777" w:rsidTr="001E5BA3">
        <w:tc>
          <w:tcPr>
            <w:tcW w:w="1042" w:type="dxa"/>
            <w:vAlign w:val="center"/>
          </w:tcPr>
          <w:p w14:paraId="5D8953C5" w14:textId="77777777" w:rsidR="001E5BA3" w:rsidRDefault="001E5BA3">
            <w:pPr>
              <w:spacing w:before="15" w:after="15" w:line="240" w:lineRule="auto"/>
              <w:jc w:val="center"/>
              <w:rPr>
                <w:sz w:val="15"/>
              </w:rPr>
            </w:pPr>
            <w:r>
              <w:rPr>
                <w:sz w:val="15"/>
                <w:lang w:val="en-GB"/>
              </w:rPr>
              <w:t>N055</w:t>
            </w:r>
          </w:p>
        </w:tc>
        <w:tc>
          <w:tcPr>
            <w:tcW w:w="2180" w:type="dxa"/>
            <w:vAlign w:val="center"/>
          </w:tcPr>
          <w:p w14:paraId="785FA798" w14:textId="77777777" w:rsidR="001E5BA3" w:rsidRDefault="001E5BA3">
            <w:pPr>
              <w:spacing w:before="15" w:after="15" w:line="240" w:lineRule="auto"/>
              <w:rPr>
                <w:sz w:val="15"/>
              </w:rPr>
            </w:pPr>
            <w:r>
              <w:rPr>
                <w:sz w:val="15"/>
                <w:lang w:val="en-GB"/>
              </w:rPr>
              <w:t>Hornbeam</w:t>
            </w:r>
          </w:p>
        </w:tc>
        <w:tc>
          <w:tcPr>
            <w:tcW w:w="2160" w:type="dxa"/>
            <w:vAlign w:val="center"/>
          </w:tcPr>
          <w:p w14:paraId="08AD7C2A"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2811A2C"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2DD5C554" w14:textId="77777777" w:rsidR="001E5BA3" w:rsidRDefault="001E5BA3">
            <w:pPr>
              <w:spacing w:before="15" w:after="15" w:line="240" w:lineRule="auto"/>
              <w:jc w:val="right"/>
              <w:rPr>
                <w:sz w:val="15"/>
              </w:rPr>
            </w:pPr>
            <w:r>
              <w:rPr>
                <w:sz w:val="15"/>
                <w:lang w:val="en-GB"/>
              </w:rPr>
              <w:t>£380</w:t>
            </w:r>
          </w:p>
        </w:tc>
      </w:tr>
      <w:tr w:rsidR="001E5BA3" w14:paraId="55A40287" w14:textId="77777777" w:rsidTr="001E5BA3">
        <w:tc>
          <w:tcPr>
            <w:tcW w:w="1042" w:type="dxa"/>
            <w:vAlign w:val="center"/>
          </w:tcPr>
          <w:p w14:paraId="0371F20D" w14:textId="77777777" w:rsidR="001E5BA3" w:rsidRDefault="001E5BA3">
            <w:pPr>
              <w:spacing w:before="15" w:after="15" w:line="240" w:lineRule="auto"/>
              <w:jc w:val="center"/>
              <w:rPr>
                <w:sz w:val="15"/>
              </w:rPr>
            </w:pPr>
            <w:r>
              <w:rPr>
                <w:sz w:val="15"/>
                <w:lang w:val="en-GB"/>
              </w:rPr>
              <w:t>N056</w:t>
            </w:r>
          </w:p>
        </w:tc>
        <w:tc>
          <w:tcPr>
            <w:tcW w:w="2180" w:type="dxa"/>
            <w:vAlign w:val="center"/>
          </w:tcPr>
          <w:p w14:paraId="455F7C91" w14:textId="77777777" w:rsidR="001E5BA3" w:rsidRDefault="001E5BA3">
            <w:pPr>
              <w:spacing w:before="15" w:after="15" w:line="240" w:lineRule="auto"/>
              <w:rPr>
                <w:sz w:val="15"/>
              </w:rPr>
            </w:pPr>
            <w:r>
              <w:rPr>
                <w:sz w:val="15"/>
                <w:lang w:val="en-GB"/>
              </w:rPr>
              <w:t>Hornbeam</w:t>
            </w:r>
          </w:p>
        </w:tc>
        <w:tc>
          <w:tcPr>
            <w:tcW w:w="2160" w:type="dxa"/>
            <w:vAlign w:val="center"/>
          </w:tcPr>
          <w:p w14:paraId="7B3AA814" w14:textId="77777777" w:rsidR="001E5BA3" w:rsidRDefault="001E5BA3">
            <w:pPr>
              <w:spacing w:before="15" w:after="15" w:line="240" w:lineRule="auto"/>
              <w:rPr>
                <w:sz w:val="15"/>
              </w:rPr>
            </w:pPr>
            <w:r>
              <w:rPr>
                <w:sz w:val="15"/>
                <w:lang w:val="en-GB"/>
              </w:rPr>
              <w:t>Extra heavy 14/16 cm</w:t>
            </w:r>
          </w:p>
        </w:tc>
        <w:tc>
          <w:tcPr>
            <w:tcW w:w="2617" w:type="dxa"/>
            <w:vAlign w:val="center"/>
          </w:tcPr>
          <w:p w14:paraId="144F0C91"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37A1CF8C" w14:textId="77777777" w:rsidR="001E5BA3" w:rsidRDefault="001E5BA3">
            <w:pPr>
              <w:spacing w:before="15" w:after="15" w:line="240" w:lineRule="auto"/>
              <w:jc w:val="right"/>
              <w:rPr>
                <w:sz w:val="15"/>
              </w:rPr>
            </w:pPr>
            <w:r>
              <w:rPr>
                <w:sz w:val="15"/>
                <w:lang w:val="en-GB"/>
              </w:rPr>
              <w:t>£380</w:t>
            </w:r>
          </w:p>
        </w:tc>
      </w:tr>
      <w:tr w:rsidR="001E5BA3" w14:paraId="46807988" w14:textId="77777777" w:rsidTr="001E5BA3">
        <w:tc>
          <w:tcPr>
            <w:tcW w:w="1042" w:type="dxa"/>
            <w:vAlign w:val="center"/>
          </w:tcPr>
          <w:p w14:paraId="1001D8A0" w14:textId="77777777" w:rsidR="001E5BA3" w:rsidRDefault="001E5BA3">
            <w:pPr>
              <w:spacing w:before="15" w:after="15" w:line="240" w:lineRule="auto"/>
              <w:jc w:val="center"/>
              <w:rPr>
                <w:sz w:val="15"/>
              </w:rPr>
            </w:pPr>
            <w:r>
              <w:rPr>
                <w:sz w:val="15"/>
                <w:lang w:val="en-GB"/>
              </w:rPr>
              <w:t>N057</w:t>
            </w:r>
          </w:p>
        </w:tc>
        <w:tc>
          <w:tcPr>
            <w:tcW w:w="2180" w:type="dxa"/>
            <w:vAlign w:val="center"/>
          </w:tcPr>
          <w:p w14:paraId="31E034F6" w14:textId="77777777" w:rsidR="001E5BA3" w:rsidRDefault="001E5BA3">
            <w:pPr>
              <w:spacing w:before="15" w:after="15" w:line="240" w:lineRule="auto"/>
              <w:rPr>
                <w:sz w:val="15"/>
              </w:rPr>
            </w:pPr>
            <w:r>
              <w:rPr>
                <w:sz w:val="15"/>
                <w:lang w:val="en-GB"/>
              </w:rPr>
              <w:t>Hornbeam</w:t>
            </w:r>
          </w:p>
        </w:tc>
        <w:tc>
          <w:tcPr>
            <w:tcW w:w="2160" w:type="dxa"/>
            <w:vAlign w:val="center"/>
          </w:tcPr>
          <w:p w14:paraId="015C9C1C"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8DD905F"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46F8812D" w14:textId="77777777" w:rsidR="001E5BA3" w:rsidRDefault="001E5BA3">
            <w:pPr>
              <w:spacing w:before="15" w:after="15" w:line="240" w:lineRule="auto"/>
              <w:jc w:val="right"/>
              <w:rPr>
                <w:sz w:val="15"/>
              </w:rPr>
            </w:pPr>
            <w:r>
              <w:rPr>
                <w:sz w:val="15"/>
                <w:lang w:val="en-GB"/>
              </w:rPr>
              <w:t>£380</w:t>
            </w:r>
          </w:p>
        </w:tc>
      </w:tr>
      <w:tr w:rsidR="001E5BA3" w14:paraId="723902E4" w14:textId="77777777" w:rsidTr="001E5BA3">
        <w:tc>
          <w:tcPr>
            <w:tcW w:w="1042" w:type="dxa"/>
            <w:vAlign w:val="center"/>
          </w:tcPr>
          <w:p w14:paraId="49C33C9C" w14:textId="77777777" w:rsidR="001E5BA3" w:rsidRDefault="001E5BA3">
            <w:pPr>
              <w:spacing w:before="15" w:after="15" w:line="240" w:lineRule="auto"/>
              <w:jc w:val="center"/>
              <w:rPr>
                <w:sz w:val="15"/>
              </w:rPr>
            </w:pPr>
            <w:r>
              <w:rPr>
                <w:sz w:val="15"/>
                <w:lang w:val="en-GB"/>
              </w:rPr>
              <w:t>N058</w:t>
            </w:r>
          </w:p>
        </w:tc>
        <w:tc>
          <w:tcPr>
            <w:tcW w:w="2180" w:type="dxa"/>
            <w:vAlign w:val="center"/>
          </w:tcPr>
          <w:p w14:paraId="61F8FD38" w14:textId="77777777" w:rsidR="001E5BA3" w:rsidRDefault="001E5BA3">
            <w:pPr>
              <w:spacing w:before="15" w:after="15" w:line="240" w:lineRule="auto"/>
              <w:rPr>
                <w:sz w:val="15"/>
              </w:rPr>
            </w:pPr>
            <w:r>
              <w:rPr>
                <w:sz w:val="15"/>
                <w:lang w:val="en-GB"/>
              </w:rPr>
              <w:t>Hornbeam</w:t>
            </w:r>
          </w:p>
        </w:tc>
        <w:tc>
          <w:tcPr>
            <w:tcW w:w="2160" w:type="dxa"/>
            <w:vAlign w:val="center"/>
          </w:tcPr>
          <w:p w14:paraId="2817314D" w14:textId="77777777" w:rsidR="001E5BA3" w:rsidRDefault="001E5BA3">
            <w:pPr>
              <w:spacing w:before="15" w:after="15" w:line="240" w:lineRule="auto"/>
              <w:rPr>
                <w:sz w:val="15"/>
              </w:rPr>
            </w:pPr>
            <w:r>
              <w:rPr>
                <w:sz w:val="15"/>
                <w:lang w:val="en-GB"/>
              </w:rPr>
              <w:t>Extra heavy 14/16 cm</w:t>
            </w:r>
          </w:p>
        </w:tc>
        <w:tc>
          <w:tcPr>
            <w:tcW w:w="2617" w:type="dxa"/>
            <w:vAlign w:val="center"/>
          </w:tcPr>
          <w:p w14:paraId="1CCB164A"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3622DB04" w14:textId="77777777" w:rsidR="001E5BA3" w:rsidRDefault="001E5BA3">
            <w:pPr>
              <w:spacing w:before="15" w:after="15" w:line="240" w:lineRule="auto"/>
              <w:jc w:val="right"/>
              <w:rPr>
                <w:sz w:val="15"/>
              </w:rPr>
            </w:pPr>
            <w:r>
              <w:rPr>
                <w:sz w:val="15"/>
                <w:lang w:val="en-GB"/>
              </w:rPr>
              <w:t>£380</w:t>
            </w:r>
          </w:p>
        </w:tc>
      </w:tr>
      <w:tr w:rsidR="001E5BA3" w14:paraId="001FE18C" w14:textId="77777777" w:rsidTr="001E5BA3">
        <w:tc>
          <w:tcPr>
            <w:tcW w:w="1042" w:type="dxa"/>
            <w:vAlign w:val="center"/>
          </w:tcPr>
          <w:p w14:paraId="1030C7E3" w14:textId="77777777" w:rsidR="001E5BA3" w:rsidRDefault="001E5BA3">
            <w:pPr>
              <w:spacing w:before="15" w:after="15" w:line="240" w:lineRule="auto"/>
              <w:jc w:val="center"/>
              <w:rPr>
                <w:sz w:val="15"/>
              </w:rPr>
            </w:pPr>
            <w:r>
              <w:rPr>
                <w:sz w:val="15"/>
                <w:lang w:val="en-GB"/>
              </w:rPr>
              <w:t>N059</w:t>
            </w:r>
          </w:p>
        </w:tc>
        <w:tc>
          <w:tcPr>
            <w:tcW w:w="2180" w:type="dxa"/>
            <w:vAlign w:val="center"/>
          </w:tcPr>
          <w:p w14:paraId="3A710809" w14:textId="77777777" w:rsidR="001E5BA3" w:rsidRDefault="001E5BA3">
            <w:pPr>
              <w:spacing w:before="15" w:after="15" w:line="240" w:lineRule="auto"/>
              <w:rPr>
                <w:sz w:val="15"/>
              </w:rPr>
            </w:pPr>
            <w:r>
              <w:rPr>
                <w:sz w:val="15"/>
                <w:lang w:val="en-GB"/>
              </w:rPr>
              <w:t>Hornbeam</w:t>
            </w:r>
          </w:p>
        </w:tc>
        <w:tc>
          <w:tcPr>
            <w:tcW w:w="2160" w:type="dxa"/>
            <w:vAlign w:val="center"/>
          </w:tcPr>
          <w:p w14:paraId="1D4E206E"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93EE9A9"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5D96E018" w14:textId="77777777" w:rsidR="001E5BA3" w:rsidRDefault="001E5BA3">
            <w:pPr>
              <w:spacing w:before="15" w:after="15" w:line="240" w:lineRule="auto"/>
              <w:jc w:val="right"/>
              <w:rPr>
                <w:sz w:val="15"/>
              </w:rPr>
            </w:pPr>
            <w:r>
              <w:rPr>
                <w:sz w:val="15"/>
                <w:lang w:val="en-GB"/>
              </w:rPr>
              <w:t>£380</w:t>
            </w:r>
          </w:p>
        </w:tc>
      </w:tr>
      <w:tr w:rsidR="001E5BA3" w14:paraId="03C00E09" w14:textId="77777777" w:rsidTr="001E5BA3">
        <w:tc>
          <w:tcPr>
            <w:tcW w:w="1042" w:type="dxa"/>
            <w:vAlign w:val="center"/>
          </w:tcPr>
          <w:p w14:paraId="621C6FC1" w14:textId="77777777" w:rsidR="001E5BA3" w:rsidRDefault="001E5BA3">
            <w:pPr>
              <w:spacing w:before="15" w:after="15" w:line="240" w:lineRule="auto"/>
              <w:jc w:val="center"/>
              <w:rPr>
                <w:sz w:val="15"/>
              </w:rPr>
            </w:pPr>
            <w:r>
              <w:rPr>
                <w:sz w:val="15"/>
                <w:lang w:val="en-GB"/>
              </w:rPr>
              <w:t>N060</w:t>
            </w:r>
          </w:p>
        </w:tc>
        <w:tc>
          <w:tcPr>
            <w:tcW w:w="2180" w:type="dxa"/>
            <w:vAlign w:val="center"/>
          </w:tcPr>
          <w:p w14:paraId="77F82C48" w14:textId="77777777" w:rsidR="001E5BA3" w:rsidRDefault="001E5BA3">
            <w:pPr>
              <w:spacing w:before="15" w:after="15" w:line="240" w:lineRule="auto"/>
              <w:rPr>
                <w:sz w:val="15"/>
              </w:rPr>
            </w:pPr>
            <w:r>
              <w:rPr>
                <w:sz w:val="15"/>
                <w:lang w:val="en-GB"/>
              </w:rPr>
              <w:t>Beech</w:t>
            </w:r>
          </w:p>
        </w:tc>
        <w:tc>
          <w:tcPr>
            <w:tcW w:w="2160" w:type="dxa"/>
            <w:vAlign w:val="center"/>
          </w:tcPr>
          <w:p w14:paraId="06C7C756" w14:textId="77777777" w:rsidR="001E5BA3" w:rsidRDefault="001E5BA3">
            <w:pPr>
              <w:spacing w:before="15" w:after="15" w:line="240" w:lineRule="auto"/>
              <w:rPr>
                <w:sz w:val="15"/>
              </w:rPr>
            </w:pPr>
            <w:r>
              <w:rPr>
                <w:sz w:val="15"/>
                <w:lang w:val="en-GB"/>
              </w:rPr>
              <w:t>Extra heavy 16/18 cm</w:t>
            </w:r>
          </w:p>
        </w:tc>
        <w:tc>
          <w:tcPr>
            <w:tcW w:w="2617" w:type="dxa"/>
            <w:vAlign w:val="center"/>
          </w:tcPr>
          <w:p w14:paraId="3936E76A"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0A5897B1" w14:textId="77777777" w:rsidR="001E5BA3" w:rsidRDefault="001E5BA3">
            <w:pPr>
              <w:spacing w:before="15" w:after="15" w:line="240" w:lineRule="auto"/>
              <w:jc w:val="right"/>
              <w:rPr>
                <w:sz w:val="15"/>
              </w:rPr>
            </w:pPr>
            <w:r>
              <w:rPr>
                <w:sz w:val="15"/>
                <w:lang w:val="en-GB"/>
              </w:rPr>
              <w:t>£488</w:t>
            </w:r>
          </w:p>
        </w:tc>
      </w:tr>
      <w:tr w:rsidR="001E5BA3" w14:paraId="37DA81FB" w14:textId="77777777" w:rsidTr="001E5BA3">
        <w:tc>
          <w:tcPr>
            <w:tcW w:w="1042" w:type="dxa"/>
            <w:vAlign w:val="center"/>
          </w:tcPr>
          <w:p w14:paraId="79E7339A" w14:textId="77777777" w:rsidR="001E5BA3" w:rsidRDefault="001E5BA3">
            <w:pPr>
              <w:spacing w:before="15" w:after="15" w:line="240" w:lineRule="auto"/>
              <w:jc w:val="center"/>
              <w:rPr>
                <w:sz w:val="15"/>
              </w:rPr>
            </w:pPr>
            <w:r>
              <w:rPr>
                <w:sz w:val="15"/>
                <w:lang w:val="en-GB"/>
              </w:rPr>
              <w:t>N061</w:t>
            </w:r>
          </w:p>
        </w:tc>
        <w:tc>
          <w:tcPr>
            <w:tcW w:w="2180" w:type="dxa"/>
            <w:vAlign w:val="center"/>
          </w:tcPr>
          <w:p w14:paraId="35B38DF6" w14:textId="77777777" w:rsidR="001E5BA3" w:rsidRDefault="001E5BA3">
            <w:pPr>
              <w:spacing w:before="15" w:after="15" w:line="240" w:lineRule="auto"/>
              <w:rPr>
                <w:sz w:val="15"/>
              </w:rPr>
            </w:pPr>
            <w:r>
              <w:rPr>
                <w:sz w:val="15"/>
                <w:lang w:val="en-GB"/>
              </w:rPr>
              <w:t>Beech</w:t>
            </w:r>
          </w:p>
        </w:tc>
        <w:tc>
          <w:tcPr>
            <w:tcW w:w="2160" w:type="dxa"/>
            <w:vAlign w:val="center"/>
          </w:tcPr>
          <w:p w14:paraId="4459E950" w14:textId="77777777" w:rsidR="001E5BA3" w:rsidRDefault="001E5BA3">
            <w:pPr>
              <w:spacing w:before="15" w:after="15" w:line="240" w:lineRule="auto"/>
              <w:rPr>
                <w:sz w:val="15"/>
              </w:rPr>
            </w:pPr>
            <w:r>
              <w:rPr>
                <w:sz w:val="15"/>
                <w:lang w:val="en-GB"/>
              </w:rPr>
              <w:t>Extra heavy 16/18 cm</w:t>
            </w:r>
          </w:p>
        </w:tc>
        <w:tc>
          <w:tcPr>
            <w:tcW w:w="2617" w:type="dxa"/>
            <w:vAlign w:val="center"/>
          </w:tcPr>
          <w:p w14:paraId="48587ED3"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0606398D" w14:textId="77777777" w:rsidR="001E5BA3" w:rsidRDefault="001E5BA3">
            <w:pPr>
              <w:spacing w:before="15" w:after="15" w:line="240" w:lineRule="auto"/>
              <w:jc w:val="right"/>
              <w:rPr>
                <w:sz w:val="15"/>
              </w:rPr>
            </w:pPr>
            <w:r>
              <w:rPr>
                <w:sz w:val="15"/>
                <w:lang w:val="en-GB"/>
              </w:rPr>
              <w:t>£488</w:t>
            </w:r>
          </w:p>
        </w:tc>
      </w:tr>
      <w:tr w:rsidR="001E5BA3" w14:paraId="58B19AD1" w14:textId="77777777" w:rsidTr="001E5BA3">
        <w:tc>
          <w:tcPr>
            <w:tcW w:w="1042" w:type="dxa"/>
            <w:vAlign w:val="center"/>
          </w:tcPr>
          <w:p w14:paraId="54B95705" w14:textId="77777777" w:rsidR="001E5BA3" w:rsidRDefault="001E5BA3">
            <w:pPr>
              <w:spacing w:before="15" w:after="15" w:line="240" w:lineRule="auto"/>
              <w:jc w:val="center"/>
              <w:rPr>
                <w:sz w:val="15"/>
              </w:rPr>
            </w:pPr>
            <w:r>
              <w:rPr>
                <w:sz w:val="15"/>
                <w:lang w:val="en-GB"/>
              </w:rPr>
              <w:t>N062</w:t>
            </w:r>
          </w:p>
        </w:tc>
        <w:tc>
          <w:tcPr>
            <w:tcW w:w="2180" w:type="dxa"/>
            <w:vAlign w:val="center"/>
          </w:tcPr>
          <w:p w14:paraId="654C36AD" w14:textId="77777777" w:rsidR="001E5BA3" w:rsidRDefault="001E5BA3">
            <w:pPr>
              <w:spacing w:before="15" w:after="15" w:line="240" w:lineRule="auto"/>
              <w:rPr>
                <w:sz w:val="15"/>
              </w:rPr>
            </w:pPr>
            <w:r>
              <w:rPr>
                <w:sz w:val="15"/>
                <w:lang w:val="en-GB"/>
              </w:rPr>
              <w:t>Beech</w:t>
            </w:r>
          </w:p>
        </w:tc>
        <w:tc>
          <w:tcPr>
            <w:tcW w:w="2160" w:type="dxa"/>
            <w:vAlign w:val="center"/>
          </w:tcPr>
          <w:p w14:paraId="37DA7F36" w14:textId="77777777" w:rsidR="001E5BA3" w:rsidRDefault="001E5BA3">
            <w:pPr>
              <w:spacing w:before="15" w:after="15" w:line="240" w:lineRule="auto"/>
              <w:rPr>
                <w:sz w:val="15"/>
              </w:rPr>
            </w:pPr>
            <w:r>
              <w:rPr>
                <w:sz w:val="15"/>
                <w:lang w:val="en-GB"/>
              </w:rPr>
              <w:t>Extra heavy 16/18 cm</w:t>
            </w:r>
          </w:p>
        </w:tc>
        <w:tc>
          <w:tcPr>
            <w:tcW w:w="2617" w:type="dxa"/>
            <w:vAlign w:val="center"/>
          </w:tcPr>
          <w:p w14:paraId="544F17D4"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7951F85A" w14:textId="77777777" w:rsidR="001E5BA3" w:rsidRDefault="001E5BA3">
            <w:pPr>
              <w:spacing w:before="15" w:after="15" w:line="240" w:lineRule="auto"/>
              <w:jc w:val="right"/>
              <w:rPr>
                <w:sz w:val="15"/>
              </w:rPr>
            </w:pPr>
            <w:r>
              <w:rPr>
                <w:sz w:val="15"/>
                <w:lang w:val="en-GB"/>
              </w:rPr>
              <w:t>£488</w:t>
            </w:r>
          </w:p>
        </w:tc>
      </w:tr>
      <w:tr w:rsidR="001E5BA3" w14:paraId="4DD744B9" w14:textId="77777777" w:rsidTr="001E5BA3">
        <w:tc>
          <w:tcPr>
            <w:tcW w:w="1042" w:type="dxa"/>
            <w:vAlign w:val="center"/>
          </w:tcPr>
          <w:p w14:paraId="308D2329" w14:textId="77777777" w:rsidR="001E5BA3" w:rsidRDefault="001E5BA3">
            <w:pPr>
              <w:spacing w:before="15" w:after="15" w:line="240" w:lineRule="auto"/>
              <w:jc w:val="center"/>
              <w:rPr>
                <w:sz w:val="15"/>
              </w:rPr>
            </w:pPr>
            <w:r>
              <w:rPr>
                <w:sz w:val="15"/>
                <w:lang w:val="en-GB"/>
              </w:rPr>
              <w:t>N063</w:t>
            </w:r>
          </w:p>
        </w:tc>
        <w:tc>
          <w:tcPr>
            <w:tcW w:w="2180" w:type="dxa"/>
            <w:vAlign w:val="center"/>
          </w:tcPr>
          <w:p w14:paraId="318AB091" w14:textId="77777777" w:rsidR="001E5BA3" w:rsidRDefault="001E5BA3">
            <w:pPr>
              <w:spacing w:before="15" w:after="15" w:line="240" w:lineRule="auto"/>
              <w:rPr>
                <w:sz w:val="15"/>
              </w:rPr>
            </w:pPr>
            <w:r>
              <w:rPr>
                <w:sz w:val="15"/>
                <w:lang w:val="en-GB"/>
              </w:rPr>
              <w:t>Holly</w:t>
            </w:r>
          </w:p>
        </w:tc>
        <w:tc>
          <w:tcPr>
            <w:tcW w:w="2160" w:type="dxa"/>
            <w:vAlign w:val="center"/>
          </w:tcPr>
          <w:p w14:paraId="30A467E5" w14:textId="77777777" w:rsidR="001E5BA3" w:rsidRDefault="001E5BA3">
            <w:pPr>
              <w:spacing w:before="15" w:after="15" w:line="240" w:lineRule="auto"/>
              <w:rPr>
                <w:sz w:val="15"/>
              </w:rPr>
            </w:pPr>
            <w:r>
              <w:rPr>
                <w:sz w:val="15"/>
                <w:lang w:val="en-GB"/>
              </w:rPr>
              <w:t>Rootball 1.5 m</w:t>
            </w:r>
          </w:p>
        </w:tc>
        <w:tc>
          <w:tcPr>
            <w:tcW w:w="2617" w:type="dxa"/>
            <w:vAlign w:val="center"/>
          </w:tcPr>
          <w:p w14:paraId="2E327F07"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62400A48" w14:textId="77777777" w:rsidR="001E5BA3" w:rsidRDefault="001E5BA3">
            <w:pPr>
              <w:spacing w:before="15" w:after="15" w:line="240" w:lineRule="auto"/>
              <w:jc w:val="right"/>
              <w:rPr>
                <w:sz w:val="15"/>
              </w:rPr>
            </w:pPr>
            <w:r>
              <w:rPr>
                <w:sz w:val="15"/>
                <w:lang w:val="en-GB"/>
              </w:rPr>
              <w:t>£285</w:t>
            </w:r>
          </w:p>
        </w:tc>
      </w:tr>
      <w:tr w:rsidR="001E5BA3" w14:paraId="13D80B45" w14:textId="77777777" w:rsidTr="001E5BA3">
        <w:tc>
          <w:tcPr>
            <w:tcW w:w="1042" w:type="dxa"/>
            <w:vAlign w:val="center"/>
          </w:tcPr>
          <w:p w14:paraId="56743B82" w14:textId="77777777" w:rsidR="001E5BA3" w:rsidRDefault="001E5BA3">
            <w:pPr>
              <w:spacing w:before="15" w:after="15" w:line="240" w:lineRule="auto"/>
              <w:jc w:val="center"/>
              <w:rPr>
                <w:sz w:val="15"/>
              </w:rPr>
            </w:pPr>
            <w:r>
              <w:rPr>
                <w:sz w:val="15"/>
                <w:lang w:val="en-GB"/>
              </w:rPr>
              <w:t>N064</w:t>
            </w:r>
          </w:p>
        </w:tc>
        <w:tc>
          <w:tcPr>
            <w:tcW w:w="2180" w:type="dxa"/>
            <w:vAlign w:val="center"/>
          </w:tcPr>
          <w:p w14:paraId="441BBCF3" w14:textId="77777777" w:rsidR="001E5BA3" w:rsidRDefault="001E5BA3">
            <w:pPr>
              <w:spacing w:before="15" w:after="15" w:line="240" w:lineRule="auto"/>
              <w:rPr>
                <w:sz w:val="15"/>
              </w:rPr>
            </w:pPr>
            <w:r>
              <w:rPr>
                <w:sz w:val="15"/>
                <w:lang w:val="en-GB"/>
              </w:rPr>
              <w:t>Holly</w:t>
            </w:r>
          </w:p>
        </w:tc>
        <w:tc>
          <w:tcPr>
            <w:tcW w:w="2160" w:type="dxa"/>
            <w:vAlign w:val="center"/>
          </w:tcPr>
          <w:p w14:paraId="772C7E21" w14:textId="77777777" w:rsidR="001E5BA3" w:rsidRDefault="001E5BA3">
            <w:pPr>
              <w:spacing w:before="15" w:after="15" w:line="240" w:lineRule="auto"/>
              <w:rPr>
                <w:sz w:val="15"/>
              </w:rPr>
            </w:pPr>
            <w:r>
              <w:rPr>
                <w:sz w:val="15"/>
                <w:lang w:val="en-GB"/>
              </w:rPr>
              <w:t>Rootball 1.5 m</w:t>
            </w:r>
          </w:p>
        </w:tc>
        <w:tc>
          <w:tcPr>
            <w:tcW w:w="2617" w:type="dxa"/>
            <w:vAlign w:val="center"/>
          </w:tcPr>
          <w:p w14:paraId="00EFBF9D"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089694D3" w14:textId="77777777" w:rsidR="001E5BA3" w:rsidRDefault="001E5BA3">
            <w:pPr>
              <w:spacing w:before="15" w:after="15" w:line="240" w:lineRule="auto"/>
              <w:jc w:val="right"/>
              <w:rPr>
                <w:sz w:val="15"/>
              </w:rPr>
            </w:pPr>
            <w:r>
              <w:rPr>
                <w:sz w:val="15"/>
                <w:lang w:val="en-GB"/>
              </w:rPr>
              <w:t>£285</w:t>
            </w:r>
          </w:p>
        </w:tc>
      </w:tr>
      <w:tr w:rsidR="001E5BA3" w14:paraId="69F7211B" w14:textId="77777777" w:rsidTr="001E5BA3">
        <w:tc>
          <w:tcPr>
            <w:tcW w:w="1042" w:type="dxa"/>
            <w:vAlign w:val="center"/>
          </w:tcPr>
          <w:p w14:paraId="6234FFE9" w14:textId="77777777" w:rsidR="001E5BA3" w:rsidRDefault="001E5BA3">
            <w:pPr>
              <w:spacing w:before="15" w:after="15" w:line="240" w:lineRule="auto"/>
              <w:jc w:val="center"/>
              <w:rPr>
                <w:sz w:val="15"/>
              </w:rPr>
            </w:pPr>
            <w:r>
              <w:rPr>
                <w:sz w:val="15"/>
                <w:lang w:val="en-GB"/>
              </w:rPr>
              <w:t>N065</w:t>
            </w:r>
          </w:p>
        </w:tc>
        <w:tc>
          <w:tcPr>
            <w:tcW w:w="2180" w:type="dxa"/>
            <w:vAlign w:val="center"/>
          </w:tcPr>
          <w:p w14:paraId="264A8BCA" w14:textId="77777777" w:rsidR="001E5BA3" w:rsidRDefault="001E5BA3">
            <w:pPr>
              <w:spacing w:before="15" w:after="15" w:line="240" w:lineRule="auto"/>
              <w:rPr>
                <w:sz w:val="15"/>
              </w:rPr>
            </w:pPr>
            <w:r>
              <w:rPr>
                <w:sz w:val="15"/>
                <w:lang w:val="en-GB"/>
              </w:rPr>
              <w:t>Holly</w:t>
            </w:r>
          </w:p>
        </w:tc>
        <w:tc>
          <w:tcPr>
            <w:tcW w:w="2160" w:type="dxa"/>
            <w:vAlign w:val="center"/>
          </w:tcPr>
          <w:p w14:paraId="14E18307" w14:textId="77777777" w:rsidR="001E5BA3" w:rsidRDefault="001E5BA3">
            <w:pPr>
              <w:spacing w:before="15" w:after="15" w:line="240" w:lineRule="auto"/>
              <w:rPr>
                <w:sz w:val="15"/>
              </w:rPr>
            </w:pPr>
            <w:r>
              <w:rPr>
                <w:sz w:val="15"/>
                <w:lang w:val="en-GB"/>
              </w:rPr>
              <w:t>Rootball 1.5 m</w:t>
            </w:r>
          </w:p>
        </w:tc>
        <w:tc>
          <w:tcPr>
            <w:tcW w:w="2617" w:type="dxa"/>
            <w:vAlign w:val="center"/>
          </w:tcPr>
          <w:p w14:paraId="2A6C5153"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1878B652" w14:textId="77777777" w:rsidR="001E5BA3" w:rsidRDefault="001E5BA3">
            <w:pPr>
              <w:spacing w:before="15" w:after="15" w:line="240" w:lineRule="auto"/>
              <w:jc w:val="right"/>
              <w:rPr>
                <w:sz w:val="15"/>
              </w:rPr>
            </w:pPr>
            <w:r>
              <w:rPr>
                <w:sz w:val="15"/>
                <w:lang w:val="en-GB"/>
              </w:rPr>
              <w:t>£285</w:t>
            </w:r>
          </w:p>
        </w:tc>
      </w:tr>
      <w:tr w:rsidR="001E5BA3" w14:paraId="25C27DF0" w14:textId="77777777" w:rsidTr="001E5BA3">
        <w:tc>
          <w:tcPr>
            <w:tcW w:w="1042" w:type="dxa"/>
            <w:vAlign w:val="center"/>
          </w:tcPr>
          <w:p w14:paraId="48BE074A" w14:textId="77777777" w:rsidR="001E5BA3" w:rsidRDefault="001E5BA3">
            <w:pPr>
              <w:spacing w:before="15" w:after="15" w:line="240" w:lineRule="auto"/>
              <w:jc w:val="center"/>
              <w:rPr>
                <w:sz w:val="15"/>
              </w:rPr>
            </w:pPr>
            <w:r>
              <w:rPr>
                <w:sz w:val="15"/>
                <w:lang w:val="en-GB"/>
              </w:rPr>
              <w:t>N066</w:t>
            </w:r>
          </w:p>
        </w:tc>
        <w:tc>
          <w:tcPr>
            <w:tcW w:w="2180" w:type="dxa"/>
            <w:vAlign w:val="center"/>
          </w:tcPr>
          <w:p w14:paraId="3D2A6CBD" w14:textId="77777777" w:rsidR="001E5BA3" w:rsidRDefault="001E5BA3">
            <w:pPr>
              <w:spacing w:before="15" w:after="15" w:line="240" w:lineRule="auto"/>
              <w:rPr>
                <w:sz w:val="15"/>
              </w:rPr>
            </w:pPr>
            <w:r>
              <w:rPr>
                <w:sz w:val="15"/>
                <w:lang w:val="en-GB"/>
              </w:rPr>
              <w:t>Holly</w:t>
            </w:r>
          </w:p>
        </w:tc>
        <w:tc>
          <w:tcPr>
            <w:tcW w:w="2160" w:type="dxa"/>
            <w:vAlign w:val="center"/>
          </w:tcPr>
          <w:p w14:paraId="1F9A53BF" w14:textId="77777777" w:rsidR="001E5BA3" w:rsidRDefault="001E5BA3">
            <w:pPr>
              <w:spacing w:before="15" w:after="15" w:line="240" w:lineRule="auto"/>
              <w:rPr>
                <w:sz w:val="15"/>
              </w:rPr>
            </w:pPr>
            <w:r>
              <w:rPr>
                <w:sz w:val="15"/>
                <w:lang w:val="en-GB"/>
              </w:rPr>
              <w:t>Rootball 1.5 m</w:t>
            </w:r>
          </w:p>
        </w:tc>
        <w:tc>
          <w:tcPr>
            <w:tcW w:w="2617" w:type="dxa"/>
            <w:vAlign w:val="center"/>
          </w:tcPr>
          <w:p w14:paraId="7E8B8BFE"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4A8685A9" w14:textId="77777777" w:rsidR="001E5BA3" w:rsidRDefault="001E5BA3">
            <w:pPr>
              <w:spacing w:before="15" w:after="15" w:line="240" w:lineRule="auto"/>
              <w:jc w:val="right"/>
              <w:rPr>
                <w:sz w:val="15"/>
              </w:rPr>
            </w:pPr>
            <w:r>
              <w:rPr>
                <w:sz w:val="15"/>
                <w:lang w:val="en-GB"/>
              </w:rPr>
              <w:t>£285</w:t>
            </w:r>
          </w:p>
        </w:tc>
      </w:tr>
      <w:tr w:rsidR="001E5BA3" w14:paraId="5B3B1B7C" w14:textId="77777777" w:rsidTr="001E5BA3">
        <w:tc>
          <w:tcPr>
            <w:tcW w:w="1042" w:type="dxa"/>
            <w:vAlign w:val="center"/>
          </w:tcPr>
          <w:p w14:paraId="316615FD" w14:textId="77777777" w:rsidR="001E5BA3" w:rsidRDefault="001E5BA3">
            <w:pPr>
              <w:spacing w:before="15" w:after="15" w:line="240" w:lineRule="auto"/>
              <w:jc w:val="center"/>
              <w:rPr>
                <w:sz w:val="15"/>
              </w:rPr>
            </w:pPr>
            <w:r>
              <w:rPr>
                <w:sz w:val="15"/>
                <w:lang w:val="en-GB"/>
              </w:rPr>
              <w:t>N067</w:t>
            </w:r>
          </w:p>
        </w:tc>
        <w:tc>
          <w:tcPr>
            <w:tcW w:w="2180" w:type="dxa"/>
            <w:vAlign w:val="center"/>
          </w:tcPr>
          <w:p w14:paraId="34664E6C" w14:textId="77777777" w:rsidR="001E5BA3" w:rsidRDefault="001E5BA3">
            <w:pPr>
              <w:spacing w:before="15" w:after="15" w:line="240" w:lineRule="auto"/>
              <w:rPr>
                <w:sz w:val="15"/>
              </w:rPr>
            </w:pPr>
            <w:r>
              <w:rPr>
                <w:sz w:val="15"/>
                <w:lang w:val="en-GB"/>
              </w:rPr>
              <w:t>Yew</w:t>
            </w:r>
          </w:p>
        </w:tc>
        <w:tc>
          <w:tcPr>
            <w:tcW w:w="2160" w:type="dxa"/>
            <w:vAlign w:val="center"/>
          </w:tcPr>
          <w:p w14:paraId="53DB51F6" w14:textId="77777777" w:rsidR="001E5BA3" w:rsidRDefault="001E5BA3">
            <w:pPr>
              <w:spacing w:before="15" w:after="15" w:line="240" w:lineRule="auto"/>
              <w:rPr>
                <w:sz w:val="15"/>
              </w:rPr>
            </w:pPr>
            <w:r>
              <w:rPr>
                <w:sz w:val="15"/>
                <w:lang w:val="en-GB"/>
              </w:rPr>
              <w:t>Rootball 1.5 m</w:t>
            </w:r>
          </w:p>
        </w:tc>
        <w:tc>
          <w:tcPr>
            <w:tcW w:w="2617" w:type="dxa"/>
            <w:vAlign w:val="center"/>
          </w:tcPr>
          <w:p w14:paraId="1FE42435"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0E4DD6EE" w14:textId="77777777" w:rsidR="001E5BA3" w:rsidRDefault="001E5BA3">
            <w:pPr>
              <w:spacing w:before="15" w:after="15" w:line="240" w:lineRule="auto"/>
              <w:jc w:val="right"/>
              <w:rPr>
                <w:sz w:val="15"/>
              </w:rPr>
            </w:pPr>
            <w:r>
              <w:rPr>
                <w:sz w:val="15"/>
                <w:lang w:val="en-GB"/>
              </w:rPr>
              <w:t>£285</w:t>
            </w:r>
          </w:p>
        </w:tc>
      </w:tr>
      <w:tr w:rsidR="001E5BA3" w14:paraId="7C8221A0" w14:textId="77777777" w:rsidTr="001E5BA3">
        <w:tc>
          <w:tcPr>
            <w:tcW w:w="1042" w:type="dxa"/>
            <w:vAlign w:val="center"/>
          </w:tcPr>
          <w:p w14:paraId="059A58A4" w14:textId="77777777" w:rsidR="001E5BA3" w:rsidRDefault="001E5BA3">
            <w:pPr>
              <w:spacing w:before="15" w:after="15" w:line="240" w:lineRule="auto"/>
              <w:jc w:val="center"/>
              <w:rPr>
                <w:sz w:val="15"/>
              </w:rPr>
            </w:pPr>
            <w:r>
              <w:rPr>
                <w:sz w:val="15"/>
                <w:lang w:val="en-GB"/>
              </w:rPr>
              <w:t>N068</w:t>
            </w:r>
          </w:p>
        </w:tc>
        <w:tc>
          <w:tcPr>
            <w:tcW w:w="2180" w:type="dxa"/>
            <w:vAlign w:val="center"/>
          </w:tcPr>
          <w:p w14:paraId="0D4730F9" w14:textId="77777777" w:rsidR="001E5BA3" w:rsidRDefault="001E5BA3">
            <w:pPr>
              <w:spacing w:before="15" w:after="15" w:line="240" w:lineRule="auto"/>
              <w:rPr>
                <w:sz w:val="15"/>
              </w:rPr>
            </w:pPr>
            <w:r>
              <w:rPr>
                <w:sz w:val="15"/>
                <w:lang w:val="en-GB"/>
              </w:rPr>
              <w:t>Yew</w:t>
            </w:r>
          </w:p>
        </w:tc>
        <w:tc>
          <w:tcPr>
            <w:tcW w:w="2160" w:type="dxa"/>
            <w:vAlign w:val="center"/>
          </w:tcPr>
          <w:p w14:paraId="7F2E6611" w14:textId="77777777" w:rsidR="001E5BA3" w:rsidRDefault="001E5BA3">
            <w:pPr>
              <w:spacing w:before="15" w:after="15" w:line="240" w:lineRule="auto"/>
              <w:rPr>
                <w:sz w:val="15"/>
              </w:rPr>
            </w:pPr>
            <w:r>
              <w:rPr>
                <w:sz w:val="15"/>
                <w:lang w:val="en-GB"/>
              </w:rPr>
              <w:t>Rootball 1.5 m</w:t>
            </w:r>
          </w:p>
        </w:tc>
        <w:tc>
          <w:tcPr>
            <w:tcW w:w="2617" w:type="dxa"/>
            <w:vAlign w:val="center"/>
          </w:tcPr>
          <w:p w14:paraId="320EA16C" w14:textId="77777777" w:rsidR="001E5BA3" w:rsidRDefault="001E5BA3">
            <w:pPr>
              <w:spacing w:before="15" w:after="15" w:line="240" w:lineRule="auto"/>
              <w:rPr>
                <w:sz w:val="15"/>
              </w:rPr>
            </w:pPr>
            <w:r>
              <w:rPr>
                <w:sz w:val="15"/>
                <w:lang w:val="en-GB"/>
              </w:rPr>
              <w:t>Woodland street &amp; edge</w:t>
            </w:r>
          </w:p>
        </w:tc>
        <w:tc>
          <w:tcPr>
            <w:tcW w:w="759" w:type="dxa"/>
            <w:vAlign w:val="center"/>
          </w:tcPr>
          <w:p w14:paraId="765380D3" w14:textId="77777777" w:rsidR="001E5BA3" w:rsidRDefault="001E5BA3">
            <w:pPr>
              <w:spacing w:before="15" w:after="15" w:line="240" w:lineRule="auto"/>
              <w:jc w:val="right"/>
              <w:rPr>
                <w:sz w:val="15"/>
              </w:rPr>
            </w:pPr>
            <w:r>
              <w:rPr>
                <w:sz w:val="15"/>
                <w:lang w:val="en-GB"/>
              </w:rPr>
              <w:t>£285</w:t>
            </w:r>
          </w:p>
        </w:tc>
      </w:tr>
      <w:tr w:rsidR="001E5BA3" w14:paraId="6A0198B7" w14:textId="77777777" w:rsidTr="001E5BA3">
        <w:tc>
          <w:tcPr>
            <w:tcW w:w="1042" w:type="dxa"/>
            <w:vAlign w:val="center"/>
          </w:tcPr>
          <w:p w14:paraId="2750E472" w14:textId="77777777" w:rsidR="001E5BA3" w:rsidRDefault="001E5BA3">
            <w:pPr>
              <w:spacing w:before="15" w:after="15" w:line="240" w:lineRule="auto"/>
              <w:jc w:val="center"/>
              <w:rPr>
                <w:sz w:val="15"/>
              </w:rPr>
            </w:pPr>
            <w:r>
              <w:rPr>
                <w:sz w:val="15"/>
                <w:lang w:val="en-GB"/>
              </w:rPr>
              <w:t>N069</w:t>
            </w:r>
          </w:p>
        </w:tc>
        <w:tc>
          <w:tcPr>
            <w:tcW w:w="2180" w:type="dxa"/>
            <w:vAlign w:val="center"/>
          </w:tcPr>
          <w:p w14:paraId="6558C3DA" w14:textId="77777777" w:rsidR="001E5BA3" w:rsidRDefault="001E5BA3">
            <w:pPr>
              <w:spacing w:before="15" w:after="15" w:line="240" w:lineRule="auto"/>
              <w:rPr>
                <w:sz w:val="15"/>
              </w:rPr>
            </w:pPr>
            <w:r>
              <w:rPr>
                <w:sz w:val="15"/>
                <w:lang w:val="en-GB"/>
              </w:rPr>
              <w:t>Black poplar</w:t>
            </w:r>
          </w:p>
        </w:tc>
        <w:tc>
          <w:tcPr>
            <w:tcW w:w="2160" w:type="dxa"/>
            <w:vAlign w:val="center"/>
          </w:tcPr>
          <w:p w14:paraId="195E6541"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55F2709"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3E69557E" w14:textId="77777777" w:rsidR="001E5BA3" w:rsidRDefault="001E5BA3">
            <w:pPr>
              <w:spacing w:before="15" w:after="15" w:line="240" w:lineRule="auto"/>
              <w:jc w:val="right"/>
              <w:rPr>
                <w:sz w:val="15"/>
              </w:rPr>
            </w:pPr>
            <w:r>
              <w:rPr>
                <w:sz w:val="15"/>
                <w:lang w:val="en-GB"/>
              </w:rPr>
              <w:t>£380</w:t>
            </w:r>
          </w:p>
        </w:tc>
      </w:tr>
      <w:tr w:rsidR="001E5BA3" w14:paraId="4E97BB6A" w14:textId="77777777" w:rsidTr="001E5BA3">
        <w:tc>
          <w:tcPr>
            <w:tcW w:w="1042" w:type="dxa"/>
            <w:vAlign w:val="center"/>
          </w:tcPr>
          <w:p w14:paraId="5A4C8B6E" w14:textId="77777777" w:rsidR="001E5BA3" w:rsidRDefault="001E5BA3">
            <w:pPr>
              <w:spacing w:before="15" w:after="15" w:line="240" w:lineRule="auto"/>
              <w:jc w:val="center"/>
              <w:rPr>
                <w:sz w:val="15"/>
              </w:rPr>
            </w:pPr>
            <w:r>
              <w:rPr>
                <w:sz w:val="15"/>
                <w:lang w:val="en-GB"/>
              </w:rPr>
              <w:t>N070</w:t>
            </w:r>
          </w:p>
        </w:tc>
        <w:tc>
          <w:tcPr>
            <w:tcW w:w="2180" w:type="dxa"/>
            <w:vAlign w:val="center"/>
          </w:tcPr>
          <w:p w14:paraId="458DEAD4" w14:textId="77777777" w:rsidR="001E5BA3" w:rsidRDefault="001E5BA3">
            <w:pPr>
              <w:spacing w:before="15" w:after="15" w:line="240" w:lineRule="auto"/>
              <w:rPr>
                <w:sz w:val="15"/>
              </w:rPr>
            </w:pPr>
            <w:r>
              <w:rPr>
                <w:sz w:val="15"/>
                <w:lang w:val="en-GB"/>
              </w:rPr>
              <w:t>Black poplar</w:t>
            </w:r>
          </w:p>
        </w:tc>
        <w:tc>
          <w:tcPr>
            <w:tcW w:w="2160" w:type="dxa"/>
            <w:vAlign w:val="center"/>
          </w:tcPr>
          <w:p w14:paraId="7076A81F" w14:textId="77777777" w:rsidR="001E5BA3" w:rsidRDefault="001E5BA3">
            <w:pPr>
              <w:spacing w:before="15" w:after="15" w:line="240" w:lineRule="auto"/>
              <w:rPr>
                <w:sz w:val="15"/>
              </w:rPr>
            </w:pPr>
            <w:r>
              <w:rPr>
                <w:sz w:val="15"/>
                <w:lang w:val="en-GB"/>
              </w:rPr>
              <w:t>Extra heavy 14/16 cm</w:t>
            </w:r>
          </w:p>
        </w:tc>
        <w:tc>
          <w:tcPr>
            <w:tcW w:w="2617" w:type="dxa"/>
            <w:vAlign w:val="center"/>
          </w:tcPr>
          <w:p w14:paraId="131C96B0"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4ACDA74B" w14:textId="77777777" w:rsidR="001E5BA3" w:rsidRDefault="001E5BA3">
            <w:pPr>
              <w:spacing w:before="15" w:after="15" w:line="240" w:lineRule="auto"/>
              <w:jc w:val="right"/>
              <w:rPr>
                <w:sz w:val="15"/>
              </w:rPr>
            </w:pPr>
            <w:r>
              <w:rPr>
                <w:sz w:val="15"/>
                <w:lang w:val="en-GB"/>
              </w:rPr>
              <w:t>£380</w:t>
            </w:r>
          </w:p>
        </w:tc>
      </w:tr>
      <w:tr w:rsidR="001E5BA3" w14:paraId="27D4788A" w14:textId="77777777" w:rsidTr="001E5BA3">
        <w:tc>
          <w:tcPr>
            <w:tcW w:w="1042" w:type="dxa"/>
            <w:vAlign w:val="center"/>
          </w:tcPr>
          <w:p w14:paraId="2DFDC32D" w14:textId="77777777" w:rsidR="001E5BA3" w:rsidRDefault="001E5BA3">
            <w:pPr>
              <w:spacing w:before="15" w:after="15" w:line="240" w:lineRule="auto"/>
              <w:jc w:val="center"/>
              <w:rPr>
                <w:sz w:val="15"/>
              </w:rPr>
            </w:pPr>
            <w:r>
              <w:rPr>
                <w:sz w:val="15"/>
                <w:lang w:val="en-GB"/>
              </w:rPr>
              <w:t>N071</w:t>
            </w:r>
          </w:p>
        </w:tc>
        <w:tc>
          <w:tcPr>
            <w:tcW w:w="2180" w:type="dxa"/>
            <w:vAlign w:val="center"/>
          </w:tcPr>
          <w:p w14:paraId="7B355DE0" w14:textId="77777777" w:rsidR="001E5BA3" w:rsidRDefault="001E5BA3">
            <w:pPr>
              <w:spacing w:before="15" w:after="15" w:line="240" w:lineRule="auto"/>
              <w:rPr>
                <w:sz w:val="15"/>
              </w:rPr>
            </w:pPr>
            <w:r>
              <w:rPr>
                <w:sz w:val="15"/>
                <w:lang w:val="en-GB"/>
              </w:rPr>
              <w:t>Black poplar</w:t>
            </w:r>
          </w:p>
        </w:tc>
        <w:tc>
          <w:tcPr>
            <w:tcW w:w="2160" w:type="dxa"/>
            <w:vAlign w:val="center"/>
          </w:tcPr>
          <w:p w14:paraId="495F53FC"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925BCE4"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67CC6891" w14:textId="77777777" w:rsidR="001E5BA3" w:rsidRDefault="001E5BA3">
            <w:pPr>
              <w:spacing w:before="15" w:after="15" w:line="240" w:lineRule="auto"/>
              <w:jc w:val="right"/>
              <w:rPr>
                <w:sz w:val="15"/>
              </w:rPr>
            </w:pPr>
            <w:r>
              <w:rPr>
                <w:sz w:val="15"/>
                <w:lang w:val="en-GB"/>
              </w:rPr>
              <w:t>£380</w:t>
            </w:r>
          </w:p>
        </w:tc>
      </w:tr>
      <w:tr w:rsidR="001E5BA3" w14:paraId="2BA00AE8" w14:textId="77777777" w:rsidTr="001E5BA3">
        <w:tc>
          <w:tcPr>
            <w:tcW w:w="1042" w:type="dxa"/>
            <w:vAlign w:val="center"/>
          </w:tcPr>
          <w:p w14:paraId="1D211542" w14:textId="77777777" w:rsidR="001E5BA3" w:rsidRDefault="001E5BA3">
            <w:pPr>
              <w:spacing w:before="15" w:after="15" w:line="240" w:lineRule="auto"/>
              <w:jc w:val="center"/>
              <w:rPr>
                <w:sz w:val="15"/>
              </w:rPr>
            </w:pPr>
            <w:r>
              <w:rPr>
                <w:sz w:val="15"/>
                <w:lang w:val="en-GB"/>
              </w:rPr>
              <w:t>N072</w:t>
            </w:r>
          </w:p>
        </w:tc>
        <w:tc>
          <w:tcPr>
            <w:tcW w:w="2180" w:type="dxa"/>
            <w:vAlign w:val="center"/>
          </w:tcPr>
          <w:p w14:paraId="193957A0" w14:textId="77777777" w:rsidR="001E5BA3" w:rsidRDefault="001E5BA3">
            <w:pPr>
              <w:spacing w:before="15" w:after="15" w:line="240" w:lineRule="auto"/>
              <w:rPr>
                <w:sz w:val="15"/>
              </w:rPr>
            </w:pPr>
            <w:r>
              <w:rPr>
                <w:sz w:val="15"/>
                <w:lang w:val="en-GB"/>
              </w:rPr>
              <w:t>Black poplar</w:t>
            </w:r>
          </w:p>
        </w:tc>
        <w:tc>
          <w:tcPr>
            <w:tcW w:w="2160" w:type="dxa"/>
            <w:vAlign w:val="center"/>
          </w:tcPr>
          <w:p w14:paraId="47E35603"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7679677"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5C044A37" w14:textId="77777777" w:rsidR="001E5BA3" w:rsidRDefault="001E5BA3">
            <w:pPr>
              <w:spacing w:before="15" w:after="15" w:line="240" w:lineRule="auto"/>
              <w:jc w:val="right"/>
              <w:rPr>
                <w:sz w:val="15"/>
              </w:rPr>
            </w:pPr>
            <w:r>
              <w:rPr>
                <w:sz w:val="15"/>
                <w:lang w:val="en-GB"/>
              </w:rPr>
              <w:t>£380</w:t>
            </w:r>
          </w:p>
        </w:tc>
      </w:tr>
      <w:tr w:rsidR="001E5BA3" w14:paraId="2A0230F9" w14:textId="77777777" w:rsidTr="001E5BA3">
        <w:tc>
          <w:tcPr>
            <w:tcW w:w="1042" w:type="dxa"/>
            <w:vAlign w:val="center"/>
          </w:tcPr>
          <w:p w14:paraId="35CF217A" w14:textId="77777777" w:rsidR="001E5BA3" w:rsidRDefault="001E5BA3">
            <w:pPr>
              <w:spacing w:before="15" w:after="15" w:line="240" w:lineRule="auto"/>
              <w:jc w:val="center"/>
              <w:rPr>
                <w:sz w:val="15"/>
              </w:rPr>
            </w:pPr>
            <w:r>
              <w:rPr>
                <w:sz w:val="15"/>
                <w:lang w:val="en-GB"/>
              </w:rPr>
              <w:t>N073</w:t>
            </w:r>
          </w:p>
        </w:tc>
        <w:tc>
          <w:tcPr>
            <w:tcW w:w="2180" w:type="dxa"/>
            <w:vAlign w:val="center"/>
          </w:tcPr>
          <w:p w14:paraId="66440BD3" w14:textId="77777777" w:rsidR="001E5BA3" w:rsidRDefault="001E5BA3">
            <w:pPr>
              <w:spacing w:before="15" w:after="15" w:line="240" w:lineRule="auto"/>
              <w:rPr>
                <w:sz w:val="15"/>
              </w:rPr>
            </w:pPr>
            <w:r>
              <w:rPr>
                <w:sz w:val="15"/>
                <w:lang w:val="en-GB"/>
              </w:rPr>
              <w:t>Black poplar</w:t>
            </w:r>
          </w:p>
        </w:tc>
        <w:tc>
          <w:tcPr>
            <w:tcW w:w="2160" w:type="dxa"/>
            <w:vAlign w:val="center"/>
          </w:tcPr>
          <w:p w14:paraId="5B869AEE"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5F29146"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55BC0B16" w14:textId="77777777" w:rsidR="001E5BA3" w:rsidRDefault="001E5BA3">
            <w:pPr>
              <w:spacing w:before="15" w:after="15" w:line="240" w:lineRule="auto"/>
              <w:jc w:val="right"/>
              <w:rPr>
                <w:sz w:val="15"/>
              </w:rPr>
            </w:pPr>
            <w:r>
              <w:rPr>
                <w:sz w:val="15"/>
                <w:lang w:val="en-GB"/>
              </w:rPr>
              <w:t>£380</w:t>
            </w:r>
          </w:p>
        </w:tc>
      </w:tr>
      <w:tr w:rsidR="001E5BA3" w14:paraId="45C04A12" w14:textId="77777777" w:rsidTr="001E5BA3">
        <w:tc>
          <w:tcPr>
            <w:tcW w:w="1042" w:type="dxa"/>
            <w:vAlign w:val="center"/>
          </w:tcPr>
          <w:p w14:paraId="311D7C1A" w14:textId="77777777" w:rsidR="001E5BA3" w:rsidRDefault="001E5BA3">
            <w:pPr>
              <w:spacing w:before="15" w:after="15" w:line="240" w:lineRule="auto"/>
              <w:jc w:val="center"/>
              <w:rPr>
                <w:sz w:val="15"/>
              </w:rPr>
            </w:pPr>
            <w:r>
              <w:rPr>
                <w:sz w:val="15"/>
                <w:lang w:val="en-GB"/>
              </w:rPr>
              <w:t>N074</w:t>
            </w:r>
          </w:p>
        </w:tc>
        <w:tc>
          <w:tcPr>
            <w:tcW w:w="2180" w:type="dxa"/>
            <w:vAlign w:val="center"/>
          </w:tcPr>
          <w:p w14:paraId="532EBB66" w14:textId="77777777" w:rsidR="001E5BA3" w:rsidRDefault="001E5BA3">
            <w:pPr>
              <w:spacing w:before="15" w:after="15" w:line="240" w:lineRule="auto"/>
              <w:rPr>
                <w:sz w:val="15"/>
              </w:rPr>
            </w:pPr>
            <w:r>
              <w:rPr>
                <w:sz w:val="15"/>
                <w:lang w:val="en-GB"/>
              </w:rPr>
              <w:t>Common alder</w:t>
            </w:r>
          </w:p>
        </w:tc>
        <w:tc>
          <w:tcPr>
            <w:tcW w:w="2160" w:type="dxa"/>
            <w:vAlign w:val="center"/>
          </w:tcPr>
          <w:p w14:paraId="42D81C9C"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7CE5D5E"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42E0D10A" w14:textId="77777777" w:rsidR="001E5BA3" w:rsidRDefault="001E5BA3">
            <w:pPr>
              <w:spacing w:before="15" w:after="15" w:line="240" w:lineRule="auto"/>
              <w:jc w:val="right"/>
              <w:rPr>
                <w:sz w:val="15"/>
              </w:rPr>
            </w:pPr>
            <w:r>
              <w:rPr>
                <w:sz w:val="15"/>
                <w:lang w:val="en-GB"/>
              </w:rPr>
              <w:t>£380</w:t>
            </w:r>
          </w:p>
        </w:tc>
      </w:tr>
      <w:tr w:rsidR="001E5BA3" w14:paraId="54E991AD" w14:textId="77777777" w:rsidTr="001E5BA3">
        <w:tc>
          <w:tcPr>
            <w:tcW w:w="1042" w:type="dxa"/>
            <w:vAlign w:val="center"/>
          </w:tcPr>
          <w:p w14:paraId="7CE65B6B" w14:textId="77777777" w:rsidR="001E5BA3" w:rsidRDefault="001E5BA3">
            <w:pPr>
              <w:spacing w:before="15" w:after="15" w:line="240" w:lineRule="auto"/>
              <w:jc w:val="center"/>
              <w:rPr>
                <w:sz w:val="15"/>
              </w:rPr>
            </w:pPr>
            <w:r>
              <w:rPr>
                <w:sz w:val="15"/>
                <w:lang w:val="en-GB"/>
              </w:rPr>
              <w:t>N075</w:t>
            </w:r>
          </w:p>
        </w:tc>
        <w:tc>
          <w:tcPr>
            <w:tcW w:w="2180" w:type="dxa"/>
            <w:vAlign w:val="center"/>
          </w:tcPr>
          <w:p w14:paraId="2C4E11A2" w14:textId="77777777" w:rsidR="001E5BA3" w:rsidRDefault="001E5BA3">
            <w:pPr>
              <w:spacing w:before="15" w:after="15" w:line="240" w:lineRule="auto"/>
              <w:rPr>
                <w:sz w:val="15"/>
              </w:rPr>
            </w:pPr>
            <w:r>
              <w:rPr>
                <w:sz w:val="15"/>
                <w:lang w:val="en-GB"/>
              </w:rPr>
              <w:t>Common alder</w:t>
            </w:r>
          </w:p>
        </w:tc>
        <w:tc>
          <w:tcPr>
            <w:tcW w:w="2160" w:type="dxa"/>
            <w:vAlign w:val="center"/>
          </w:tcPr>
          <w:p w14:paraId="4A072DC5" w14:textId="77777777" w:rsidR="001E5BA3" w:rsidRDefault="001E5BA3">
            <w:pPr>
              <w:spacing w:before="15" w:after="15" w:line="240" w:lineRule="auto"/>
              <w:rPr>
                <w:sz w:val="15"/>
              </w:rPr>
            </w:pPr>
            <w:r>
              <w:rPr>
                <w:sz w:val="15"/>
                <w:lang w:val="en-GB"/>
              </w:rPr>
              <w:t>Extra heavy 14/16 cm</w:t>
            </w:r>
          </w:p>
        </w:tc>
        <w:tc>
          <w:tcPr>
            <w:tcW w:w="2617" w:type="dxa"/>
            <w:vAlign w:val="center"/>
          </w:tcPr>
          <w:p w14:paraId="1073C812"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44CF046D" w14:textId="77777777" w:rsidR="001E5BA3" w:rsidRDefault="001E5BA3">
            <w:pPr>
              <w:spacing w:before="15" w:after="15" w:line="240" w:lineRule="auto"/>
              <w:jc w:val="right"/>
              <w:rPr>
                <w:sz w:val="15"/>
              </w:rPr>
            </w:pPr>
            <w:r>
              <w:rPr>
                <w:sz w:val="15"/>
                <w:lang w:val="en-GB"/>
              </w:rPr>
              <w:t>£380</w:t>
            </w:r>
          </w:p>
        </w:tc>
      </w:tr>
      <w:tr w:rsidR="001E5BA3" w14:paraId="026ED966" w14:textId="77777777" w:rsidTr="001E5BA3">
        <w:tc>
          <w:tcPr>
            <w:tcW w:w="1042" w:type="dxa"/>
            <w:vAlign w:val="center"/>
          </w:tcPr>
          <w:p w14:paraId="1F869003" w14:textId="77777777" w:rsidR="001E5BA3" w:rsidRDefault="001E5BA3">
            <w:pPr>
              <w:spacing w:before="15" w:after="15" w:line="240" w:lineRule="auto"/>
              <w:jc w:val="center"/>
              <w:rPr>
                <w:sz w:val="15"/>
              </w:rPr>
            </w:pPr>
            <w:r>
              <w:rPr>
                <w:sz w:val="15"/>
                <w:lang w:val="en-GB"/>
              </w:rPr>
              <w:t>N076</w:t>
            </w:r>
          </w:p>
        </w:tc>
        <w:tc>
          <w:tcPr>
            <w:tcW w:w="2180" w:type="dxa"/>
            <w:vAlign w:val="center"/>
          </w:tcPr>
          <w:p w14:paraId="084F87BA" w14:textId="77777777" w:rsidR="001E5BA3" w:rsidRDefault="001E5BA3">
            <w:pPr>
              <w:spacing w:before="15" w:after="15" w:line="240" w:lineRule="auto"/>
              <w:rPr>
                <w:sz w:val="15"/>
              </w:rPr>
            </w:pPr>
            <w:r>
              <w:rPr>
                <w:sz w:val="15"/>
                <w:lang w:val="en-GB"/>
              </w:rPr>
              <w:t>Common alder</w:t>
            </w:r>
          </w:p>
        </w:tc>
        <w:tc>
          <w:tcPr>
            <w:tcW w:w="2160" w:type="dxa"/>
            <w:vAlign w:val="center"/>
          </w:tcPr>
          <w:p w14:paraId="6E16ACBB"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6ED6AAE"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0D229305" w14:textId="77777777" w:rsidR="001E5BA3" w:rsidRDefault="001E5BA3">
            <w:pPr>
              <w:spacing w:before="15" w:after="15" w:line="240" w:lineRule="auto"/>
              <w:jc w:val="right"/>
              <w:rPr>
                <w:sz w:val="15"/>
              </w:rPr>
            </w:pPr>
            <w:r>
              <w:rPr>
                <w:sz w:val="15"/>
                <w:lang w:val="en-GB"/>
              </w:rPr>
              <w:t>£380</w:t>
            </w:r>
          </w:p>
        </w:tc>
      </w:tr>
      <w:tr w:rsidR="001E5BA3" w14:paraId="568575F7" w14:textId="77777777" w:rsidTr="001E5BA3">
        <w:tc>
          <w:tcPr>
            <w:tcW w:w="1042" w:type="dxa"/>
            <w:vAlign w:val="center"/>
          </w:tcPr>
          <w:p w14:paraId="7196C278" w14:textId="77777777" w:rsidR="001E5BA3" w:rsidRDefault="001E5BA3">
            <w:pPr>
              <w:spacing w:before="15" w:after="15" w:line="240" w:lineRule="auto"/>
              <w:jc w:val="center"/>
              <w:rPr>
                <w:sz w:val="15"/>
              </w:rPr>
            </w:pPr>
            <w:r>
              <w:rPr>
                <w:sz w:val="15"/>
                <w:lang w:val="en-GB"/>
              </w:rPr>
              <w:t>N077</w:t>
            </w:r>
          </w:p>
        </w:tc>
        <w:tc>
          <w:tcPr>
            <w:tcW w:w="2180" w:type="dxa"/>
            <w:vAlign w:val="center"/>
          </w:tcPr>
          <w:p w14:paraId="3FAF5A13" w14:textId="77777777" w:rsidR="001E5BA3" w:rsidRDefault="001E5BA3">
            <w:pPr>
              <w:spacing w:before="15" w:after="15" w:line="240" w:lineRule="auto"/>
              <w:rPr>
                <w:sz w:val="15"/>
              </w:rPr>
            </w:pPr>
            <w:r>
              <w:rPr>
                <w:sz w:val="15"/>
                <w:lang w:val="en-GB"/>
              </w:rPr>
              <w:t>Common alder</w:t>
            </w:r>
          </w:p>
        </w:tc>
        <w:tc>
          <w:tcPr>
            <w:tcW w:w="2160" w:type="dxa"/>
            <w:vAlign w:val="center"/>
          </w:tcPr>
          <w:p w14:paraId="451F6BA3"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17112CC"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49EAF9FF" w14:textId="77777777" w:rsidR="001E5BA3" w:rsidRDefault="001E5BA3">
            <w:pPr>
              <w:spacing w:before="15" w:after="15" w:line="240" w:lineRule="auto"/>
              <w:jc w:val="right"/>
              <w:rPr>
                <w:sz w:val="15"/>
              </w:rPr>
            </w:pPr>
            <w:r>
              <w:rPr>
                <w:sz w:val="15"/>
                <w:lang w:val="en-GB"/>
              </w:rPr>
              <w:t>£380</w:t>
            </w:r>
          </w:p>
        </w:tc>
      </w:tr>
      <w:tr w:rsidR="001E5BA3" w14:paraId="25EAD144" w14:textId="77777777" w:rsidTr="001E5BA3">
        <w:tc>
          <w:tcPr>
            <w:tcW w:w="1042" w:type="dxa"/>
            <w:vAlign w:val="center"/>
          </w:tcPr>
          <w:p w14:paraId="590B65C3" w14:textId="77777777" w:rsidR="001E5BA3" w:rsidRDefault="001E5BA3">
            <w:pPr>
              <w:spacing w:before="15" w:after="15" w:line="240" w:lineRule="auto"/>
              <w:jc w:val="center"/>
              <w:rPr>
                <w:sz w:val="15"/>
              </w:rPr>
            </w:pPr>
            <w:r>
              <w:rPr>
                <w:sz w:val="15"/>
                <w:lang w:val="en-GB"/>
              </w:rPr>
              <w:t>N078</w:t>
            </w:r>
          </w:p>
        </w:tc>
        <w:tc>
          <w:tcPr>
            <w:tcW w:w="2180" w:type="dxa"/>
            <w:vAlign w:val="center"/>
          </w:tcPr>
          <w:p w14:paraId="254BCC4C" w14:textId="77777777" w:rsidR="001E5BA3" w:rsidRDefault="001E5BA3">
            <w:pPr>
              <w:spacing w:before="15" w:after="15" w:line="240" w:lineRule="auto"/>
              <w:rPr>
                <w:sz w:val="15"/>
              </w:rPr>
            </w:pPr>
            <w:r>
              <w:rPr>
                <w:sz w:val="15"/>
                <w:lang w:val="en-GB"/>
              </w:rPr>
              <w:t>Common alder</w:t>
            </w:r>
          </w:p>
        </w:tc>
        <w:tc>
          <w:tcPr>
            <w:tcW w:w="2160" w:type="dxa"/>
            <w:vAlign w:val="center"/>
          </w:tcPr>
          <w:p w14:paraId="67E94D02"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C3C37EA"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2D3A0551" w14:textId="77777777" w:rsidR="001E5BA3" w:rsidRDefault="001E5BA3">
            <w:pPr>
              <w:spacing w:before="15" w:after="15" w:line="240" w:lineRule="auto"/>
              <w:jc w:val="right"/>
              <w:rPr>
                <w:sz w:val="15"/>
              </w:rPr>
            </w:pPr>
            <w:r>
              <w:rPr>
                <w:sz w:val="15"/>
                <w:lang w:val="en-GB"/>
              </w:rPr>
              <w:t>£380</w:t>
            </w:r>
          </w:p>
        </w:tc>
      </w:tr>
      <w:tr w:rsidR="001E5BA3" w14:paraId="3BEA7311" w14:textId="77777777" w:rsidTr="001E5BA3">
        <w:tc>
          <w:tcPr>
            <w:tcW w:w="1042" w:type="dxa"/>
            <w:vAlign w:val="center"/>
          </w:tcPr>
          <w:p w14:paraId="3C6AD334" w14:textId="77777777" w:rsidR="001E5BA3" w:rsidRDefault="001E5BA3">
            <w:pPr>
              <w:spacing w:before="15" w:after="15" w:line="240" w:lineRule="auto"/>
              <w:jc w:val="center"/>
              <w:rPr>
                <w:sz w:val="15"/>
              </w:rPr>
            </w:pPr>
            <w:r>
              <w:rPr>
                <w:sz w:val="15"/>
                <w:lang w:val="en-GB"/>
              </w:rPr>
              <w:t>N079</w:t>
            </w:r>
          </w:p>
        </w:tc>
        <w:tc>
          <w:tcPr>
            <w:tcW w:w="2180" w:type="dxa"/>
            <w:vAlign w:val="center"/>
          </w:tcPr>
          <w:p w14:paraId="69353FE4" w14:textId="77777777" w:rsidR="001E5BA3" w:rsidRDefault="001E5BA3">
            <w:pPr>
              <w:spacing w:before="15" w:after="15" w:line="240" w:lineRule="auto"/>
              <w:rPr>
                <w:sz w:val="15"/>
              </w:rPr>
            </w:pPr>
            <w:r>
              <w:rPr>
                <w:sz w:val="15"/>
                <w:lang w:val="en-GB"/>
              </w:rPr>
              <w:t>Common alder</w:t>
            </w:r>
          </w:p>
        </w:tc>
        <w:tc>
          <w:tcPr>
            <w:tcW w:w="2160" w:type="dxa"/>
            <w:vAlign w:val="center"/>
          </w:tcPr>
          <w:p w14:paraId="3AE0EB0A"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1A5B6F9"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2D694E38" w14:textId="77777777" w:rsidR="001E5BA3" w:rsidRDefault="001E5BA3">
            <w:pPr>
              <w:spacing w:before="15" w:after="15" w:line="240" w:lineRule="auto"/>
              <w:jc w:val="right"/>
              <w:rPr>
                <w:sz w:val="15"/>
              </w:rPr>
            </w:pPr>
            <w:r>
              <w:rPr>
                <w:sz w:val="15"/>
                <w:lang w:val="en-GB"/>
              </w:rPr>
              <w:t>£380</w:t>
            </w:r>
          </w:p>
        </w:tc>
      </w:tr>
      <w:tr w:rsidR="001E5BA3" w14:paraId="0CB8EC92" w14:textId="77777777" w:rsidTr="001E5BA3">
        <w:tc>
          <w:tcPr>
            <w:tcW w:w="1042" w:type="dxa"/>
            <w:vAlign w:val="center"/>
          </w:tcPr>
          <w:p w14:paraId="2C4D19E9" w14:textId="77777777" w:rsidR="001E5BA3" w:rsidRDefault="001E5BA3">
            <w:pPr>
              <w:spacing w:before="15" w:after="15" w:line="240" w:lineRule="auto"/>
              <w:jc w:val="center"/>
              <w:rPr>
                <w:sz w:val="15"/>
              </w:rPr>
            </w:pPr>
            <w:r>
              <w:rPr>
                <w:sz w:val="15"/>
                <w:lang w:val="en-GB"/>
              </w:rPr>
              <w:t>N080</w:t>
            </w:r>
          </w:p>
        </w:tc>
        <w:tc>
          <w:tcPr>
            <w:tcW w:w="2180" w:type="dxa"/>
            <w:vAlign w:val="center"/>
          </w:tcPr>
          <w:p w14:paraId="24E7C51B" w14:textId="77777777" w:rsidR="001E5BA3" w:rsidRDefault="001E5BA3">
            <w:pPr>
              <w:spacing w:before="15" w:after="15" w:line="240" w:lineRule="auto"/>
              <w:rPr>
                <w:sz w:val="15"/>
              </w:rPr>
            </w:pPr>
            <w:r>
              <w:rPr>
                <w:sz w:val="15"/>
                <w:lang w:val="en-GB"/>
              </w:rPr>
              <w:t>Common alder</w:t>
            </w:r>
          </w:p>
        </w:tc>
        <w:tc>
          <w:tcPr>
            <w:tcW w:w="2160" w:type="dxa"/>
            <w:vAlign w:val="center"/>
          </w:tcPr>
          <w:p w14:paraId="6A815EE5"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02258FA" w14:textId="77777777" w:rsidR="001E5BA3" w:rsidRDefault="001E5BA3">
            <w:pPr>
              <w:spacing w:before="15" w:after="15" w:line="240" w:lineRule="auto"/>
              <w:rPr>
                <w:sz w:val="15"/>
              </w:rPr>
            </w:pPr>
            <w:r>
              <w:rPr>
                <w:sz w:val="15"/>
                <w:lang w:val="en-GB"/>
              </w:rPr>
              <w:t>Wetland / riparian margin</w:t>
            </w:r>
          </w:p>
        </w:tc>
        <w:tc>
          <w:tcPr>
            <w:tcW w:w="759" w:type="dxa"/>
            <w:vAlign w:val="center"/>
          </w:tcPr>
          <w:p w14:paraId="40BC23DF" w14:textId="77777777" w:rsidR="001E5BA3" w:rsidRDefault="001E5BA3">
            <w:pPr>
              <w:spacing w:before="15" w:after="15" w:line="240" w:lineRule="auto"/>
              <w:jc w:val="right"/>
              <w:rPr>
                <w:sz w:val="15"/>
              </w:rPr>
            </w:pPr>
            <w:r>
              <w:rPr>
                <w:sz w:val="15"/>
                <w:lang w:val="en-GB"/>
              </w:rPr>
              <w:t>£380</w:t>
            </w:r>
          </w:p>
        </w:tc>
      </w:tr>
      <w:tr w:rsidR="001E5BA3" w14:paraId="7EF2AF01" w14:textId="77777777" w:rsidTr="001E5BA3">
        <w:tc>
          <w:tcPr>
            <w:tcW w:w="1042" w:type="dxa"/>
            <w:vAlign w:val="center"/>
          </w:tcPr>
          <w:p w14:paraId="2D5854A3" w14:textId="77777777" w:rsidR="001E5BA3" w:rsidRDefault="001E5BA3">
            <w:pPr>
              <w:spacing w:before="15" w:after="15" w:line="240" w:lineRule="auto"/>
              <w:jc w:val="center"/>
              <w:rPr>
                <w:sz w:val="15"/>
              </w:rPr>
            </w:pPr>
            <w:r>
              <w:rPr>
                <w:sz w:val="15"/>
                <w:lang w:val="en-GB"/>
              </w:rPr>
              <w:t>N081</w:t>
            </w:r>
          </w:p>
        </w:tc>
        <w:tc>
          <w:tcPr>
            <w:tcW w:w="2180" w:type="dxa"/>
            <w:vAlign w:val="center"/>
          </w:tcPr>
          <w:p w14:paraId="30B3C283" w14:textId="77777777" w:rsidR="001E5BA3" w:rsidRDefault="001E5BA3">
            <w:pPr>
              <w:spacing w:before="15" w:after="15" w:line="240" w:lineRule="auto"/>
              <w:rPr>
                <w:sz w:val="15"/>
              </w:rPr>
            </w:pPr>
            <w:r>
              <w:rPr>
                <w:sz w:val="15"/>
                <w:lang w:val="en-GB"/>
              </w:rPr>
              <w:t>Silver birch</w:t>
            </w:r>
          </w:p>
        </w:tc>
        <w:tc>
          <w:tcPr>
            <w:tcW w:w="2160" w:type="dxa"/>
            <w:vAlign w:val="center"/>
          </w:tcPr>
          <w:p w14:paraId="7B39F87F"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9FF2954"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4CE16BD5" w14:textId="77777777" w:rsidR="001E5BA3" w:rsidRDefault="001E5BA3">
            <w:pPr>
              <w:spacing w:before="15" w:after="15" w:line="240" w:lineRule="auto"/>
              <w:jc w:val="right"/>
              <w:rPr>
                <w:sz w:val="15"/>
              </w:rPr>
            </w:pPr>
            <w:r>
              <w:rPr>
                <w:sz w:val="15"/>
                <w:lang w:val="en-GB"/>
              </w:rPr>
              <w:t>£380</w:t>
            </w:r>
          </w:p>
        </w:tc>
      </w:tr>
      <w:tr w:rsidR="001E5BA3" w14:paraId="70F856B1" w14:textId="77777777" w:rsidTr="001E5BA3">
        <w:tc>
          <w:tcPr>
            <w:tcW w:w="1042" w:type="dxa"/>
            <w:vAlign w:val="center"/>
          </w:tcPr>
          <w:p w14:paraId="3F30B765" w14:textId="77777777" w:rsidR="001E5BA3" w:rsidRDefault="001E5BA3">
            <w:pPr>
              <w:spacing w:before="15" w:after="15" w:line="240" w:lineRule="auto"/>
              <w:jc w:val="center"/>
              <w:rPr>
                <w:sz w:val="15"/>
              </w:rPr>
            </w:pPr>
            <w:r>
              <w:rPr>
                <w:sz w:val="15"/>
                <w:lang w:val="en-GB"/>
              </w:rPr>
              <w:t>N082</w:t>
            </w:r>
          </w:p>
        </w:tc>
        <w:tc>
          <w:tcPr>
            <w:tcW w:w="2180" w:type="dxa"/>
            <w:vAlign w:val="center"/>
          </w:tcPr>
          <w:p w14:paraId="4AF8653F" w14:textId="77777777" w:rsidR="001E5BA3" w:rsidRDefault="001E5BA3">
            <w:pPr>
              <w:spacing w:before="15" w:after="15" w:line="240" w:lineRule="auto"/>
              <w:rPr>
                <w:sz w:val="15"/>
              </w:rPr>
            </w:pPr>
            <w:r>
              <w:rPr>
                <w:sz w:val="15"/>
                <w:lang w:val="en-GB"/>
              </w:rPr>
              <w:t>Silver birch</w:t>
            </w:r>
          </w:p>
        </w:tc>
        <w:tc>
          <w:tcPr>
            <w:tcW w:w="2160" w:type="dxa"/>
            <w:vAlign w:val="center"/>
          </w:tcPr>
          <w:p w14:paraId="36510DA2"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E84E155"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2AC55FC8" w14:textId="77777777" w:rsidR="001E5BA3" w:rsidRDefault="001E5BA3">
            <w:pPr>
              <w:spacing w:before="15" w:after="15" w:line="240" w:lineRule="auto"/>
              <w:jc w:val="right"/>
              <w:rPr>
                <w:sz w:val="15"/>
              </w:rPr>
            </w:pPr>
            <w:r>
              <w:rPr>
                <w:sz w:val="15"/>
                <w:lang w:val="en-GB"/>
              </w:rPr>
              <w:t>£380</w:t>
            </w:r>
          </w:p>
        </w:tc>
      </w:tr>
      <w:tr w:rsidR="001E5BA3" w14:paraId="07BBCE01" w14:textId="77777777" w:rsidTr="001E5BA3">
        <w:tc>
          <w:tcPr>
            <w:tcW w:w="1042" w:type="dxa"/>
            <w:vAlign w:val="center"/>
          </w:tcPr>
          <w:p w14:paraId="0222B8BE" w14:textId="77777777" w:rsidR="001E5BA3" w:rsidRDefault="001E5BA3">
            <w:pPr>
              <w:spacing w:before="15" w:after="15" w:line="240" w:lineRule="auto"/>
              <w:jc w:val="center"/>
              <w:rPr>
                <w:sz w:val="15"/>
              </w:rPr>
            </w:pPr>
            <w:r>
              <w:rPr>
                <w:sz w:val="15"/>
                <w:lang w:val="en-GB"/>
              </w:rPr>
              <w:t>N083</w:t>
            </w:r>
          </w:p>
        </w:tc>
        <w:tc>
          <w:tcPr>
            <w:tcW w:w="2180" w:type="dxa"/>
            <w:vAlign w:val="center"/>
          </w:tcPr>
          <w:p w14:paraId="09160EFE" w14:textId="77777777" w:rsidR="001E5BA3" w:rsidRDefault="001E5BA3">
            <w:pPr>
              <w:spacing w:before="15" w:after="15" w:line="240" w:lineRule="auto"/>
              <w:rPr>
                <w:sz w:val="15"/>
              </w:rPr>
            </w:pPr>
            <w:r>
              <w:rPr>
                <w:sz w:val="15"/>
                <w:lang w:val="en-GB"/>
              </w:rPr>
              <w:t>Silver birch</w:t>
            </w:r>
          </w:p>
        </w:tc>
        <w:tc>
          <w:tcPr>
            <w:tcW w:w="2160" w:type="dxa"/>
            <w:vAlign w:val="center"/>
          </w:tcPr>
          <w:p w14:paraId="2E49E212"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372950F"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3DCD4ACF" w14:textId="77777777" w:rsidR="001E5BA3" w:rsidRDefault="001E5BA3">
            <w:pPr>
              <w:spacing w:before="15" w:after="15" w:line="240" w:lineRule="auto"/>
              <w:jc w:val="right"/>
              <w:rPr>
                <w:sz w:val="15"/>
              </w:rPr>
            </w:pPr>
            <w:r>
              <w:rPr>
                <w:sz w:val="15"/>
                <w:lang w:val="en-GB"/>
              </w:rPr>
              <w:t>£380</w:t>
            </w:r>
          </w:p>
        </w:tc>
      </w:tr>
      <w:tr w:rsidR="001E5BA3" w14:paraId="6938DCF1" w14:textId="77777777" w:rsidTr="001E5BA3">
        <w:tc>
          <w:tcPr>
            <w:tcW w:w="1042" w:type="dxa"/>
            <w:vAlign w:val="center"/>
          </w:tcPr>
          <w:p w14:paraId="4ADAB7EE" w14:textId="77777777" w:rsidR="001E5BA3" w:rsidRDefault="001E5BA3">
            <w:pPr>
              <w:spacing w:before="15" w:after="15" w:line="240" w:lineRule="auto"/>
              <w:jc w:val="center"/>
              <w:rPr>
                <w:sz w:val="15"/>
              </w:rPr>
            </w:pPr>
            <w:r>
              <w:rPr>
                <w:sz w:val="15"/>
                <w:lang w:val="en-GB"/>
              </w:rPr>
              <w:t>N084</w:t>
            </w:r>
          </w:p>
        </w:tc>
        <w:tc>
          <w:tcPr>
            <w:tcW w:w="2180" w:type="dxa"/>
            <w:vAlign w:val="center"/>
          </w:tcPr>
          <w:p w14:paraId="43CF0ECF" w14:textId="77777777" w:rsidR="001E5BA3" w:rsidRDefault="001E5BA3">
            <w:pPr>
              <w:spacing w:before="15" w:after="15" w:line="240" w:lineRule="auto"/>
              <w:rPr>
                <w:sz w:val="15"/>
              </w:rPr>
            </w:pPr>
            <w:r>
              <w:rPr>
                <w:sz w:val="15"/>
                <w:lang w:val="en-GB"/>
              </w:rPr>
              <w:t>Silver birch</w:t>
            </w:r>
          </w:p>
        </w:tc>
        <w:tc>
          <w:tcPr>
            <w:tcW w:w="2160" w:type="dxa"/>
            <w:vAlign w:val="center"/>
          </w:tcPr>
          <w:p w14:paraId="797803DF"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C3978B4"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13D83A14" w14:textId="77777777" w:rsidR="001E5BA3" w:rsidRDefault="001E5BA3">
            <w:pPr>
              <w:spacing w:before="15" w:after="15" w:line="240" w:lineRule="auto"/>
              <w:jc w:val="right"/>
              <w:rPr>
                <w:sz w:val="15"/>
              </w:rPr>
            </w:pPr>
            <w:r>
              <w:rPr>
                <w:sz w:val="15"/>
                <w:lang w:val="en-GB"/>
              </w:rPr>
              <w:t>£380</w:t>
            </w:r>
          </w:p>
        </w:tc>
      </w:tr>
      <w:tr w:rsidR="001E5BA3" w14:paraId="6A665A74" w14:textId="77777777" w:rsidTr="001E5BA3">
        <w:tc>
          <w:tcPr>
            <w:tcW w:w="1042" w:type="dxa"/>
            <w:vAlign w:val="center"/>
          </w:tcPr>
          <w:p w14:paraId="4580F4EC" w14:textId="77777777" w:rsidR="001E5BA3" w:rsidRDefault="001E5BA3">
            <w:pPr>
              <w:spacing w:before="15" w:after="15" w:line="240" w:lineRule="auto"/>
              <w:jc w:val="center"/>
              <w:rPr>
                <w:sz w:val="15"/>
              </w:rPr>
            </w:pPr>
            <w:r>
              <w:rPr>
                <w:sz w:val="15"/>
                <w:lang w:val="en-GB"/>
              </w:rPr>
              <w:t>N085</w:t>
            </w:r>
          </w:p>
        </w:tc>
        <w:tc>
          <w:tcPr>
            <w:tcW w:w="2180" w:type="dxa"/>
            <w:vAlign w:val="center"/>
          </w:tcPr>
          <w:p w14:paraId="7F40E6BC" w14:textId="77777777" w:rsidR="001E5BA3" w:rsidRDefault="001E5BA3">
            <w:pPr>
              <w:spacing w:before="15" w:after="15" w:line="240" w:lineRule="auto"/>
              <w:rPr>
                <w:sz w:val="15"/>
              </w:rPr>
            </w:pPr>
            <w:r>
              <w:rPr>
                <w:sz w:val="15"/>
                <w:lang w:val="en-GB"/>
              </w:rPr>
              <w:t>Silver birch</w:t>
            </w:r>
          </w:p>
        </w:tc>
        <w:tc>
          <w:tcPr>
            <w:tcW w:w="2160" w:type="dxa"/>
            <w:vAlign w:val="center"/>
          </w:tcPr>
          <w:p w14:paraId="77E0B4CD"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2851C14"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4792EBA1" w14:textId="77777777" w:rsidR="001E5BA3" w:rsidRDefault="001E5BA3">
            <w:pPr>
              <w:spacing w:before="15" w:after="15" w:line="240" w:lineRule="auto"/>
              <w:jc w:val="right"/>
              <w:rPr>
                <w:sz w:val="15"/>
              </w:rPr>
            </w:pPr>
            <w:r>
              <w:rPr>
                <w:sz w:val="15"/>
                <w:lang w:val="en-GB"/>
              </w:rPr>
              <w:t>£380</w:t>
            </w:r>
          </w:p>
        </w:tc>
      </w:tr>
      <w:tr w:rsidR="001E5BA3" w14:paraId="1D2FD040" w14:textId="77777777" w:rsidTr="001E5BA3">
        <w:tc>
          <w:tcPr>
            <w:tcW w:w="1042" w:type="dxa"/>
            <w:vAlign w:val="center"/>
          </w:tcPr>
          <w:p w14:paraId="73A8F23F" w14:textId="77777777" w:rsidR="001E5BA3" w:rsidRDefault="001E5BA3">
            <w:pPr>
              <w:spacing w:before="15" w:after="15" w:line="240" w:lineRule="auto"/>
              <w:jc w:val="center"/>
              <w:rPr>
                <w:sz w:val="15"/>
              </w:rPr>
            </w:pPr>
            <w:r>
              <w:rPr>
                <w:sz w:val="15"/>
                <w:lang w:val="en-GB"/>
              </w:rPr>
              <w:t>N086</w:t>
            </w:r>
          </w:p>
        </w:tc>
        <w:tc>
          <w:tcPr>
            <w:tcW w:w="2180" w:type="dxa"/>
            <w:vAlign w:val="center"/>
          </w:tcPr>
          <w:p w14:paraId="3362607C" w14:textId="77777777" w:rsidR="001E5BA3" w:rsidRDefault="001E5BA3">
            <w:pPr>
              <w:spacing w:before="15" w:after="15" w:line="240" w:lineRule="auto"/>
              <w:rPr>
                <w:sz w:val="15"/>
              </w:rPr>
            </w:pPr>
            <w:r>
              <w:rPr>
                <w:sz w:val="15"/>
                <w:lang w:val="en-GB"/>
              </w:rPr>
              <w:t>Silver birch</w:t>
            </w:r>
          </w:p>
        </w:tc>
        <w:tc>
          <w:tcPr>
            <w:tcW w:w="2160" w:type="dxa"/>
            <w:vAlign w:val="center"/>
          </w:tcPr>
          <w:p w14:paraId="601C49CA"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847B4EE"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31F4F38A" w14:textId="77777777" w:rsidR="001E5BA3" w:rsidRDefault="001E5BA3">
            <w:pPr>
              <w:spacing w:before="15" w:after="15" w:line="240" w:lineRule="auto"/>
              <w:jc w:val="right"/>
              <w:rPr>
                <w:sz w:val="15"/>
              </w:rPr>
            </w:pPr>
            <w:r>
              <w:rPr>
                <w:sz w:val="15"/>
                <w:lang w:val="en-GB"/>
              </w:rPr>
              <w:t>£380</w:t>
            </w:r>
          </w:p>
        </w:tc>
      </w:tr>
      <w:tr w:rsidR="001E5BA3" w14:paraId="7D66512F" w14:textId="77777777" w:rsidTr="001E5BA3">
        <w:tc>
          <w:tcPr>
            <w:tcW w:w="1042" w:type="dxa"/>
            <w:vAlign w:val="center"/>
          </w:tcPr>
          <w:p w14:paraId="4E54D5EE" w14:textId="77777777" w:rsidR="001E5BA3" w:rsidRDefault="001E5BA3">
            <w:pPr>
              <w:spacing w:before="15" w:after="15" w:line="240" w:lineRule="auto"/>
              <w:jc w:val="center"/>
              <w:rPr>
                <w:sz w:val="15"/>
              </w:rPr>
            </w:pPr>
            <w:r>
              <w:rPr>
                <w:sz w:val="15"/>
                <w:lang w:val="en-GB"/>
              </w:rPr>
              <w:t>N087</w:t>
            </w:r>
          </w:p>
        </w:tc>
        <w:tc>
          <w:tcPr>
            <w:tcW w:w="2180" w:type="dxa"/>
            <w:vAlign w:val="center"/>
          </w:tcPr>
          <w:p w14:paraId="279FEB85" w14:textId="77777777" w:rsidR="001E5BA3" w:rsidRDefault="001E5BA3">
            <w:pPr>
              <w:spacing w:before="15" w:after="15" w:line="240" w:lineRule="auto"/>
              <w:rPr>
                <w:sz w:val="15"/>
              </w:rPr>
            </w:pPr>
            <w:r>
              <w:rPr>
                <w:sz w:val="15"/>
                <w:lang w:val="en-GB"/>
              </w:rPr>
              <w:t>Silver birch</w:t>
            </w:r>
          </w:p>
        </w:tc>
        <w:tc>
          <w:tcPr>
            <w:tcW w:w="2160" w:type="dxa"/>
            <w:vAlign w:val="center"/>
          </w:tcPr>
          <w:p w14:paraId="3D1B21E9"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4F0C441"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33A5DEEF" w14:textId="77777777" w:rsidR="001E5BA3" w:rsidRDefault="001E5BA3">
            <w:pPr>
              <w:spacing w:before="15" w:after="15" w:line="240" w:lineRule="auto"/>
              <w:jc w:val="right"/>
              <w:rPr>
                <w:sz w:val="15"/>
              </w:rPr>
            </w:pPr>
            <w:r>
              <w:rPr>
                <w:sz w:val="15"/>
                <w:lang w:val="en-GB"/>
              </w:rPr>
              <w:t>£380</w:t>
            </w:r>
          </w:p>
        </w:tc>
      </w:tr>
      <w:tr w:rsidR="001E5BA3" w14:paraId="50DF214C" w14:textId="77777777" w:rsidTr="001E5BA3">
        <w:tc>
          <w:tcPr>
            <w:tcW w:w="1042" w:type="dxa"/>
            <w:vAlign w:val="center"/>
          </w:tcPr>
          <w:p w14:paraId="59457A86" w14:textId="77777777" w:rsidR="001E5BA3" w:rsidRDefault="001E5BA3">
            <w:pPr>
              <w:spacing w:before="15" w:after="15" w:line="240" w:lineRule="auto"/>
              <w:jc w:val="center"/>
              <w:rPr>
                <w:sz w:val="15"/>
              </w:rPr>
            </w:pPr>
            <w:r>
              <w:rPr>
                <w:sz w:val="15"/>
                <w:lang w:val="en-GB"/>
              </w:rPr>
              <w:t>N088</w:t>
            </w:r>
          </w:p>
        </w:tc>
        <w:tc>
          <w:tcPr>
            <w:tcW w:w="2180" w:type="dxa"/>
            <w:vAlign w:val="center"/>
          </w:tcPr>
          <w:p w14:paraId="597A49A9" w14:textId="77777777" w:rsidR="001E5BA3" w:rsidRDefault="001E5BA3">
            <w:pPr>
              <w:spacing w:before="15" w:after="15" w:line="240" w:lineRule="auto"/>
              <w:rPr>
                <w:sz w:val="15"/>
              </w:rPr>
            </w:pPr>
            <w:r>
              <w:rPr>
                <w:sz w:val="15"/>
                <w:lang w:val="en-GB"/>
              </w:rPr>
              <w:t>Silver birch</w:t>
            </w:r>
          </w:p>
        </w:tc>
        <w:tc>
          <w:tcPr>
            <w:tcW w:w="2160" w:type="dxa"/>
            <w:vAlign w:val="center"/>
          </w:tcPr>
          <w:p w14:paraId="4368B036" w14:textId="77777777" w:rsidR="001E5BA3" w:rsidRDefault="001E5BA3">
            <w:pPr>
              <w:spacing w:before="15" w:after="15" w:line="240" w:lineRule="auto"/>
              <w:rPr>
                <w:sz w:val="15"/>
              </w:rPr>
            </w:pPr>
            <w:r>
              <w:rPr>
                <w:sz w:val="15"/>
                <w:lang w:val="en-GB"/>
              </w:rPr>
              <w:t>Extra heavy 14/16 cm</w:t>
            </w:r>
          </w:p>
        </w:tc>
        <w:tc>
          <w:tcPr>
            <w:tcW w:w="2617" w:type="dxa"/>
            <w:vAlign w:val="center"/>
          </w:tcPr>
          <w:p w14:paraId="223CDCF6"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13F59EF0" w14:textId="77777777" w:rsidR="001E5BA3" w:rsidRDefault="001E5BA3">
            <w:pPr>
              <w:spacing w:before="15" w:after="15" w:line="240" w:lineRule="auto"/>
              <w:jc w:val="right"/>
              <w:rPr>
                <w:sz w:val="15"/>
              </w:rPr>
            </w:pPr>
            <w:r>
              <w:rPr>
                <w:sz w:val="15"/>
                <w:lang w:val="en-GB"/>
              </w:rPr>
              <w:t>£380</w:t>
            </w:r>
          </w:p>
        </w:tc>
      </w:tr>
      <w:tr w:rsidR="001E5BA3" w14:paraId="2B766B23" w14:textId="77777777" w:rsidTr="001E5BA3">
        <w:tc>
          <w:tcPr>
            <w:tcW w:w="1042" w:type="dxa"/>
            <w:vAlign w:val="center"/>
          </w:tcPr>
          <w:p w14:paraId="1B0D3EB9" w14:textId="77777777" w:rsidR="001E5BA3" w:rsidRDefault="001E5BA3">
            <w:pPr>
              <w:spacing w:before="15" w:after="15" w:line="240" w:lineRule="auto"/>
              <w:jc w:val="center"/>
              <w:rPr>
                <w:sz w:val="15"/>
              </w:rPr>
            </w:pPr>
            <w:r>
              <w:rPr>
                <w:sz w:val="15"/>
                <w:lang w:val="en-GB"/>
              </w:rPr>
              <w:t>N089</w:t>
            </w:r>
          </w:p>
        </w:tc>
        <w:tc>
          <w:tcPr>
            <w:tcW w:w="2180" w:type="dxa"/>
            <w:vAlign w:val="center"/>
          </w:tcPr>
          <w:p w14:paraId="662BF813" w14:textId="77777777" w:rsidR="001E5BA3" w:rsidRDefault="001E5BA3">
            <w:pPr>
              <w:spacing w:before="15" w:after="15" w:line="240" w:lineRule="auto"/>
              <w:rPr>
                <w:sz w:val="15"/>
              </w:rPr>
            </w:pPr>
            <w:r>
              <w:rPr>
                <w:sz w:val="15"/>
                <w:lang w:val="en-GB"/>
              </w:rPr>
              <w:t>Silver birch</w:t>
            </w:r>
          </w:p>
        </w:tc>
        <w:tc>
          <w:tcPr>
            <w:tcW w:w="2160" w:type="dxa"/>
            <w:vAlign w:val="center"/>
          </w:tcPr>
          <w:p w14:paraId="3FD8EBEF"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FE01366"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52553F9E" w14:textId="77777777" w:rsidR="001E5BA3" w:rsidRDefault="001E5BA3">
            <w:pPr>
              <w:spacing w:before="15" w:after="15" w:line="240" w:lineRule="auto"/>
              <w:jc w:val="right"/>
              <w:rPr>
                <w:sz w:val="15"/>
              </w:rPr>
            </w:pPr>
            <w:r>
              <w:rPr>
                <w:sz w:val="15"/>
                <w:lang w:val="en-GB"/>
              </w:rPr>
              <w:t>£380</w:t>
            </w:r>
          </w:p>
        </w:tc>
      </w:tr>
      <w:tr w:rsidR="001E5BA3" w14:paraId="3A1DC28E" w14:textId="77777777" w:rsidTr="001E5BA3">
        <w:tc>
          <w:tcPr>
            <w:tcW w:w="1042" w:type="dxa"/>
            <w:vAlign w:val="center"/>
          </w:tcPr>
          <w:p w14:paraId="78F8F647" w14:textId="77777777" w:rsidR="001E5BA3" w:rsidRDefault="001E5BA3">
            <w:pPr>
              <w:spacing w:before="15" w:after="15" w:line="240" w:lineRule="auto"/>
              <w:jc w:val="center"/>
              <w:rPr>
                <w:sz w:val="15"/>
              </w:rPr>
            </w:pPr>
            <w:r>
              <w:rPr>
                <w:sz w:val="15"/>
                <w:lang w:val="en-GB"/>
              </w:rPr>
              <w:t>N090</w:t>
            </w:r>
          </w:p>
        </w:tc>
        <w:tc>
          <w:tcPr>
            <w:tcW w:w="2180" w:type="dxa"/>
            <w:vAlign w:val="center"/>
          </w:tcPr>
          <w:p w14:paraId="020CF676" w14:textId="77777777" w:rsidR="001E5BA3" w:rsidRDefault="001E5BA3">
            <w:pPr>
              <w:spacing w:before="15" w:after="15" w:line="240" w:lineRule="auto"/>
              <w:rPr>
                <w:sz w:val="15"/>
              </w:rPr>
            </w:pPr>
            <w:r>
              <w:rPr>
                <w:sz w:val="15"/>
                <w:lang w:val="en-GB"/>
              </w:rPr>
              <w:t>Silver birch</w:t>
            </w:r>
          </w:p>
        </w:tc>
        <w:tc>
          <w:tcPr>
            <w:tcW w:w="2160" w:type="dxa"/>
            <w:vAlign w:val="center"/>
          </w:tcPr>
          <w:p w14:paraId="4657B94D" w14:textId="77777777" w:rsidR="001E5BA3" w:rsidRDefault="001E5BA3">
            <w:pPr>
              <w:spacing w:before="15" w:after="15" w:line="240" w:lineRule="auto"/>
              <w:rPr>
                <w:sz w:val="15"/>
              </w:rPr>
            </w:pPr>
            <w:r>
              <w:rPr>
                <w:sz w:val="15"/>
                <w:lang w:val="en-GB"/>
              </w:rPr>
              <w:t>Extra heavy 14/16 cm</w:t>
            </w:r>
          </w:p>
        </w:tc>
        <w:tc>
          <w:tcPr>
            <w:tcW w:w="2617" w:type="dxa"/>
            <w:vAlign w:val="center"/>
          </w:tcPr>
          <w:p w14:paraId="2E6C8DCD"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1588BF40" w14:textId="77777777" w:rsidR="001E5BA3" w:rsidRDefault="001E5BA3">
            <w:pPr>
              <w:spacing w:before="15" w:after="15" w:line="240" w:lineRule="auto"/>
              <w:jc w:val="right"/>
              <w:rPr>
                <w:sz w:val="15"/>
              </w:rPr>
            </w:pPr>
            <w:r>
              <w:rPr>
                <w:sz w:val="15"/>
                <w:lang w:val="en-GB"/>
              </w:rPr>
              <w:t>£380</w:t>
            </w:r>
          </w:p>
        </w:tc>
      </w:tr>
      <w:tr w:rsidR="001E5BA3" w14:paraId="180ACA5A" w14:textId="77777777" w:rsidTr="001E5BA3">
        <w:tc>
          <w:tcPr>
            <w:tcW w:w="1042" w:type="dxa"/>
            <w:vAlign w:val="center"/>
          </w:tcPr>
          <w:p w14:paraId="22BDA64B" w14:textId="77777777" w:rsidR="001E5BA3" w:rsidRDefault="001E5BA3">
            <w:pPr>
              <w:spacing w:before="15" w:after="15" w:line="240" w:lineRule="auto"/>
              <w:jc w:val="center"/>
              <w:rPr>
                <w:sz w:val="15"/>
              </w:rPr>
            </w:pPr>
            <w:r>
              <w:rPr>
                <w:sz w:val="15"/>
                <w:lang w:val="en-GB"/>
              </w:rPr>
              <w:t>N091</w:t>
            </w:r>
          </w:p>
        </w:tc>
        <w:tc>
          <w:tcPr>
            <w:tcW w:w="2180" w:type="dxa"/>
            <w:vAlign w:val="center"/>
          </w:tcPr>
          <w:p w14:paraId="60A14384" w14:textId="77777777" w:rsidR="001E5BA3" w:rsidRDefault="001E5BA3">
            <w:pPr>
              <w:spacing w:before="15" w:after="15" w:line="240" w:lineRule="auto"/>
              <w:rPr>
                <w:sz w:val="15"/>
              </w:rPr>
            </w:pPr>
            <w:r>
              <w:rPr>
                <w:sz w:val="15"/>
                <w:lang w:val="en-GB"/>
              </w:rPr>
              <w:t>Silver birch</w:t>
            </w:r>
          </w:p>
        </w:tc>
        <w:tc>
          <w:tcPr>
            <w:tcW w:w="2160" w:type="dxa"/>
            <w:vAlign w:val="center"/>
          </w:tcPr>
          <w:p w14:paraId="25A8089B"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A5EDA21"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63E30A30" w14:textId="77777777" w:rsidR="001E5BA3" w:rsidRDefault="001E5BA3">
            <w:pPr>
              <w:spacing w:before="15" w:after="15" w:line="240" w:lineRule="auto"/>
              <w:jc w:val="right"/>
              <w:rPr>
                <w:sz w:val="15"/>
              </w:rPr>
            </w:pPr>
            <w:r>
              <w:rPr>
                <w:sz w:val="15"/>
                <w:lang w:val="en-GB"/>
              </w:rPr>
              <w:t>£380</w:t>
            </w:r>
          </w:p>
        </w:tc>
      </w:tr>
      <w:tr w:rsidR="001E5BA3" w14:paraId="5A4A304F" w14:textId="77777777" w:rsidTr="001E5BA3">
        <w:tc>
          <w:tcPr>
            <w:tcW w:w="1042" w:type="dxa"/>
            <w:vAlign w:val="center"/>
          </w:tcPr>
          <w:p w14:paraId="71019C49" w14:textId="77777777" w:rsidR="001E5BA3" w:rsidRDefault="001E5BA3">
            <w:pPr>
              <w:spacing w:before="15" w:after="15" w:line="240" w:lineRule="auto"/>
              <w:jc w:val="center"/>
              <w:rPr>
                <w:sz w:val="15"/>
              </w:rPr>
            </w:pPr>
            <w:r>
              <w:rPr>
                <w:sz w:val="15"/>
                <w:lang w:val="en-GB"/>
              </w:rPr>
              <w:t>N092</w:t>
            </w:r>
          </w:p>
        </w:tc>
        <w:tc>
          <w:tcPr>
            <w:tcW w:w="2180" w:type="dxa"/>
            <w:vAlign w:val="center"/>
          </w:tcPr>
          <w:p w14:paraId="65D58232" w14:textId="77777777" w:rsidR="001E5BA3" w:rsidRDefault="001E5BA3">
            <w:pPr>
              <w:spacing w:before="15" w:after="15" w:line="240" w:lineRule="auto"/>
              <w:rPr>
                <w:sz w:val="15"/>
              </w:rPr>
            </w:pPr>
            <w:r>
              <w:rPr>
                <w:sz w:val="15"/>
                <w:lang w:val="en-GB"/>
              </w:rPr>
              <w:t>Silver birch</w:t>
            </w:r>
          </w:p>
        </w:tc>
        <w:tc>
          <w:tcPr>
            <w:tcW w:w="2160" w:type="dxa"/>
            <w:vAlign w:val="center"/>
          </w:tcPr>
          <w:p w14:paraId="4AF0A4BC"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CECA1B5"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6D045553" w14:textId="77777777" w:rsidR="001E5BA3" w:rsidRDefault="001E5BA3">
            <w:pPr>
              <w:spacing w:before="15" w:after="15" w:line="240" w:lineRule="auto"/>
              <w:jc w:val="right"/>
              <w:rPr>
                <w:sz w:val="15"/>
              </w:rPr>
            </w:pPr>
            <w:r>
              <w:rPr>
                <w:sz w:val="15"/>
                <w:lang w:val="en-GB"/>
              </w:rPr>
              <w:t>£380</w:t>
            </w:r>
          </w:p>
        </w:tc>
      </w:tr>
      <w:tr w:rsidR="001E5BA3" w14:paraId="381C0C3C" w14:textId="77777777" w:rsidTr="001E5BA3">
        <w:tc>
          <w:tcPr>
            <w:tcW w:w="1042" w:type="dxa"/>
            <w:vAlign w:val="center"/>
          </w:tcPr>
          <w:p w14:paraId="6B2C3AE9" w14:textId="77777777" w:rsidR="001E5BA3" w:rsidRDefault="001E5BA3">
            <w:pPr>
              <w:spacing w:before="15" w:after="15" w:line="240" w:lineRule="auto"/>
              <w:jc w:val="center"/>
              <w:rPr>
                <w:sz w:val="15"/>
              </w:rPr>
            </w:pPr>
            <w:r>
              <w:rPr>
                <w:sz w:val="15"/>
                <w:lang w:val="en-GB"/>
              </w:rPr>
              <w:t>N093</w:t>
            </w:r>
          </w:p>
        </w:tc>
        <w:tc>
          <w:tcPr>
            <w:tcW w:w="2180" w:type="dxa"/>
            <w:vAlign w:val="center"/>
          </w:tcPr>
          <w:p w14:paraId="1ADCF249" w14:textId="77777777" w:rsidR="001E5BA3" w:rsidRDefault="001E5BA3">
            <w:pPr>
              <w:spacing w:before="15" w:after="15" w:line="240" w:lineRule="auto"/>
              <w:rPr>
                <w:sz w:val="15"/>
              </w:rPr>
            </w:pPr>
            <w:r>
              <w:rPr>
                <w:sz w:val="15"/>
                <w:lang w:val="en-GB"/>
              </w:rPr>
              <w:t>Silver birch</w:t>
            </w:r>
          </w:p>
        </w:tc>
        <w:tc>
          <w:tcPr>
            <w:tcW w:w="2160" w:type="dxa"/>
            <w:vAlign w:val="center"/>
          </w:tcPr>
          <w:p w14:paraId="294794E4"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A27B569"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20675B08" w14:textId="77777777" w:rsidR="001E5BA3" w:rsidRDefault="001E5BA3">
            <w:pPr>
              <w:spacing w:before="15" w:after="15" w:line="240" w:lineRule="auto"/>
              <w:jc w:val="right"/>
              <w:rPr>
                <w:sz w:val="15"/>
              </w:rPr>
            </w:pPr>
            <w:r>
              <w:rPr>
                <w:sz w:val="15"/>
                <w:lang w:val="en-GB"/>
              </w:rPr>
              <w:t>£380</w:t>
            </w:r>
          </w:p>
        </w:tc>
      </w:tr>
      <w:tr w:rsidR="001E5BA3" w14:paraId="15908DEE" w14:textId="77777777" w:rsidTr="001E5BA3">
        <w:tc>
          <w:tcPr>
            <w:tcW w:w="1042" w:type="dxa"/>
            <w:vAlign w:val="center"/>
          </w:tcPr>
          <w:p w14:paraId="270E3AD5" w14:textId="77777777" w:rsidR="001E5BA3" w:rsidRDefault="001E5BA3">
            <w:pPr>
              <w:spacing w:before="15" w:after="15" w:line="240" w:lineRule="auto"/>
              <w:jc w:val="center"/>
              <w:rPr>
                <w:sz w:val="15"/>
              </w:rPr>
            </w:pPr>
            <w:r>
              <w:rPr>
                <w:sz w:val="15"/>
                <w:lang w:val="en-GB"/>
              </w:rPr>
              <w:t>N094</w:t>
            </w:r>
          </w:p>
        </w:tc>
        <w:tc>
          <w:tcPr>
            <w:tcW w:w="2180" w:type="dxa"/>
            <w:vAlign w:val="center"/>
          </w:tcPr>
          <w:p w14:paraId="67F3B978" w14:textId="77777777" w:rsidR="001E5BA3" w:rsidRDefault="001E5BA3">
            <w:pPr>
              <w:spacing w:before="15" w:after="15" w:line="240" w:lineRule="auto"/>
              <w:rPr>
                <w:sz w:val="15"/>
              </w:rPr>
            </w:pPr>
            <w:r>
              <w:rPr>
                <w:sz w:val="15"/>
                <w:lang w:val="en-GB"/>
              </w:rPr>
              <w:t>Silver birch</w:t>
            </w:r>
          </w:p>
        </w:tc>
        <w:tc>
          <w:tcPr>
            <w:tcW w:w="2160" w:type="dxa"/>
            <w:vAlign w:val="center"/>
          </w:tcPr>
          <w:p w14:paraId="0C1F245D" w14:textId="77777777" w:rsidR="001E5BA3" w:rsidRDefault="001E5BA3">
            <w:pPr>
              <w:spacing w:before="15" w:after="15" w:line="240" w:lineRule="auto"/>
              <w:rPr>
                <w:sz w:val="15"/>
              </w:rPr>
            </w:pPr>
            <w:r>
              <w:rPr>
                <w:sz w:val="15"/>
                <w:lang w:val="en-GB"/>
              </w:rPr>
              <w:t>Extra heavy 14/16 cm</w:t>
            </w:r>
          </w:p>
        </w:tc>
        <w:tc>
          <w:tcPr>
            <w:tcW w:w="2617" w:type="dxa"/>
            <w:vAlign w:val="center"/>
          </w:tcPr>
          <w:p w14:paraId="21C2A940"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43E3CF32" w14:textId="77777777" w:rsidR="001E5BA3" w:rsidRDefault="001E5BA3">
            <w:pPr>
              <w:spacing w:before="15" w:after="15" w:line="240" w:lineRule="auto"/>
              <w:jc w:val="right"/>
              <w:rPr>
                <w:sz w:val="15"/>
              </w:rPr>
            </w:pPr>
            <w:r>
              <w:rPr>
                <w:sz w:val="15"/>
                <w:lang w:val="en-GB"/>
              </w:rPr>
              <w:t>£380</w:t>
            </w:r>
          </w:p>
        </w:tc>
      </w:tr>
      <w:tr w:rsidR="001E5BA3" w14:paraId="7F0229A9" w14:textId="77777777" w:rsidTr="001E5BA3">
        <w:tc>
          <w:tcPr>
            <w:tcW w:w="1042" w:type="dxa"/>
            <w:vAlign w:val="center"/>
          </w:tcPr>
          <w:p w14:paraId="65A191FD" w14:textId="77777777" w:rsidR="001E5BA3" w:rsidRDefault="001E5BA3">
            <w:pPr>
              <w:spacing w:before="15" w:after="15" w:line="240" w:lineRule="auto"/>
              <w:jc w:val="center"/>
              <w:rPr>
                <w:sz w:val="15"/>
              </w:rPr>
            </w:pPr>
            <w:r>
              <w:rPr>
                <w:sz w:val="15"/>
                <w:lang w:val="en-GB"/>
              </w:rPr>
              <w:t>N095</w:t>
            </w:r>
          </w:p>
        </w:tc>
        <w:tc>
          <w:tcPr>
            <w:tcW w:w="2180" w:type="dxa"/>
            <w:vAlign w:val="center"/>
          </w:tcPr>
          <w:p w14:paraId="026A8F66" w14:textId="77777777" w:rsidR="001E5BA3" w:rsidRDefault="001E5BA3">
            <w:pPr>
              <w:spacing w:before="15" w:after="15" w:line="240" w:lineRule="auto"/>
              <w:rPr>
                <w:sz w:val="15"/>
              </w:rPr>
            </w:pPr>
            <w:r>
              <w:rPr>
                <w:sz w:val="15"/>
                <w:lang w:val="en-GB"/>
              </w:rPr>
              <w:t>Silver birch</w:t>
            </w:r>
          </w:p>
        </w:tc>
        <w:tc>
          <w:tcPr>
            <w:tcW w:w="2160" w:type="dxa"/>
            <w:vAlign w:val="center"/>
          </w:tcPr>
          <w:p w14:paraId="4D0BF287"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E6400E8"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3D83A949" w14:textId="77777777" w:rsidR="001E5BA3" w:rsidRDefault="001E5BA3">
            <w:pPr>
              <w:spacing w:before="15" w:after="15" w:line="240" w:lineRule="auto"/>
              <w:jc w:val="right"/>
              <w:rPr>
                <w:sz w:val="15"/>
              </w:rPr>
            </w:pPr>
            <w:r>
              <w:rPr>
                <w:sz w:val="15"/>
                <w:lang w:val="en-GB"/>
              </w:rPr>
              <w:t>£380</w:t>
            </w:r>
          </w:p>
        </w:tc>
      </w:tr>
      <w:tr w:rsidR="001E5BA3" w14:paraId="47690B3B" w14:textId="77777777" w:rsidTr="001E5BA3">
        <w:tc>
          <w:tcPr>
            <w:tcW w:w="1042" w:type="dxa"/>
            <w:vAlign w:val="center"/>
          </w:tcPr>
          <w:p w14:paraId="110537ED" w14:textId="77777777" w:rsidR="001E5BA3" w:rsidRDefault="001E5BA3">
            <w:pPr>
              <w:spacing w:before="15" w:after="15" w:line="240" w:lineRule="auto"/>
              <w:jc w:val="center"/>
              <w:rPr>
                <w:sz w:val="15"/>
              </w:rPr>
            </w:pPr>
            <w:r>
              <w:rPr>
                <w:sz w:val="15"/>
                <w:lang w:val="en-GB"/>
              </w:rPr>
              <w:t>N096</w:t>
            </w:r>
          </w:p>
        </w:tc>
        <w:tc>
          <w:tcPr>
            <w:tcW w:w="2180" w:type="dxa"/>
            <w:vAlign w:val="center"/>
          </w:tcPr>
          <w:p w14:paraId="103F3892" w14:textId="77777777" w:rsidR="001E5BA3" w:rsidRDefault="001E5BA3">
            <w:pPr>
              <w:spacing w:before="15" w:after="15" w:line="240" w:lineRule="auto"/>
              <w:rPr>
                <w:sz w:val="15"/>
              </w:rPr>
            </w:pPr>
            <w:r>
              <w:rPr>
                <w:sz w:val="15"/>
                <w:lang w:val="en-GB"/>
              </w:rPr>
              <w:t>Silver birch</w:t>
            </w:r>
          </w:p>
        </w:tc>
        <w:tc>
          <w:tcPr>
            <w:tcW w:w="2160" w:type="dxa"/>
            <w:vAlign w:val="center"/>
          </w:tcPr>
          <w:p w14:paraId="6469F8BA"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077E08B"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21EE20B2" w14:textId="77777777" w:rsidR="001E5BA3" w:rsidRDefault="001E5BA3">
            <w:pPr>
              <w:spacing w:before="15" w:after="15" w:line="240" w:lineRule="auto"/>
              <w:jc w:val="right"/>
              <w:rPr>
                <w:sz w:val="15"/>
              </w:rPr>
            </w:pPr>
            <w:r>
              <w:rPr>
                <w:sz w:val="15"/>
                <w:lang w:val="en-GB"/>
              </w:rPr>
              <w:t>£285</w:t>
            </w:r>
          </w:p>
        </w:tc>
      </w:tr>
      <w:tr w:rsidR="001E5BA3" w14:paraId="5FE74291" w14:textId="77777777" w:rsidTr="001E5BA3">
        <w:tc>
          <w:tcPr>
            <w:tcW w:w="1042" w:type="dxa"/>
            <w:vAlign w:val="center"/>
          </w:tcPr>
          <w:p w14:paraId="23E0A39D" w14:textId="77777777" w:rsidR="001E5BA3" w:rsidRDefault="001E5BA3">
            <w:pPr>
              <w:spacing w:before="15" w:after="15" w:line="240" w:lineRule="auto"/>
              <w:jc w:val="center"/>
              <w:rPr>
                <w:sz w:val="15"/>
              </w:rPr>
            </w:pPr>
            <w:r>
              <w:rPr>
                <w:sz w:val="15"/>
                <w:lang w:val="en-GB"/>
              </w:rPr>
              <w:t>N097</w:t>
            </w:r>
          </w:p>
        </w:tc>
        <w:tc>
          <w:tcPr>
            <w:tcW w:w="2180" w:type="dxa"/>
            <w:vAlign w:val="center"/>
          </w:tcPr>
          <w:p w14:paraId="7BF174F4" w14:textId="77777777" w:rsidR="001E5BA3" w:rsidRDefault="001E5BA3">
            <w:pPr>
              <w:spacing w:before="15" w:after="15" w:line="240" w:lineRule="auto"/>
              <w:rPr>
                <w:sz w:val="15"/>
              </w:rPr>
            </w:pPr>
            <w:r>
              <w:rPr>
                <w:sz w:val="15"/>
                <w:lang w:val="en-GB"/>
              </w:rPr>
              <w:t>Silver birch</w:t>
            </w:r>
          </w:p>
        </w:tc>
        <w:tc>
          <w:tcPr>
            <w:tcW w:w="2160" w:type="dxa"/>
            <w:vAlign w:val="center"/>
          </w:tcPr>
          <w:p w14:paraId="7920BA4F"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77986AB2"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2D423490" w14:textId="77777777" w:rsidR="001E5BA3" w:rsidRDefault="001E5BA3">
            <w:pPr>
              <w:spacing w:before="15" w:after="15" w:line="240" w:lineRule="auto"/>
              <w:jc w:val="right"/>
              <w:rPr>
                <w:sz w:val="15"/>
              </w:rPr>
            </w:pPr>
            <w:r>
              <w:rPr>
                <w:sz w:val="15"/>
                <w:lang w:val="en-GB"/>
              </w:rPr>
              <w:t>£285</w:t>
            </w:r>
          </w:p>
        </w:tc>
      </w:tr>
      <w:tr w:rsidR="001E5BA3" w14:paraId="3D909DED" w14:textId="77777777" w:rsidTr="001E5BA3">
        <w:tc>
          <w:tcPr>
            <w:tcW w:w="1042" w:type="dxa"/>
            <w:vAlign w:val="center"/>
          </w:tcPr>
          <w:p w14:paraId="45F18EBD" w14:textId="77777777" w:rsidR="001E5BA3" w:rsidRDefault="001E5BA3">
            <w:pPr>
              <w:spacing w:before="15" w:after="15" w:line="240" w:lineRule="auto"/>
              <w:jc w:val="center"/>
              <w:rPr>
                <w:sz w:val="15"/>
              </w:rPr>
            </w:pPr>
            <w:r>
              <w:rPr>
                <w:sz w:val="15"/>
                <w:lang w:val="en-GB"/>
              </w:rPr>
              <w:t>N098</w:t>
            </w:r>
          </w:p>
        </w:tc>
        <w:tc>
          <w:tcPr>
            <w:tcW w:w="2180" w:type="dxa"/>
            <w:vAlign w:val="center"/>
          </w:tcPr>
          <w:p w14:paraId="5EFDCF3C" w14:textId="77777777" w:rsidR="001E5BA3" w:rsidRDefault="001E5BA3">
            <w:pPr>
              <w:spacing w:before="15" w:after="15" w:line="240" w:lineRule="auto"/>
              <w:rPr>
                <w:sz w:val="15"/>
              </w:rPr>
            </w:pPr>
            <w:r>
              <w:rPr>
                <w:sz w:val="15"/>
                <w:lang w:val="en-GB"/>
              </w:rPr>
              <w:t>Silver birch</w:t>
            </w:r>
          </w:p>
        </w:tc>
        <w:tc>
          <w:tcPr>
            <w:tcW w:w="2160" w:type="dxa"/>
            <w:vAlign w:val="center"/>
          </w:tcPr>
          <w:p w14:paraId="4A042430"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BED14CA"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71434A91" w14:textId="77777777" w:rsidR="001E5BA3" w:rsidRDefault="001E5BA3">
            <w:pPr>
              <w:spacing w:before="15" w:after="15" w:line="240" w:lineRule="auto"/>
              <w:jc w:val="right"/>
              <w:rPr>
                <w:sz w:val="15"/>
              </w:rPr>
            </w:pPr>
            <w:r>
              <w:rPr>
                <w:sz w:val="15"/>
                <w:lang w:val="en-GB"/>
              </w:rPr>
              <w:t>£285</w:t>
            </w:r>
          </w:p>
        </w:tc>
      </w:tr>
      <w:tr w:rsidR="001E5BA3" w14:paraId="7EDCAF06" w14:textId="77777777" w:rsidTr="001E5BA3">
        <w:tc>
          <w:tcPr>
            <w:tcW w:w="1042" w:type="dxa"/>
            <w:vAlign w:val="center"/>
          </w:tcPr>
          <w:p w14:paraId="700773AC" w14:textId="77777777" w:rsidR="001E5BA3" w:rsidRDefault="001E5BA3">
            <w:pPr>
              <w:spacing w:before="15" w:after="15" w:line="240" w:lineRule="auto"/>
              <w:jc w:val="center"/>
              <w:rPr>
                <w:sz w:val="15"/>
              </w:rPr>
            </w:pPr>
            <w:r>
              <w:rPr>
                <w:sz w:val="15"/>
                <w:lang w:val="en-GB"/>
              </w:rPr>
              <w:t>N099</w:t>
            </w:r>
          </w:p>
        </w:tc>
        <w:tc>
          <w:tcPr>
            <w:tcW w:w="2180" w:type="dxa"/>
            <w:vAlign w:val="center"/>
          </w:tcPr>
          <w:p w14:paraId="68ED80DF" w14:textId="77777777" w:rsidR="001E5BA3" w:rsidRDefault="001E5BA3">
            <w:pPr>
              <w:spacing w:before="15" w:after="15" w:line="240" w:lineRule="auto"/>
              <w:rPr>
                <w:sz w:val="15"/>
              </w:rPr>
            </w:pPr>
            <w:r>
              <w:rPr>
                <w:sz w:val="15"/>
                <w:lang w:val="en-GB"/>
              </w:rPr>
              <w:t>Silver birch</w:t>
            </w:r>
          </w:p>
        </w:tc>
        <w:tc>
          <w:tcPr>
            <w:tcW w:w="2160" w:type="dxa"/>
            <w:vAlign w:val="center"/>
          </w:tcPr>
          <w:p w14:paraId="7A75E0B9"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73B00C3"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4D98ED84" w14:textId="77777777" w:rsidR="001E5BA3" w:rsidRDefault="001E5BA3">
            <w:pPr>
              <w:spacing w:before="15" w:after="15" w:line="240" w:lineRule="auto"/>
              <w:jc w:val="right"/>
              <w:rPr>
                <w:sz w:val="15"/>
              </w:rPr>
            </w:pPr>
            <w:r>
              <w:rPr>
                <w:sz w:val="15"/>
                <w:lang w:val="en-GB"/>
              </w:rPr>
              <w:t>£285</w:t>
            </w:r>
          </w:p>
        </w:tc>
      </w:tr>
      <w:tr w:rsidR="001E5BA3" w14:paraId="44D08564" w14:textId="77777777" w:rsidTr="001E5BA3">
        <w:tc>
          <w:tcPr>
            <w:tcW w:w="1042" w:type="dxa"/>
            <w:vAlign w:val="center"/>
          </w:tcPr>
          <w:p w14:paraId="733383B8" w14:textId="77777777" w:rsidR="001E5BA3" w:rsidRDefault="001E5BA3">
            <w:pPr>
              <w:spacing w:before="15" w:after="15" w:line="240" w:lineRule="auto"/>
              <w:jc w:val="center"/>
              <w:rPr>
                <w:sz w:val="15"/>
              </w:rPr>
            </w:pPr>
            <w:r>
              <w:rPr>
                <w:sz w:val="15"/>
                <w:lang w:val="en-GB"/>
              </w:rPr>
              <w:t>N100</w:t>
            </w:r>
          </w:p>
        </w:tc>
        <w:tc>
          <w:tcPr>
            <w:tcW w:w="2180" w:type="dxa"/>
            <w:vAlign w:val="center"/>
          </w:tcPr>
          <w:p w14:paraId="1A512481" w14:textId="77777777" w:rsidR="001E5BA3" w:rsidRDefault="001E5BA3">
            <w:pPr>
              <w:spacing w:before="15" w:after="15" w:line="240" w:lineRule="auto"/>
              <w:rPr>
                <w:sz w:val="15"/>
              </w:rPr>
            </w:pPr>
            <w:r>
              <w:rPr>
                <w:sz w:val="15"/>
                <w:lang w:val="en-GB"/>
              </w:rPr>
              <w:t>Silver birch</w:t>
            </w:r>
          </w:p>
        </w:tc>
        <w:tc>
          <w:tcPr>
            <w:tcW w:w="2160" w:type="dxa"/>
            <w:vAlign w:val="center"/>
          </w:tcPr>
          <w:p w14:paraId="35F229AD"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635B042"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74B7A8B8" w14:textId="77777777" w:rsidR="001E5BA3" w:rsidRDefault="001E5BA3">
            <w:pPr>
              <w:spacing w:before="15" w:after="15" w:line="240" w:lineRule="auto"/>
              <w:jc w:val="right"/>
              <w:rPr>
                <w:sz w:val="15"/>
              </w:rPr>
            </w:pPr>
            <w:r>
              <w:rPr>
                <w:sz w:val="15"/>
                <w:lang w:val="en-GB"/>
              </w:rPr>
              <w:t>£285</w:t>
            </w:r>
          </w:p>
        </w:tc>
      </w:tr>
      <w:tr w:rsidR="001E5BA3" w14:paraId="1DC78598" w14:textId="77777777" w:rsidTr="001E5BA3">
        <w:tc>
          <w:tcPr>
            <w:tcW w:w="1042" w:type="dxa"/>
            <w:vAlign w:val="center"/>
          </w:tcPr>
          <w:p w14:paraId="0E9A328F" w14:textId="77777777" w:rsidR="001E5BA3" w:rsidRDefault="001E5BA3">
            <w:pPr>
              <w:spacing w:before="15" w:after="15" w:line="240" w:lineRule="auto"/>
              <w:jc w:val="center"/>
              <w:rPr>
                <w:sz w:val="15"/>
              </w:rPr>
            </w:pPr>
            <w:r>
              <w:rPr>
                <w:sz w:val="15"/>
                <w:lang w:val="en-GB"/>
              </w:rPr>
              <w:t>N101</w:t>
            </w:r>
          </w:p>
        </w:tc>
        <w:tc>
          <w:tcPr>
            <w:tcW w:w="2180" w:type="dxa"/>
            <w:vAlign w:val="center"/>
          </w:tcPr>
          <w:p w14:paraId="4C925AA3" w14:textId="77777777" w:rsidR="001E5BA3" w:rsidRDefault="001E5BA3">
            <w:pPr>
              <w:spacing w:before="15" w:after="15" w:line="240" w:lineRule="auto"/>
              <w:rPr>
                <w:sz w:val="15"/>
              </w:rPr>
            </w:pPr>
            <w:r>
              <w:rPr>
                <w:sz w:val="15"/>
                <w:lang w:val="en-GB"/>
              </w:rPr>
              <w:t>Silver birch</w:t>
            </w:r>
          </w:p>
        </w:tc>
        <w:tc>
          <w:tcPr>
            <w:tcW w:w="2160" w:type="dxa"/>
            <w:vAlign w:val="center"/>
          </w:tcPr>
          <w:p w14:paraId="25ABEC0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4F8A3643"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045075E5" w14:textId="77777777" w:rsidR="001E5BA3" w:rsidRDefault="001E5BA3">
            <w:pPr>
              <w:spacing w:before="15" w:after="15" w:line="240" w:lineRule="auto"/>
              <w:jc w:val="right"/>
              <w:rPr>
                <w:sz w:val="15"/>
              </w:rPr>
            </w:pPr>
            <w:r>
              <w:rPr>
                <w:sz w:val="15"/>
                <w:lang w:val="en-GB"/>
              </w:rPr>
              <w:t>£285</w:t>
            </w:r>
          </w:p>
        </w:tc>
      </w:tr>
      <w:tr w:rsidR="001E5BA3" w14:paraId="6BB20588" w14:textId="77777777" w:rsidTr="001E5BA3">
        <w:tc>
          <w:tcPr>
            <w:tcW w:w="1042" w:type="dxa"/>
            <w:vAlign w:val="center"/>
          </w:tcPr>
          <w:p w14:paraId="0A5CE2ED" w14:textId="77777777" w:rsidR="001E5BA3" w:rsidRDefault="001E5BA3">
            <w:pPr>
              <w:spacing w:before="15" w:after="15" w:line="240" w:lineRule="auto"/>
              <w:jc w:val="center"/>
              <w:rPr>
                <w:sz w:val="15"/>
              </w:rPr>
            </w:pPr>
            <w:r>
              <w:rPr>
                <w:sz w:val="15"/>
                <w:lang w:val="en-GB"/>
              </w:rPr>
              <w:t>N102</w:t>
            </w:r>
          </w:p>
        </w:tc>
        <w:tc>
          <w:tcPr>
            <w:tcW w:w="2180" w:type="dxa"/>
            <w:vAlign w:val="center"/>
          </w:tcPr>
          <w:p w14:paraId="287A553F" w14:textId="77777777" w:rsidR="001E5BA3" w:rsidRDefault="001E5BA3">
            <w:pPr>
              <w:spacing w:before="15" w:after="15" w:line="240" w:lineRule="auto"/>
              <w:rPr>
                <w:sz w:val="15"/>
              </w:rPr>
            </w:pPr>
            <w:r>
              <w:rPr>
                <w:sz w:val="15"/>
                <w:lang w:val="en-GB"/>
              </w:rPr>
              <w:t>Silver birch</w:t>
            </w:r>
          </w:p>
        </w:tc>
        <w:tc>
          <w:tcPr>
            <w:tcW w:w="2160" w:type="dxa"/>
            <w:vAlign w:val="center"/>
          </w:tcPr>
          <w:p w14:paraId="78251FBC"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433F64EF"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7210058E" w14:textId="77777777" w:rsidR="001E5BA3" w:rsidRDefault="001E5BA3">
            <w:pPr>
              <w:spacing w:before="15" w:after="15" w:line="240" w:lineRule="auto"/>
              <w:jc w:val="right"/>
              <w:rPr>
                <w:sz w:val="15"/>
              </w:rPr>
            </w:pPr>
            <w:r>
              <w:rPr>
                <w:sz w:val="15"/>
                <w:lang w:val="en-GB"/>
              </w:rPr>
              <w:t>£285</w:t>
            </w:r>
          </w:p>
        </w:tc>
      </w:tr>
      <w:tr w:rsidR="001E5BA3" w14:paraId="44E60975" w14:textId="77777777" w:rsidTr="001E5BA3">
        <w:tc>
          <w:tcPr>
            <w:tcW w:w="1042" w:type="dxa"/>
            <w:vAlign w:val="center"/>
          </w:tcPr>
          <w:p w14:paraId="278B1071" w14:textId="77777777" w:rsidR="001E5BA3" w:rsidRDefault="001E5BA3">
            <w:pPr>
              <w:spacing w:before="15" w:after="15" w:line="240" w:lineRule="auto"/>
              <w:jc w:val="center"/>
              <w:rPr>
                <w:sz w:val="15"/>
              </w:rPr>
            </w:pPr>
            <w:r>
              <w:rPr>
                <w:sz w:val="15"/>
                <w:lang w:val="en-GB"/>
              </w:rPr>
              <w:t>N103</w:t>
            </w:r>
          </w:p>
        </w:tc>
        <w:tc>
          <w:tcPr>
            <w:tcW w:w="2180" w:type="dxa"/>
            <w:vAlign w:val="center"/>
          </w:tcPr>
          <w:p w14:paraId="1D029765" w14:textId="77777777" w:rsidR="001E5BA3" w:rsidRDefault="001E5BA3">
            <w:pPr>
              <w:spacing w:before="15" w:after="15" w:line="240" w:lineRule="auto"/>
              <w:rPr>
                <w:sz w:val="15"/>
              </w:rPr>
            </w:pPr>
            <w:r>
              <w:rPr>
                <w:sz w:val="15"/>
                <w:lang w:val="en-GB"/>
              </w:rPr>
              <w:t>Silver birch</w:t>
            </w:r>
          </w:p>
        </w:tc>
        <w:tc>
          <w:tcPr>
            <w:tcW w:w="2160" w:type="dxa"/>
            <w:vAlign w:val="center"/>
          </w:tcPr>
          <w:p w14:paraId="0776B717"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705AA613"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60A213FF" w14:textId="77777777" w:rsidR="001E5BA3" w:rsidRDefault="001E5BA3">
            <w:pPr>
              <w:spacing w:before="15" w:after="15" w:line="240" w:lineRule="auto"/>
              <w:jc w:val="right"/>
              <w:rPr>
                <w:sz w:val="15"/>
              </w:rPr>
            </w:pPr>
            <w:r>
              <w:rPr>
                <w:sz w:val="15"/>
                <w:lang w:val="en-GB"/>
              </w:rPr>
              <w:t>£285</w:t>
            </w:r>
          </w:p>
        </w:tc>
      </w:tr>
      <w:tr w:rsidR="001E5BA3" w14:paraId="6D31783A" w14:textId="77777777" w:rsidTr="001E5BA3">
        <w:tc>
          <w:tcPr>
            <w:tcW w:w="1042" w:type="dxa"/>
            <w:vAlign w:val="center"/>
          </w:tcPr>
          <w:p w14:paraId="4805B5F4" w14:textId="77777777" w:rsidR="001E5BA3" w:rsidRDefault="001E5BA3">
            <w:pPr>
              <w:spacing w:before="15" w:after="15" w:line="240" w:lineRule="auto"/>
              <w:jc w:val="center"/>
              <w:rPr>
                <w:sz w:val="15"/>
              </w:rPr>
            </w:pPr>
            <w:r>
              <w:rPr>
                <w:sz w:val="15"/>
                <w:lang w:val="en-GB"/>
              </w:rPr>
              <w:t>N104</w:t>
            </w:r>
          </w:p>
        </w:tc>
        <w:tc>
          <w:tcPr>
            <w:tcW w:w="2180" w:type="dxa"/>
            <w:vAlign w:val="center"/>
          </w:tcPr>
          <w:p w14:paraId="1E22336D" w14:textId="77777777" w:rsidR="001E5BA3" w:rsidRDefault="001E5BA3">
            <w:pPr>
              <w:spacing w:before="15" w:after="15" w:line="240" w:lineRule="auto"/>
              <w:rPr>
                <w:sz w:val="15"/>
              </w:rPr>
            </w:pPr>
            <w:r>
              <w:rPr>
                <w:sz w:val="15"/>
                <w:lang w:val="en-GB"/>
              </w:rPr>
              <w:t>Silver birch</w:t>
            </w:r>
          </w:p>
        </w:tc>
        <w:tc>
          <w:tcPr>
            <w:tcW w:w="2160" w:type="dxa"/>
            <w:vAlign w:val="center"/>
          </w:tcPr>
          <w:p w14:paraId="211B91A6"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39AF57DC"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16CA6280" w14:textId="77777777" w:rsidR="001E5BA3" w:rsidRDefault="001E5BA3">
            <w:pPr>
              <w:spacing w:before="15" w:after="15" w:line="240" w:lineRule="auto"/>
              <w:jc w:val="right"/>
              <w:rPr>
                <w:sz w:val="15"/>
              </w:rPr>
            </w:pPr>
            <w:r>
              <w:rPr>
                <w:sz w:val="15"/>
                <w:lang w:val="en-GB"/>
              </w:rPr>
              <w:t>£285</w:t>
            </w:r>
          </w:p>
        </w:tc>
      </w:tr>
      <w:tr w:rsidR="001E5BA3" w14:paraId="7DC48FB7" w14:textId="77777777" w:rsidTr="001E5BA3">
        <w:tc>
          <w:tcPr>
            <w:tcW w:w="1042" w:type="dxa"/>
            <w:vAlign w:val="center"/>
          </w:tcPr>
          <w:p w14:paraId="1DDE3DF6" w14:textId="77777777" w:rsidR="001E5BA3" w:rsidRDefault="001E5BA3">
            <w:pPr>
              <w:spacing w:before="15" w:after="15" w:line="240" w:lineRule="auto"/>
              <w:jc w:val="center"/>
              <w:rPr>
                <w:sz w:val="15"/>
              </w:rPr>
            </w:pPr>
            <w:r>
              <w:rPr>
                <w:sz w:val="15"/>
                <w:lang w:val="en-GB"/>
              </w:rPr>
              <w:t>N105</w:t>
            </w:r>
          </w:p>
        </w:tc>
        <w:tc>
          <w:tcPr>
            <w:tcW w:w="2180" w:type="dxa"/>
            <w:vAlign w:val="center"/>
          </w:tcPr>
          <w:p w14:paraId="71FBC7A1" w14:textId="77777777" w:rsidR="001E5BA3" w:rsidRDefault="001E5BA3">
            <w:pPr>
              <w:spacing w:before="15" w:after="15" w:line="240" w:lineRule="auto"/>
              <w:rPr>
                <w:sz w:val="15"/>
              </w:rPr>
            </w:pPr>
            <w:r>
              <w:rPr>
                <w:sz w:val="15"/>
                <w:lang w:val="en-GB"/>
              </w:rPr>
              <w:t>Silver birch</w:t>
            </w:r>
          </w:p>
        </w:tc>
        <w:tc>
          <w:tcPr>
            <w:tcW w:w="2160" w:type="dxa"/>
            <w:vAlign w:val="center"/>
          </w:tcPr>
          <w:p w14:paraId="63264D58"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4F720B80"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653001DE" w14:textId="77777777" w:rsidR="001E5BA3" w:rsidRDefault="001E5BA3">
            <w:pPr>
              <w:spacing w:before="15" w:after="15" w:line="240" w:lineRule="auto"/>
              <w:jc w:val="right"/>
              <w:rPr>
                <w:sz w:val="15"/>
              </w:rPr>
            </w:pPr>
            <w:r>
              <w:rPr>
                <w:sz w:val="15"/>
                <w:lang w:val="en-GB"/>
              </w:rPr>
              <w:t>£285</w:t>
            </w:r>
          </w:p>
        </w:tc>
      </w:tr>
      <w:tr w:rsidR="001E5BA3" w14:paraId="2F78A15C" w14:textId="77777777" w:rsidTr="001E5BA3">
        <w:tc>
          <w:tcPr>
            <w:tcW w:w="1042" w:type="dxa"/>
            <w:vAlign w:val="center"/>
          </w:tcPr>
          <w:p w14:paraId="78CA5929" w14:textId="77777777" w:rsidR="001E5BA3" w:rsidRDefault="001E5BA3">
            <w:pPr>
              <w:spacing w:before="15" w:after="15" w:line="240" w:lineRule="auto"/>
              <w:jc w:val="center"/>
              <w:rPr>
                <w:sz w:val="15"/>
              </w:rPr>
            </w:pPr>
            <w:r>
              <w:rPr>
                <w:sz w:val="15"/>
                <w:lang w:val="en-GB"/>
              </w:rPr>
              <w:t>N106</w:t>
            </w:r>
          </w:p>
        </w:tc>
        <w:tc>
          <w:tcPr>
            <w:tcW w:w="2180" w:type="dxa"/>
            <w:vAlign w:val="center"/>
          </w:tcPr>
          <w:p w14:paraId="05CB7980" w14:textId="77777777" w:rsidR="001E5BA3" w:rsidRDefault="001E5BA3">
            <w:pPr>
              <w:spacing w:before="15" w:after="15" w:line="240" w:lineRule="auto"/>
              <w:rPr>
                <w:sz w:val="15"/>
              </w:rPr>
            </w:pPr>
            <w:r>
              <w:rPr>
                <w:sz w:val="15"/>
                <w:lang w:val="en-GB"/>
              </w:rPr>
              <w:t>Silver birch</w:t>
            </w:r>
          </w:p>
        </w:tc>
        <w:tc>
          <w:tcPr>
            <w:tcW w:w="2160" w:type="dxa"/>
            <w:vAlign w:val="center"/>
          </w:tcPr>
          <w:p w14:paraId="6A00E3DC"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3F327040"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0D090E5C" w14:textId="77777777" w:rsidR="001E5BA3" w:rsidRDefault="001E5BA3">
            <w:pPr>
              <w:spacing w:before="15" w:after="15" w:line="240" w:lineRule="auto"/>
              <w:jc w:val="right"/>
              <w:rPr>
                <w:sz w:val="15"/>
              </w:rPr>
            </w:pPr>
            <w:r>
              <w:rPr>
                <w:sz w:val="15"/>
                <w:lang w:val="en-GB"/>
              </w:rPr>
              <w:t>£285</w:t>
            </w:r>
          </w:p>
        </w:tc>
      </w:tr>
      <w:tr w:rsidR="001E5BA3" w14:paraId="2A171E85" w14:textId="77777777" w:rsidTr="001E5BA3">
        <w:tc>
          <w:tcPr>
            <w:tcW w:w="1042" w:type="dxa"/>
            <w:vAlign w:val="center"/>
          </w:tcPr>
          <w:p w14:paraId="41D31A44" w14:textId="77777777" w:rsidR="001E5BA3" w:rsidRDefault="001E5BA3">
            <w:pPr>
              <w:spacing w:before="15" w:after="15" w:line="240" w:lineRule="auto"/>
              <w:jc w:val="center"/>
              <w:rPr>
                <w:sz w:val="15"/>
              </w:rPr>
            </w:pPr>
            <w:r>
              <w:rPr>
                <w:sz w:val="15"/>
                <w:lang w:val="en-GB"/>
              </w:rPr>
              <w:t>N107</w:t>
            </w:r>
          </w:p>
        </w:tc>
        <w:tc>
          <w:tcPr>
            <w:tcW w:w="2180" w:type="dxa"/>
            <w:vAlign w:val="center"/>
          </w:tcPr>
          <w:p w14:paraId="5AA3865B" w14:textId="77777777" w:rsidR="001E5BA3" w:rsidRDefault="001E5BA3">
            <w:pPr>
              <w:spacing w:before="15" w:after="15" w:line="240" w:lineRule="auto"/>
              <w:rPr>
                <w:sz w:val="15"/>
              </w:rPr>
            </w:pPr>
            <w:r>
              <w:rPr>
                <w:sz w:val="15"/>
                <w:lang w:val="en-GB"/>
              </w:rPr>
              <w:t>Silver birch</w:t>
            </w:r>
          </w:p>
        </w:tc>
        <w:tc>
          <w:tcPr>
            <w:tcW w:w="2160" w:type="dxa"/>
            <w:vAlign w:val="center"/>
          </w:tcPr>
          <w:p w14:paraId="4E66413A"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43E124B0"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2F494CE1" w14:textId="77777777" w:rsidR="001E5BA3" w:rsidRDefault="001E5BA3">
            <w:pPr>
              <w:spacing w:before="15" w:after="15" w:line="240" w:lineRule="auto"/>
              <w:jc w:val="right"/>
              <w:rPr>
                <w:sz w:val="15"/>
              </w:rPr>
            </w:pPr>
            <w:r>
              <w:rPr>
                <w:sz w:val="15"/>
                <w:lang w:val="en-GB"/>
              </w:rPr>
              <w:t>£285</w:t>
            </w:r>
          </w:p>
        </w:tc>
      </w:tr>
      <w:tr w:rsidR="001E5BA3" w14:paraId="17B7DCBB" w14:textId="77777777" w:rsidTr="001E5BA3">
        <w:tc>
          <w:tcPr>
            <w:tcW w:w="1042" w:type="dxa"/>
            <w:vAlign w:val="center"/>
          </w:tcPr>
          <w:p w14:paraId="53FA926E" w14:textId="77777777" w:rsidR="001E5BA3" w:rsidRDefault="001E5BA3">
            <w:pPr>
              <w:spacing w:before="15" w:after="15" w:line="240" w:lineRule="auto"/>
              <w:jc w:val="center"/>
              <w:rPr>
                <w:sz w:val="15"/>
              </w:rPr>
            </w:pPr>
            <w:r>
              <w:rPr>
                <w:sz w:val="15"/>
                <w:lang w:val="en-GB"/>
              </w:rPr>
              <w:t>N108</w:t>
            </w:r>
          </w:p>
        </w:tc>
        <w:tc>
          <w:tcPr>
            <w:tcW w:w="2180" w:type="dxa"/>
            <w:vAlign w:val="center"/>
          </w:tcPr>
          <w:p w14:paraId="4ED0760E" w14:textId="77777777" w:rsidR="001E5BA3" w:rsidRDefault="001E5BA3">
            <w:pPr>
              <w:spacing w:before="15" w:after="15" w:line="240" w:lineRule="auto"/>
              <w:rPr>
                <w:sz w:val="15"/>
              </w:rPr>
            </w:pPr>
            <w:r>
              <w:rPr>
                <w:sz w:val="15"/>
                <w:lang w:val="en-GB"/>
              </w:rPr>
              <w:t>Small-leaved lime</w:t>
            </w:r>
          </w:p>
        </w:tc>
        <w:tc>
          <w:tcPr>
            <w:tcW w:w="2160" w:type="dxa"/>
            <w:vAlign w:val="center"/>
          </w:tcPr>
          <w:p w14:paraId="2E4DC6BC" w14:textId="77777777" w:rsidR="001E5BA3" w:rsidRDefault="001E5BA3">
            <w:pPr>
              <w:spacing w:before="15" w:after="15" w:line="240" w:lineRule="auto"/>
              <w:rPr>
                <w:sz w:val="15"/>
              </w:rPr>
            </w:pPr>
            <w:r>
              <w:rPr>
                <w:sz w:val="15"/>
                <w:lang w:val="en-GB"/>
              </w:rPr>
              <w:t>Extra heavy 16/18 cm</w:t>
            </w:r>
          </w:p>
        </w:tc>
        <w:tc>
          <w:tcPr>
            <w:tcW w:w="2617" w:type="dxa"/>
            <w:vAlign w:val="center"/>
          </w:tcPr>
          <w:p w14:paraId="78CDF75B"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10974ED4" w14:textId="77777777" w:rsidR="001E5BA3" w:rsidRDefault="001E5BA3">
            <w:pPr>
              <w:spacing w:before="15" w:after="15" w:line="240" w:lineRule="auto"/>
              <w:jc w:val="right"/>
              <w:rPr>
                <w:sz w:val="15"/>
              </w:rPr>
            </w:pPr>
            <w:r>
              <w:rPr>
                <w:sz w:val="15"/>
                <w:lang w:val="en-GB"/>
              </w:rPr>
              <w:t>£488</w:t>
            </w:r>
          </w:p>
        </w:tc>
      </w:tr>
      <w:tr w:rsidR="001E5BA3" w14:paraId="5D6C0FC4" w14:textId="77777777" w:rsidTr="001E5BA3">
        <w:tc>
          <w:tcPr>
            <w:tcW w:w="1042" w:type="dxa"/>
            <w:vAlign w:val="center"/>
          </w:tcPr>
          <w:p w14:paraId="039BB0E1" w14:textId="77777777" w:rsidR="001E5BA3" w:rsidRDefault="001E5BA3">
            <w:pPr>
              <w:spacing w:before="15" w:after="15" w:line="240" w:lineRule="auto"/>
              <w:jc w:val="center"/>
              <w:rPr>
                <w:sz w:val="15"/>
              </w:rPr>
            </w:pPr>
            <w:r>
              <w:rPr>
                <w:sz w:val="15"/>
                <w:lang w:val="en-GB"/>
              </w:rPr>
              <w:t>N109</w:t>
            </w:r>
          </w:p>
        </w:tc>
        <w:tc>
          <w:tcPr>
            <w:tcW w:w="2180" w:type="dxa"/>
            <w:vAlign w:val="center"/>
          </w:tcPr>
          <w:p w14:paraId="06DD4B09" w14:textId="77777777" w:rsidR="001E5BA3" w:rsidRDefault="001E5BA3">
            <w:pPr>
              <w:spacing w:before="15" w:after="15" w:line="240" w:lineRule="auto"/>
              <w:rPr>
                <w:sz w:val="15"/>
              </w:rPr>
            </w:pPr>
            <w:r>
              <w:rPr>
                <w:sz w:val="15"/>
                <w:lang w:val="en-GB"/>
              </w:rPr>
              <w:t>Small-leaved lime</w:t>
            </w:r>
          </w:p>
        </w:tc>
        <w:tc>
          <w:tcPr>
            <w:tcW w:w="2160" w:type="dxa"/>
            <w:vAlign w:val="center"/>
          </w:tcPr>
          <w:p w14:paraId="72943A95" w14:textId="77777777" w:rsidR="001E5BA3" w:rsidRDefault="001E5BA3">
            <w:pPr>
              <w:spacing w:before="15" w:after="15" w:line="240" w:lineRule="auto"/>
              <w:rPr>
                <w:sz w:val="15"/>
              </w:rPr>
            </w:pPr>
            <w:r>
              <w:rPr>
                <w:sz w:val="15"/>
                <w:lang w:val="en-GB"/>
              </w:rPr>
              <w:t>Extra heavy 16/18 cm</w:t>
            </w:r>
          </w:p>
        </w:tc>
        <w:tc>
          <w:tcPr>
            <w:tcW w:w="2617" w:type="dxa"/>
            <w:vAlign w:val="center"/>
          </w:tcPr>
          <w:p w14:paraId="3B986DAD"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61B44FF3" w14:textId="77777777" w:rsidR="001E5BA3" w:rsidRDefault="001E5BA3">
            <w:pPr>
              <w:spacing w:before="15" w:after="15" w:line="240" w:lineRule="auto"/>
              <w:jc w:val="right"/>
              <w:rPr>
                <w:sz w:val="15"/>
              </w:rPr>
            </w:pPr>
            <w:r>
              <w:rPr>
                <w:sz w:val="15"/>
                <w:lang w:val="en-GB"/>
              </w:rPr>
              <w:t>£488</w:t>
            </w:r>
          </w:p>
        </w:tc>
      </w:tr>
      <w:tr w:rsidR="001E5BA3" w14:paraId="7C677CFD" w14:textId="77777777" w:rsidTr="001E5BA3">
        <w:tc>
          <w:tcPr>
            <w:tcW w:w="1042" w:type="dxa"/>
            <w:vAlign w:val="center"/>
          </w:tcPr>
          <w:p w14:paraId="15A5C106" w14:textId="77777777" w:rsidR="001E5BA3" w:rsidRDefault="001E5BA3">
            <w:pPr>
              <w:spacing w:before="15" w:after="15" w:line="240" w:lineRule="auto"/>
              <w:jc w:val="center"/>
              <w:rPr>
                <w:sz w:val="15"/>
              </w:rPr>
            </w:pPr>
            <w:r>
              <w:rPr>
                <w:sz w:val="15"/>
                <w:lang w:val="en-GB"/>
              </w:rPr>
              <w:lastRenderedPageBreak/>
              <w:t>N110</w:t>
            </w:r>
          </w:p>
        </w:tc>
        <w:tc>
          <w:tcPr>
            <w:tcW w:w="2180" w:type="dxa"/>
            <w:vAlign w:val="center"/>
          </w:tcPr>
          <w:p w14:paraId="12EACF76" w14:textId="77777777" w:rsidR="001E5BA3" w:rsidRDefault="001E5BA3">
            <w:pPr>
              <w:spacing w:before="15" w:after="15" w:line="240" w:lineRule="auto"/>
              <w:rPr>
                <w:sz w:val="15"/>
              </w:rPr>
            </w:pPr>
            <w:r>
              <w:rPr>
                <w:sz w:val="15"/>
                <w:lang w:val="en-GB"/>
              </w:rPr>
              <w:t>Small-leaved lime</w:t>
            </w:r>
          </w:p>
        </w:tc>
        <w:tc>
          <w:tcPr>
            <w:tcW w:w="2160" w:type="dxa"/>
            <w:vAlign w:val="center"/>
          </w:tcPr>
          <w:p w14:paraId="552591E5" w14:textId="77777777" w:rsidR="001E5BA3" w:rsidRDefault="001E5BA3">
            <w:pPr>
              <w:spacing w:before="15" w:after="15" w:line="240" w:lineRule="auto"/>
              <w:rPr>
                <w:sz w:val="15"/>
              </w:rPr>
            </w:pPr>
            <w:r>
              <w:rPr>
                <w:sz w:val="15"/>
                <w:lang w:val="en-GB"/>
              </w:rPr>
              <w:t>Extra heavy 16/18 cm</w:t>
            </w:r>
          </w:p>
        </w:tc>
        <w:tc>
          <w:tcPr>
            <w:tcW w:w="2617" w:type="dxa"/>
            <w:vAlign w:val="center"/>
          </w:tcPr>
          <w:p w14:paraId="1D5AE898"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4399BFFF" w14:textId="77777777" w:rsidR="001E5BA3" w:rsidRDefault="001E5BA3">
            <w:pPr>
              <w:spacing w:before="15" w:after="15" w:line="240" w:lineRule="auto"/>
              <w:jc w:val="right"/>
              <w:rPr>
                <w:sz w:val="15"/>
              </w:rPr>
            </w:pPr>
            <w:r>
              <w:rPr>
                <w:sz w:val="15"/>
                <w:lang w:val="en-GB"/>
              </w:rPr>
              <w:t>£488</w:t>
            </w:r>
          </w:p>
        </w:tc>
      </w:tr>
      <w:tr w:rsidR="001E5BA3" w14:paraId="2C0E9A25" w14:textId="77777777" w:rsidTr="001E5BA3">
        <w:tc>
          <w:tcPr>
            <w:tcW w:w="1042" w:type="dxa"/>
            <w:vAlign w:val="center"/>
          </w:tcPr>
          <w:p w14:paraId="2932F092" w14:textId="77777777" w:rsidR="001E5BA3" w:rsidRDefault="001E5BA3">
            <w:pPr>
              <w:spacing w:before="15" w:after="15" w:line="240" w:lineRule="auto"/>
              <w:jc w:val="center"/>
              <w:rPr>
                <w:sz w:val="15"/>
              </w:rPr>
            </w:pPr>
            <w:r>
              <w:rPr>
                <w:sz w:val="15"/>
                <w:lang w:val="en-GB"/>
              </w:rPr>
              <w:t>N111</w:t>
            </w:r>
          </w:p>
        </w:tc>
        <w:tc>
          <w:tcPr>
            <w:tcW w:w="2180" w:type="dxa"/>
            <w:vAlign w:val="center"/>
          </w:tcPr>
          <w:p w14:paraId="2243D1DB" w14:textId="77777777" w:rsidR="001E5BA3" w:rsidRDefault="001E5BA3">
            <w:pPr>
              <w:spacing w:before="15" w:after="15" w:line="240" w:lineRule="auto"/>
              <w:rPr>
                <w:sz w:val="15"/>
              </w:rPr>
            </w:pPr>
            <w:r>
              <w:rPr>
                <w:sz w:val="15"/>
                <w:lang w:val="en-GB"/>
              </w:rPr>
              <w:t>Small-leaved lime</w:t>
            </w:r>
          </w:p>
        </w:tc>
        <w:tc>
          <w:tcPr>
            <w:tcW w:w="2160" w:type="dxa"/>
            <w:vAlign w:val="center"/>
          </w:tcPr>
          <w:p w14:paraId="1ED6769B" w14:textId="77777777" w:rsidR="001E5BA3" w:rsidRDefault="001E5BA3">
            <w:pPr>
              <w:spacing w:before="15" w:after="15" w:line="240" w:lineRule="auto"/>
              <w:rPr>
                <w:sz w:val="15"/>
              </w:rPr>
            </w:pPr>
            <w:r>
              <w:rPr>
                <w:sz w:val="15"/>
                <w:lang w:val="en-GB"/>
              </w:rPr>
              <w:t>Extra heavy 16/18 cm</w:t>
            </w:r>
          </w:p>
        </w:tc>
        <w:tc>
          <w:tcPr>
            <w:tcW w:w="2617" w:type="dxa"/>
            <w:vAlign w:val="center"/>
          </w:tcPr>
          <w:p w14:paraId="2490ED0E"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66E2F645" w14:textId="77777777" w:rsidR="001E5BA3" w:rsidRDefault="001E5BA3">
            <w:pPr>
              <w:spacing w:before="15" w:after="15" w:line="240" w:lineRule="auto"/>
              <w:jc w:val="right"/>
              <w:rPr>
                <w:sz w:val="15"/>
              </w:rPr>
            </w:pPr>
            <w:r>
              <w:rPr>
                <w:sz w:val="15"/>
                <w:lang w:val="en-GB"/>
              </w:rPr>
              <w:t>£488</w:t>
            </w:r>
          </w:p>
        </w:tc>
      </w:tr>
      <w:tr w:rsidR="001E5BA3" w14:paraId="6698E7DA" w14:textId="77777777" w:rsidTr="001E5BA3">
        <w:tc>
          <w:tcPr>
            <w:tcW w:w="1042" w:type="dxa"/>
            <w:vAlign w:val="center"/>
          </w:tcPr>
          <w:p w14:paraId="473C588E" w14:textId="77777777" w:rsidR="001E5BA3" w:rsidRDefault="001E5BA3">
            <w:pPr>
              <w:spacing w:before="15" w:after="15" w:line="240" w:lineRule="auto"/>
              <w:jc w:val="center"/>
              <w:rPr>
                <w:sz w:val="15"/>
              </w:rPr>
            </w:pPr>
            <w:r>
              <w:rPr>
                <w:sz w:val="15"/>
                <w:lang w:val="en-GB"/>
              </w:rPr>
              <w:t>N112</w:t>
            </w:r>
          </w:p>
        </w:tc>
        <w:tc>
          <w:tcPr>
            <w:tcW w:w="2180" w:type="dxa"/>
            <w:vAlign w:val="center"/>
          </w:tcPr>
          <w:p w14:paraId="711E14A0" w14:textId="77777777" w:rsidR="001E5BA3" w:rsidRDefault="001E5BA3">
            <w:pPr>
              <w:spacing w:before="15" w:after="15" w:line="240" w:lineRule="auto"/>
              <w:rPr>
                <w:sz w:val="15"/>
              </w:rPr>
            </w:pPr>
            <w:r>
              <w:rPr>
                <w:sz w:val="15"/>
                <w:lang w:val="en-GB"/>
              </w:rPr>
              <w:t>Small-leaved lime</w:t>
            </w:r>
          </w:p>
        </w:tc>
        <w:tc>
          <w:tcPr>
            <w:tcW w:w="2160" w:type="dxa"/>
            <w:vAlign w:val="center"/>
          </w:tcPr>
          <w:p w14:paraId="2A0A448C" w14:textId="77777777" w:rsidR="001E5BA3" w:rsidRDefault="001E5BA3">
            <w:pPr>
              <w:spacing w:before="15" w:after="15" w:line="240" w:lineRule="auto"/>
              <w:rPr>
                <w:sz w:val="15"/>
              </w:rPr>
            </w:pPr>
            <w:r>
              <w:rPr>
                <w:sz w:val="15"/>
                <w:lang w:val="en-GB"/>
              </w:rPr>
              <w:t>Extra heavy 16/18 cm</w:t>
            </w:r>
          </w:p>
        </w:tc>
        <w:tc>
          <w:tcPr>
            <w:tcW w:w="2617" w:type="dxa"/>
            <w:vAlign w:val="center"/>
          </w:tcPr>
          <w:p w14:paraId="66F4839A"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4D69957E" w14:textId="77777777" w:rsidR="001E5BA3" w:rsidRDefault="001E5BA3">
            <w:pPr>
              <w:spacing w:before="15" w:after="15" w:line="240" w:lineRule="auto"/>
              <w:jc w:val="right"/>
              <w:rPr>
                <w:sz w:val="15"/>
              </w:rPr>
            </w:pPr>
            <w:r>
              <w:rPr>
                <w:sz w:val="15"/>
                <w:lang w:val="en-GB"/>
              </w:rPr>
              <w:t>£488</w:t>
            </w:r>
          </w:p>
        </w:tc>
      </w:tr>
      <w:tr w:rsidR="001E5BA3" w14:paraId="3BB9BABF" w14:textId="77777777" w:rsidTr="001E5BA3">
        <w:tc>
          <w:tcPr>
            <w:tcW w:w="1042" w:type="dxa"/>
            <w:vAlign w:val="center"/>
          </w:tcPr>
          <w:p w14:paraId="13037150" w14:textId="77777777" w:rsidR="001E5BA3" w:rsidRDefault="001E5BA3">
            <w:pPr>
              <w:spacing w:before="15" w:after="15" w:line="240" w:lineRule="auto"/>
              <w:jc w:val="center"/>
              <w:rPr>
                <w:sz w:val="15"/>
              </w:rPr>
            </w:pPr>
            <w:r>
              <w:rPr>
                <w:sz w:val="15"/>
                <w:lang w:val="en-GB"/>
              </w:rPr>
              <w:t>N113</w:t>
            </w:r>
          </w:p>
        </w:tc>
        <w:tc>
          <w:tcPr>
            <w:tcW w:w="2180" w:type="dxa"/>
            <w:vAlign w:val="center"/>
          </w:tcPr>
          <w:p w14:paraId="061EB8BF" w14:textId="77777777" w:rsidR="001E5BA3" w:rsidRDefault="001E5BA3">
            <w:pPr>
              <w:spacing w:before="15" w:after="15" w:line="240" w:lineRule="auto"/>
              <w:rPr>
                <w:sz w:val="15"/>
              </w:rPr>
            </w:pPr>
            <w:r>
              <w:rPr>
                <w:sz w:val="15"/>
                <w:lang w:val="en-GB"/>
              </w:rPr>
              <w:t>Small-leaved lime</w:t>
            </w:r>
          </w:p>
        </w:tc>
        <w:tc>
          <w:tcPr>
            <w:tcW w:w="2160" w:type="dxa"/>
            <w:vAlign w:val="center"/>
          </w:tcPr>
          <w:p w14:paraId="63A23114" w14:textId="77777777" w:rsidR="001E5BA3" w:rsidRDefault="001E5BA3">
            <w:pPr>
              <w:spacing w:before="15" w:after="15" w:line="240" w:lineRule="auto"/>
              <w:rPr>
                <w:sz w:val="15"/>
              </w:rPr>
            </w:pPr>
            <w:r>
              <w:rPr>
                <w:sz w:val="15"/>
                <w:lang w:val="en-GB"/>
              </w:rPr>
              <w:t>Extra heavy 16/18 cm</w:t>
            </w:r>
          </w:p>
        </w:tc>
        <w:tc>
          <w:tcPr>
            <w:tcW w:w="2617" w:type="dxa"/>
            <w:vAlign w:val="center"/>
          </w:tcPr>
          <w:p w14:paraId="6041C739" w14:textId="77777777" w:rsidR="001E5BA3" w:rsidRDefault="001E5BA3">
            <w:pPr>
              <w:spacing w:before="15" w:after="15" w:line="240" w:lineRule="auto"/>
              <w:rPr>
                <w:sz w:val="15"/>
              </w:rPr>
            </w:pPr>
            <w:r>
              <w:rPr>
                <w:sz w:val="15"/>
                <w:lang w:val="en-GB"/>
              </w:rPr>
              <w:t>Pocket park / open green</w:t>
            </w:r>
          </w:p>
        </w:tc>
        <w:tc>
          <w:tcPr>
            <w:tcW w:w="759" w:type="dxa"/>
            <w:vAlign w:val="center"/>
          </w:tcPr>
          <w:p w14:paraId="5684B251" w14:textId="77777777" w:rsidR="001E5BA3" w:rsidRDefault="001E5BA3">
            <w:pPr>
              <w:spacing w:before="15" w:after="15" w:line="240" w:lineRule="auto"/>
              <w:jc w:val="right"/>
              <w:rPr>
                <w:sz w:val="15"/>
              </w:rPr>
            </w:pPr>
            <w:r>
              <w:rPr>
                <w:sz w:val="15"/>
                <w:lang w:val="en-GB"/>
              </w:rPr>
              <w:t>£488</w:t>
            </w:r>
          </w:p>
        </w:tc>
      </w:tr>
      <w:tr w:rsidR="001E5BA3" w14:paraId="7045A5EA" w14:textId="77777777" w:rsidTr="001E5BA3">
        <w:tc>
          <w:tcPr>
            <w:tcW w:w="1042" w:type="dxa"/>
            <w:vAlign w:val="center"/>
          </w:tcPr>
          <w:p w14:paraId="5F3E0BC0" w14:textId="77777777" w:rsidR="001E5BA3" w:rsidRDefault="001E5BA3">
            <w:pPr>
              <w:spacing w:before="15" w:after="15" w:line="240" w:lineRule="auto"/>
              <w:jc w:val="center"/>
              <w:rPr>
                <w:sz w:val="15"/>
              </w:rPr>
            </w:pPr>
            <w:r>
              <w:rPr>
                <w:sz w:val="15"/>
                <w:lang w:val="en-GB"/>
              </w:rPr>
              <w:t>N114</w:t>
            </w:r>
          </w:p>
        </w:tc>
        <w:tc>
          <w:tcPr>
            <w:tcW w:w="2180" w:type="dxa"/>
            <w:vAlign w:val="center"/>
          </w:tcPr>
          <w:p w14:paraId="6A55A0D6" w14:textId="77777777" w:rsidR="001E5BA3" w:rsidRDefault="001E5BA3">
            <w:pPr>
              <w:spacing w:before="15" w:after="15" w:line="240" w:lineRule="auto"/>
              <w:rPr>
                <w:sz w:val="15"/>
              </w:rPr>
            </w:pPr>
            <w:r>
              <w:rPr>
                <w:sz w:val="15"/>
                <w:lang w:val="en-GB"/>
              </w:rPr>
              <w:t>Field maple</w:t>
            </w:r>
          </w:p>
        </w:tc>
        <w:tc>
          <w:tcPr>
            <w:tcW w:w="2160" w:type="dxa"/>
            <w:vAlign w:val="center"/>
          </w:tcPr>
          <w:p w14:paraId="720814A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3B0CF527"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7B25B2B4" w14:textId="77777777" w:rsidR="001E5BA3" w:rsidRDefault="001E5BA3">
            <w:pPr>
              <w:spacing w:before="15" w:after="15" w:line="240" w:lineRule="auto"/>
              <w:jc w:val="right"/>
              <w:rPr>
                <w:sz w:val="15"/>
              </w:rPr>
            </w:pPr>
            <w:r>
              <w:rPr>
                <w:sz w:val="15"/>
                <w:lang w:val="en-GB"/>
              </w:rPr>
              <w:t>£285</w:t>
            </w:r>
          </w:p>
        </w:tc>
      </w:tr>
      <w:tr w:rsidR="001E5BA3" w14:paraId="5474240F" w14:textId="77777777" w:rsidTr="001E5BA3">
        <w:tc>
          <w:tcPr>
            <w:tcW w:w="1042" w:type="dxa"/>
            <w:vAlign w:val="center"/>
          </w:tcPr>
          <w:p w14:paraId="3AFAEC08" w14:textId="77777777" w:rsidR="001E5BA3" w:rsidRDefault="001E5BA3">
            <w:pPr>
              <w:spacing w:before="15" w:after="15" w:line="240" w:lineRule="auto"/>
              <w:jc w:val="center"/>
              <w:rPr>
                <w:sz w:val="15"/>
              </w:rPr>
            </w:pPr>
            <w:r>
              <w:rPr>
                <w:sz w:val="15"/>
                <w:lang w:val="en-GB"/>
              </w:rPr>
              <w:t>N115</w:t>
            </w:r>
          </w:p>
        </w:tc>
        <w:tc>
          <w:tcPr>
            <w:tcW w:w="2180" w:type="dxa"/>
            <w:vAlign w:val="center"/>
          </w:tcPr>
          <w:p w14:paraId="473DC9A5" w14:textId="77777777" w:rsidR="001E5BA3" w:rsidRDefault="001E5BA3">
            <w:pPr>
              <w:spacing w:before="15" w:after="15" w:line="240" w:lineRule="auto"/>
              <w:rPr>
                <w:sz w:val="15"/>
              </w:rPr>
            </w:pPr>
            <w:r>
              <w:rPr>
                <w:sz w:val="15"/>
                <w:lang w:val="en-GB"/>
              </w:rPr>
              <w:t>Field maple</w:t>
            </w:r>
          </w:p>
        </w:tc>
        <w:tc>
          <w:tcPr>
            <w:tcW w:w="2160" w:type="dxa"/>
            <w:vAlign w:val="center"/>
          </w:tcPr>
          <w:p w14:paraId="286D9782"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0F5A2488"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103821C4" w14:textId="77777777" w:rsidR="001E5BA3" w:rsidRDefault="001E5BA3">
            <w:pPr>
              <w:spacing w:before="15" w:after="15" w:line="240" w:lineRule="auto"/>
              <w:jc w:val="right"/>
              <w:rPr>
                <w:sz w:val="15"/>
              </w:rPr>
            </w:pPr>
            <w:r>
              <w:rPr>
                <w:sz w:val="15"/>
                <w:lang w:val="en-GB"/>
              </w:rPr>
              <w:t>£285</w:t>
            </w:r>
          </w:p>
        </w:tc>
      </w:tr>
      <w:tr w:rsidR="001E5BA3" w14:paraId="4B581A66" w14:textId="77777777" w:rsidTr="001E5BA3">
        <w:tc>
          <w:tcPr>
            <w:tcW w:w="1042" w:type="dxa"/>
            <w:vAlign w:val="center"/>
          </w:tcPr>
          <w:p w14:paraId="069834B6" w14:textId="77777777" w:rsidR="001E5BA3" w:rsidRDefault="001E5BA3">
            <w:pPr>
              <w:spacing w:before="15" w:after="15" w:line="240" w:lineRule="auto"/>
              <w:jc w:val="center"/>
              <w:rPr>
                <w:sz w:val="15"/>
              </w:rPr>
            </w:pPr>
            <w:r>
              <w:rPr>
                <w:sz w:val="15"/>
                <w:lang w:val="en-GB"/>
              </w:rPr>
              <w:t>N116</w:t>
            </w:r>
          </w:p>
        </w:tc>
        <w:tc>
          <w:tcPr>
            <w:tcW w:w="2180" w:type="dxa"/>
            <w:vAlign w:val="center"/>
          </w:tcPr>
          <w:p w14:paraId="182AD4C1" w14:textId="77777777" w:rsidR="001E5BA3" w:rsidRDefault="001E5BA3">
            <w:pPr>
              <w:spacing w:before="15" w:after="15" w:line="240" w:lineRule="auto"/>
              <w:rPr>
                <w:sz w:val="15"/>
              </w:rPr>
            </w:pPr>
            <w:r>
              <w:rPr>
                <w:sz w:val="15"/>
                <w:lang w:val="en-GB"/>
              </w:rPr>
              <w:t>Field maple</w:t>
            </w:r>
          </w:p>
        </w:tc>
        <w:tc>
          <w:tcPr>
            <w:tcW w:w="2160" w:type="dxa"/>
            <w:vAlign w:val="center"/>
          </w:tcPr>
          <w:p w14:paraId="3E30B127"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6D08F21E"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0B3D57A5" w14:textId="77777777" w:rsidR="001E5BA3" w:rsidRDefault="001E5BA3">
            <w:pPr>
              <w:spacing w:before="15" w:after="15" w:line="240" w:lineRule="auto"/>
              <w:jc w:val="right"/>
              <w:rPr>
                <w:sz w:val="15"/>
              </w:rPr>
            </w:pPr>
            <w:r>
              <w:rPr>
                <w:sz w:val="15"/>
                <w:lang w:val="en-GB"/>
              </w:rPr>
              <w:t>£285</w:t>
            </w:r>
          </w:p>
        </w:tc>
      </w:tr>
      <w:tr w:rsidR="001E5BA3" w14:paraId="154DEFC4" w14:textId="77777777" w:rsidTr="001E5BA3">
        <w:tc>
          <w:tcPr>
            <w:tcW w:w="1042" w:type="dxa"/>
            <w:vAlign w:val="center"/>
          </w:tcPr>
          <w:p w14:paraId="0DF9A382" w14:textId="77777777" w:rsidR="001E5BA3" w:rsidRDefault="001E5BA3">
            <w:pPr>
              <w:spacing w:before="15" w:after="15" w:line="240" w:lineRule="auto"/>
              <w:jc w:val="center"/>
              <w:rPr>
                <w:sz w:val="15"/>
              </w:rPr>
            </w:pPr>
            <w:r>
              <w:rPr>
                <w:sz w:val="15"/>
                <w:lang w:val="en-GB"/>
              </w:rPr>
              <w:t>N117</w:t>
            </w:r>
          </w:p>
        </w:tc>
        <w:tc>
          <w:tcPr>
            <w:tcW w:w="2180" w:type="dxa"/>
            <w:vAlign w:val="center"/>
          </w:tcPr>
          <w:p w14:paraId="3D026DA5" w14:textId="77777777" w:rsidR="001E5BA3" w:rsidRDefault="001E5BA3">
            <w:pPr>
              <w:spacing w:before="15" w:after="15" w:line="240" w:lineRule="auto"/>
              <w:rPr>
                <w:sz w:val="15"/>
              </w:rPr>
            </w:pPr>
            <w:r>
              <w:rPr>
                <w:sz w:val="15"/>
                <w:lang w:val="en-GB"/>
              </w:rPr>
              <w:t>Field maple</w:t>
            </w:r>
          </w:p>
        </w:tc>
        <w:tc>
          <w:tcPr>
            <w:tcW w:w="2160" w:type="dxa"/>
            <w:vAlign w:val="center"/>
          </w:tcPr>
          <w:p w14:paraId="21352E5B"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040239E"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07A30D9D" w14:textId="77777777" w:rsidR="001E5BA3" w:rsidRDefault="001E5BA3">
            <w:pPr>
              <w:spacing w:before="15" w:after="15" w:line="240" w:lineRule="auto"/>
              <w:jc w:val="right"/>
              <w:rPr>
                <w:sz w:val="15"/>
              </w:rPr>
            </w:pPr>
            <w:r>
              <w:rPr>
                <w:sz w:val="15"/>
                <w:lang w:val="en-GB"/>
              </w:rPr>
              <w:t>£285</w:t>
            </w:r>
          </w:p>
        </w:tc>
      </w:tr>
      <w:tr w:rsidR="001E5BA3" w14:paraId="734BB850" w14:textId="77777777" w:rsidTr="001E5BA3">
        <w:tc>
          <w:tcPr>
            <w:tcW w:w="1042" w:type="dxa"/>
            <w:vAlign w:val="center"/>
          </w:tcPr>
          <w:p w14:paraId="69F400BA" w14:textId="77777777" w:rsidR="001E5BA3" w:rsidRDefault="001E5BA3">
            <w:pPr>
              <w:spacing w:before="15" w:after="15" w:line="240" w:lineRule="auto"/>
              <w:jc w:val="center"/>
              <w:rPr>
                <w:sz w:val="15"/>
              </w:rPr>
            </w:pPr>
            <w:r>
              <w:rPr>
                <w:sz w:val="15"/>
                <w:lang w:val="en-GB"/>
              </w:rPr>
              <w:t>N118</w:t>
            </w:r>
          </w:p>
        </w:tc>
        <w:tc>
          <w:tcPr>
            <w:tcW w:w="2180" w:type="dxa"/>
            <w:vAlign w:val="center"/>
          </w:tcPr>
          <w:p w14:paraId="50CCC732" w14:textId="77777777" w:rsidR="001E5BA3" w:rsidRDefault="001E5BA3">
            <w:pPr>
              <w:spacing w:before="15" w:after="15" w:line="240" w:lineRule="auto"/>
              <w:rPr>
                <w:sz w:val="15"/>
              </w:rPr>
            </w:pPr>
            <w:r>
              <w:rPr>
                <w:sz w:val="15"/>
                <w:lang w:val="en-GB"/>
              </w:rPr>
              <w:t>Field maple</w:t>
            </w:r>
          </w:p>
        </w:tc>
        <w:tc>
          <w:tcPr>
            <w:tcW w:w="2160" w:type="dxa"/>
            <w:vAlign w:val="center"/>
          </w:tcPr>
          <w:p w14:paraId="5B02AB0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067C133"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776B87F5" w14:textId="77777777" w:rsidR="001E5BA3" w:rsidRDefault="001E5BA3">
            <w:pPr>
              <w:spacing w:before="15" w:after="15" w:line="240" w:lineRule="auto"/>
              <w:jc w:val="right"/>
              <w:rPr>
                <w:sz w:val="15"/>
              </w:rPr>
            </w:pPr>
            <w:r>
              <w:rPr>
                <w:sz w:val="15"/>
                <w:lang w:val="en-GB"/>
              </w:rPr>
              <w:t>£285</w:t>
            </w:r>
          </w:p>
        </w:tc>
      </w:tr>
      <w:tr w:rsidR="001E5BA3" w14:paraId="75E1154E" w14:textId="77777777" w:rsidTr="001E5BA3">
        <w:tc>
          <w:tcPr>
            <w:tcW w:w="1042" w:type="dxa"/>
            <w:vAlign w:val="center"/>
          </w:tcPr>
          <w:p w14:paraId="3AEACE13" w14:textId="77777777" w:rsidR="001E5BA3" w:rsidRDefault="001E5BA3">
            <w:pPr>
              <w:spacing w:before="15" w:after="15" w:line="240" w:lineRule="auto"/>
              <w:jc w:val="center"/>
              <w:rPr>
                <w:sz w:val="15"/>
              </w:rPr>
            </w:pPr>
            <w:r>
              <w:rPr>
                <w:sz w:val="15"/>
                <w:lang w:val="en-GB"/>
              </w:rPr>
              <w:t>N119</w:t>
            </w:r>
          </w:p>
        </w:tc>
        <w:tc>
          <w:tcPr>
            <w:tcW w:w="2180" w:type="dxa"/>
            <w:vAlign w:val="center"/>
          </w:tcPr>
          <w:p w14:paraId="5CF06FDD" w14:textId="77777777" w:rsidR="001E5BA3" w:rsidRDefault="001E5BA3">
            <w:pPr>
              <w:spacing w:before="15" w:after="15" w:line="240" w:lineRule="auto"/>
              <w:rPr>
                <w:sz w:val="15"/>
              </w:rPr>
            </w:pPr>
            <w:r>
              <w:rPr>
                <w:sz w:val="15"/>
                <w:lang w:val="en-GB"/>
              </w:rPr>
              <w:t>Field maple</w:t>
            </w:r>
          </w:p>
        </w:tc>
        <w:tc>
          <w:tcPr>
            <w:tcW w:w="2160" w:type="dxa"/>
            <w:vAlign w:val="center"/>
          </w:tcPr>
          <w:p w14:paraId="0F005DA3"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C14DC5B"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675653FE" w14:textId="77777777" w:rsidR="001E5BA3" w:rsidRDefault="001E5BA3">
            <w:pPr>
              <w:spacing w:before="15" w:after="15" w:line="240" w:lineRule="auto"/>
              <w:jc w:val="right"/>
              <w:rPr>
                <w:sz w:val="15"/>
              </w:rPr>
            </w:pPr>
            <w:r>
              <w:rPr>
                <w:sz w:val="15"/>
                <w:lang w:val="en-GB"/>
              </w:rPr>
              <w:t>£285</w:t>
            </w:r>
          </w:p>
        </w:tc>
      </w:tr>
      <w:tr w:rsidR="001E5BA3" w14:paraId="0A0473C4" w14:textId="77777777" w:rsidTr="001E5BA3">
        <w:tc>
          <w:tcPr>
            <w:tcW w:w="1042" w:type="dxa"/>
            <w:vAlign w:val="center"/>
          </w:tcPr>
          <w:p w14:paraId="56FB4FF7" w14:textId="77777777" w:rsidR="001E5BA3" w:rsidRDefault="001E5BA3">
            <w:pPr>
              <w:spacing w:before="15" w:after="15" w:line="240" w:lineRule="auto"/>
              <w:jc w:val="center"/>
              <w:rPr>
                <w:sz w:val="15"/>
              </w:rPr>
            </w:pPr>
            <w:r>
              <w:rPr>
                <w:sz w:val="15"/>
                <w:lang w:val="en-GB"/>
              </w:rPr>
              <w:t>N120</w:t>
            </w:r>
          </w:p>
        </w:tc>
        <w:tc>
          <w:tcPr>
            <w:tcW w:w="2180" w:type="dxa"/>
            <w:vAlign w:val="center"/>
          </w:tcPr>
          <w:p w14:paraId="02378FAD" w14:textId="77777777" w:rsidR="001E5BA3" w:rsidRDefault="001E5BA3">
            <w:pPr>
              <w:spacing w:before="15" w:after="15" w:line="240" w:lineRule="auto"/>
              <w:rPr>
                <w:sz w:val="15"/>
              </w:rPr>
            </w:pPr>
            <w:r>
              <w:rPr>
                <w:sz w:val="15"/>
                <w:lang w:val="en-GB"/>
              </w:rPr>
              <w:t>Field maple</w:t>
            </w:r>
          </w:p>
        </w:tc>
        <w:tc>
          <w:tcPr>
            <w:tcW w:w="2160" w:type="dxa"/>
            <w:vAlign w:val="center"/>
          </w:tcPr>
          <w:p w14:paraId="288F8444" w14:textId="77777777" w:rsidR="001E5BA3" w:rsidRDefault="001E5BA3">
            <w:pPr>
              <w:spacing w:before="15" w:after="15" w:line="240" w:lineRule="auto"/>
              <w:rPr>
                <w:sz w:val="15"/>
              </w:rPr>
            </w:pPr>
            <w:r>
              <w:rPr>
                <w:sz w:val="15"/>
                <w:lang w:val="en-GB"/>
              </w:rPr>
              <w:t>Extra heavy 14/16 cm</w:t>
            </w:r>
          </w:p>
        </w:tc>
        <w:tc>
          <w:tcPr>
            <w:tcW w:w="2617" w:type="dxa"/>
            <w:vAlign w:val="center"/>
          </w:tcPr>
          <w:p w14:paraId="24D1E2D3"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22F77306" w14:textId="77777777" w:rsidR="001E5BA3" w:rsidRDefault="001E5BA3">
            <w:pPr>
              <w:spacing w:before="15" w:after="15" w:line="240" w:lineRule="auto"/>
              <w:jc w:val="right"/>
              <w:rPr>
                <w:sz w:val="15"/>
              </w:rPr>
            </w:pPr>
            <w:r>
              <w:rPr>
                <w:sz w:val="15"/>
                <w:lang w:val="en-GB"/>
              </w:rPr>
              <w:t>£380</w:t>
            </w:r>
          </w:p>
        </w:tc>
      </w:tr>
      <w:tr w:rsidR="001E5BA3" w14:paraId="65BC6009" w14:textId="77777777" w:rsidTr="001E5BA3">
        <w:tc>
          <w:tcPr>
            <w:tcW w:w="1042" w:type="dxa"/>
            <w:vAlign w:val="center"/>
          </w:tcPr>
          <w:p w14:paraId="67D9DDB9" w14:textId="77777777" w:rsidR="001E5BA3" w:rsidRDefault="001E5BA3">
            <w:pPr>
              <w:spacing w:before="15" w:after="15" w:line="240" w:lineRule="auto"/>
              <w:jc w:val="center"/>
              <w:rPr>
                <w:sz w:val="15"/>
              </w:rPr>
            </w:pPr>
            <w:r>
              <w:rPr>
                <w:sz w:val="15"/>
                <w:lang w:val="en-GB"/>
              </w:rPr>
              <w:t>N121</w:t>
            </w:r>
          </w:p>
        </w:tc>
        <w:tc>
          <w:tcPr>
            <w:tcW w:w="2180" w:type="dxa"/>
            <w:vAlign w:val="center"/>
          </w:tcPr>
          <w:p w14:paraId="2C1BF2E7" w14:textId="77777777" w:rsidR="001E5BA3" w:rsidRDefault="001E5BA3">
            <w:pPr>
              <w:spacing w:before="15" w:after="15" w:line="240" w:lineRule="auto"/>
              <w:rPr>
                <w:sz w:val="15"/>
              </w:rPr>
            </w:pPr>
            <w:r>
              <w:rPr>
                <w:sz w:val="15"/>
                <w:lang w:val="en-GB"/>
              </w:rPr>
              <w:t>Field maple</w:t>
            </w:r>
          </w:p>
        </w:tc>
        <w:tc>
          <w:tcPr>
            <w:tcW w:w="2160" w:type="dxa"/>
            <w:vAlign w:val="center"/>
          </w:tcPr>
          <w:p w14:paraId="47424296"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40156F2"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527175AD" w14:textId="77777777" w:rsidR="001E5BA3" w:rsidRDefault="001E5BA3">
            <w:pPr>
              <w:spacing w:before="15" w:after="15" w:line="240" w:lineRule="auto"/>
              <w:jc w:val="right"/>
              <w:rPr>
                <w:sz w:val="15"/>
              </w:rPr>
            </w:pPr>
            <w:r>
              <w:rPr>
                <w:sz w:val="15"/>
                <w:lang w:val="en-GB"/>
              </w:rPr>
              <w:t>£380</w:t>
            </w:r>
          </w:p>
        </w:tc>
      </w:tr>
      <w:tr w:rsidR="001E5BA3" w14:paraId="553CFAA1" w14:textId="77777777" w:rsidTr="001E5BA3">
        <w:tc>
          <w:tcPr>
            <w:tcW w:w="1042" w:type="dxa"/>
            <w:vAlign w:val="center"/>
          </w:tcPr>
          <w:p w14:paraId="06BD3295" w14:textId="77777777" w:rsidR="001E5BA3" w:rsidRDefault="001E5BA3">
            <w:pPr>
              <w:spacing w:before="15" w:after="15" w:line="240" w:lineRule="auto"/>
              <w:jc w:val="center"/>
              <w:rPr>
                <w:sz w:val="15"/>
              </w:rPr>
            </w:pPr>
            <w:r>
              <w:rPr>
                <w:sz w:val="15"/>
                <w:lang w:val="en-GB"/>
              </w:rPr>
              <w:t>N122</w:t>
            </w:r>
          </w:p>
        </w:tc>
        <w:tc>
          <w:tcPr>
            <w:tcW w:w="2180" w:type="dxa"/>
            <w:vAlign w:val="center"/>
          </w:tcPr>
          <w:p w14:paraId="234A3487" w14:textId="77777777" w:rsidR="001E5BA3" w:rsidRDefault="001E5BA3">
            <w:pPr>
              <w:spacing w:before="15" w:after="15" w:line="240" w:lineRule="auto"/>
              <w:rPr>
                <w:sz w:val="15"/>
              </w:rPr>
            </w:pPr>
            <w:r>
              <w:rPr>
                <w:sz w:val="15"/>
                <w:lang w:val="en-GB"/>
              </w:rPr>
              <w:t>Field maple</w:t>
            </w:r>
          </w:p>
        </w:tc>
        <w:tc>
          <w:tcPr>
            <w:tcW w:w="2160" w:type="dxa"/>
            <w:vAlign w:val="center"/>
          </w:tcPr>
          <w:p w14:paraId="70CDF3EF" w14:textId="77777777" w:rsidR="001E5BA3" w:rsidRDefault="001E5BA3">
            <w:pPr>
              <w:spacing w:before="15" w:after="15" w:line="240" w:lineRule="auto"/>
              <w:rPr>
                <w:sz w:val="15"/>
              </w:rPr>
            </w:pPr>
            <w:r>
              <w:rPr>
                <w:sz w:val="15"/>
                <w:lang w:val="en-GB"/>
              </w:rPr>
              <w:t>Extra heavy 14/16 cm</w:t>
            </w:r>
          </w:p>
        </w:tc>
        <w:tc>
          <w:tcPr>
            <w:tcW w:w="2617" w:type="dxa"/>
            <w:vAlign w:val="center"/>
          </w:tcPr>
          <w:p w14:paraId="28141050"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24C2838A" w14:textId="77777777" w:rsidR="001E5BA3" w:rsidRDefault="001E5BA3">
            <w:pPr>
              <w:spacing w:before="15" w:after="15" w:line="240" w:lineRule="auto"/>
              <w:jc w:val="right"/>
              <w:rPr>
                <w:sz w:val="15"/>
              </w:rPr>
            </w:pPr>
            <w:r>
              <w:rPr>
                <w:sz w:val="15"/>
                <w:lang w:val="en-GB"/>
              </w:rPr>
              <w:t>£380</w:t>
            </w:r>
          </w:p>
        </w:tc>
      </w:tr>
      <w:tr w:rsidR="001E5BA3" w14:paraId="6B48BDB0" w14:textId="77777777" w:rsidTr="001E5BA3">
        <w:tc>
          <w:tcPr>
            <w:tcW w:w="1042" w:type="dxa"/>
            <w:vAlign w:val="center"/>
          </w:tcPr>
          <w:p w14:paraId="1F67E6DB" w14:textId="77777777" w:rsidR="001E5BA3" w:rsidRDefault="001E5BA3">
            <w:pPr>
              <w:spacing w:before="15" w:after="15" w:line="240" w:lineRule="auto"/>
              <w:jc w:val="center"/>
              <w:rPr>
                <w:sz w:val="15"/>
              </w:rPr>
            </w:pPr>
            <w:r>
              <w:rPr>
                <w:sz w:val="15"/>
                <w:lang w:val="en-GB"/>
              </w:rPr>
              <w:t>N123</w:t>
            </w:r>
          </w:p>
        </w:tc>
        <w:tc>
          <w:tcPr>
            <w:tcW w:w="2180" w:type="dxa"/>
            <w:vAlign w:val="center"/>
          </w:tcPr>
          <w:p w14:paraId="70101667" w14:textId="77777777" w:rsidR="001E5BA3" w:rsidRDefault="001E5BA3">
            <w:pPr>
              <w:spacing w:before="15" w:after="15" w:line="240" w:lineRule="auto"/>
              <w:rPr>
                <w:sz w:val="15"/>
              </w:rPr>
            </w:pPr>
            <w:r>
              <w:rPr>
                <w:sz w:val="15"/>
                <w:lang w:val="en-GB"/>
              </w:rPr>
              <w:t>Field maple</w:t>
            </w:r>
          </w:p>
        </w:tc>
        <w:tc>
          <w:tcPr>
            <w:tcW w:w="2160" w:type="dxa"/>
            <w:vAlign w:val="center"/>
          </w:tcPr>
          <w:p w14:paraId="34386C1F"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398C118"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46349BC5" w14:textId="77777777" w:rsidR="001E5BA3" w:rsidRDefault="001E5BA3">
            <w:pPr>
              <w:spacing w:before="15" w:after="15" w:line="240" w:lineRule="auto"/>
              <w:jc w:val="right"/>
              <w:rPr>
                <w:sz w:val="15"/>
              </w:rPr>
            </w:pPr>
            <w:r>
              <w:rPr>
                <w:sz w:val="15"/>
                <w:lang w:val="en-GB"/>
              </w:rPr>
              <w:t>£380</w:t>
            </w:r>
          </w:p>
        </w:tc>
      </w:tr>
      <w:tr w:rsidR="001E5BA3" w14:paraId="51763E85" w14:textId="77777777" w:rsidTr="001E5BA3">
        <w:tc>
          <w:tcPr>
            <w:tcW w:w="1042" w:type="dxa"/>
            <w:vAlign w:val="center"/>
          </w:tcPr>
          <w:p w14:paraId="60A20312" w14:textId="77777777" w:rsidR="001E5BA3" w:rsidRDefault="001E5BA3">
            <w:pPr>
              <w:spacing w:before="15" w:after="15" w:line="240" w:lineRule="auto"/>
              <w:jc w:val="center"/>
              <w:rPr>
                <w:sz w:val="15"/>
              </w:rPr>
            </w:pPr>
            <w:r>
              <w:rPr>
                <w:sz w:val="15"/>
                <w:lang w:val="en-GB"/>
              </w:rPr>
              <w:t>N124</w:t>
            </w:r>
          </w:p>
        </w:tc>
        <w:tc>
          <w:tcPr>
            <w:tcW w:w="2180" w:type="dxa"/>
            <w:vAlign w:val="center"/>
          </w:tcPr>
          <w:p w14:paraId="425CA660" w14:textId="77777777" w:rsidR="001E5BA3" w:rsidRDefault="001E5BA3">
            <w:pPr>
              <w:spacing w:before="15" w:after="15" w:line="240" w:lineRule="auto"/>
              <w:rPr>
                <w:sz w:val="15"/>
              </w:rPr>
            </w:pPr>
            <w:r>
              <w:rPr>
                <w:sz w:val="15"/>
                <w:lang w:val="en-GB"/>
              </w:rPr>
              <w:t>Field maple</w:t>
            </w:r>
          </w:p>
        </w:tc>
        <w:tc>
          <w:tcPr>
            <w:tcW w:w="2160" w:type="dxa"/>
            <w:vAlign w:val="center"/>
          </w:tcPr>
          <w:p w14:paraId="77678CBC"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A8EFCA9"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3A7FBCAE" w14:textId="77777777" w:rsidR="001E5BA3" w:rsidRDefault="001E5BA3">
            <w:pPr>
              <w:spacing w:before="15" w:after="15" w:line="240" w:lineRule="auto"/>
              <w:jc w:val="right"/>
              <w:rPr>
                <w:sz w:val="15"/>
              </w:rPr>
            </w:pPr>
            <w:r>
              <w:rPr>
                <w:sz w:val="15"/>
                <w:lang w:val="en-GB"/>
              </w:rPr>
              <w:t>£380</w:t>
            </w:r>
          </w:p>
        </w:tc>
      </w:tr>
      <w:tr w:rsidR="001E5BA3" w14:paraId="4764F5DE" w14:textId="77777777" w:rsidTr="001E5BA3">
        <w:tc>
          <w:tcPr>
            <w:tcW w:w="1042" w:type="dxa"/>
            <w:vAlign w:val="center"/>
          </w:tcPr>
          <w:p w14:paraId="40494FF4" w14:textId="77777777" w:rsidR="001E5BA3" w:rsidRDefault="001E5BA3">
            <w:pPr>
              <w:spacing w:before="15" w:after="15" w:line="240" w:lineRule="auto"/>
              <w:jc w:val="center"/>
              <w:rPr>
                <w:sz w:val="15"/>
              </w:rPr>
            </w:pPr>
            <w:r>
              <w:rPr>
                <w:sz w:val="15"/>
                <w:lang w:val="en-GB"/>
              </w:rPr>
              <w:t>N125</w:t>
            </w:r>
          </w:p>
        </w:tc>
        <w:tc>
          <w:tcPr>
            <w:tcW w:w="2180" w:type="dxa"/>
            <w:vAlign w:val="center"/>
          </w:tcPr>
          <w:p w14:paraId="578D2319" w14:textId="77777777" w:rsidR="001E5BA3" w:rsidRDefault="001E5BA3">
            <w:pPr>
              <w:spacing w:before="15" w:after="15" w:line="240" w:lineRule="auto"/>
              <w:rPr>
                <w:sz w:val="15"/>
              </w:rPr>
            </w:pPr>
            <w:r>
              <w:rPr>
                <w:sz w:val="15"/>
                <w:lang w:val="en-GB"/>
              </w:rPr>
              <w:t>Field maple</w:t>
            </w:r>
          </w:p>
        </w:tc>
        <w:tc>
          <w:tcPr>
            <w:tcW w:w="2160" w:type="dxa"/>
            <w:vAlign w:val="center"/>
          </w:tcPr>
          <w:p w14:paraId="5C885FA8"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6CA873F"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52B36636" w14:textId="77777777" w:rsidR="001E5BA3" w:rsidRDefault="001E5BA3">
            <w:pPr>
              <w:spacing w:before="15" w:after="15" w:line="240" w:lineRule="auto"/>
              <w:jc w:val="right"/>
              <w:rPr>
                <w:sz w:val="15"/>
              </w:rPr>
            </w:pPr>
            <w:r>
              <w:rPr>
                <w:sz w:val="15"/>
                <w:lang w:val="en-GB"/>
              </w:rPr>
              <w:t>£380</w:t>
            </w:r>
          </w:p>
        </w:tc>
      </w:tr>
      <w:tr w:rsidR="001E5BA3" w14:paraId="1DA7F6E7" w14:textId="77777777" w:rsidTr="001E5BA3">
        <w:tc>
          <w:tcPr>
            <w:tcW w:w="1042" w:type="dxa"/>
            <w:vAlign w:val="center"/>
          </w:tcPr>
          <w:p w14:paraId="07390DBC" w14:textId="77777777" w:rsidR="001E5BA3" w:rsidRDefault="001E5BA3">
            <w:pPr>
              <w:spacing w:before="15" w:after="15" w:line="240" w:lineRule="auto"/>
              <w:jc w:val="center"/>
              <w:rPr>
                <w:sz w:val="15"/>
              </w:rPr>
            </w:pPr>
            <w:r>
              <w:rPr>
                <w:sz w:val="15"/>
                <w:lang w:val="en-GB"/>
              </w:rPr>
              <w:t>N126</w:t>
            </w:r>
          </w:p>
        </w:tc>
        <w:tc>
          <w:tcPr>
            <w:tcW w:w="2180" w:type="dxa"/>
            <w:vAlign w:val="center"/>
          </w:tcPr>
          <w:p w14:paraId="32D08EBC" w14:textId="77777777" w:rsidR="001E5BA3" w:rsidRDefault="001E5BA3">
            <w:pPr>
              <w:spacing w:before="15" w:after="15" w:line="240" w:lineRule="auto"/>
              <w:rPr>
                <w:sz w:val="15"/>
              </w:rPr>
            </w:pPr>
            <w:r>
              <w:rPr>
                <w:sz w:val="15"/>
                <w:lang w:val="en-GB"/>
              </w:rPr>
              <w:t>Field maple</w:t>
            </w:r>
          </w:p>
        </w:tc>
        <w:tc>
          <w:tcPr>
            <w:tcW w:w="2160" w:type="dxa"/>
            <w:vAlign w:val="center"/>
          </w:tcPr>
          <w:p w14:paraId="060086EF"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D4540FC" w14:textId="77777777" w:rsidR="001E5BA3" w:rsidRDefault="001E5BA3">
            <w:pPr>
              <w:spacing w:before="15" w:after="15" w:line="240" w:lineRule="auto"/>
              <w:rPr>
                <w:sz w:val="15"/>
              </w:rPr>
            </w:pPr>
            <w:r>
              <w:rPr>
                <w:sz w:val="15"/>
                <w:lang w:val="en-GB"/>
              </w:rPr>
              <w:t>Boundary / defensible edge</w:t>
            </w:r>
          </w:p>
        </w:tc>
        <w:tc>
          <w:tcPr>
            <w:tcW w:w="759" w:type="dxa"/>
            <w:vAlign w:val="center"/>
          </w:tcPr>
          <w:p w14:paraId="44DAEC4C" w14:textId="77777777" w:rsidR="001E5BA3" w:rsidRDefault="001E5BA3">
            <w:pPr>
              <w:spacing w:before="15" w:after="15" w:line="240" w:lineRule="auto"/>
              <w:jc w:val="right"/>
              <w:rPr>
                <w:sz w:val="15"/>
              </w:rPr>
            </w:pPr>
            <w:r>
              <w:rPr>
                <w:sz w:val="15"/>
                <w:lang w:val="en-GB"/>
              </w:rPr>
              <w:t>£380</w:t>
            </w:r>
          </w:p>
        </w:tc>
      </w:tr>
      <w:tr w:rsidR="001E5BA3" w14:paraId="32FD4BF4" w14:textId="77777777" w:rsidTr="001E5BA3">
        <w:tc>
          <w:tcPr>
            <w:tcW w:w="7999" w:type="dxa"/>
            <w:gridSpan w:val="4"/>
            <w:shd w:val="clear" w:color="auto" w:fill="EDEFEA"/>
            <w:vAlign w:val="center"/>
          </w:tcPr>
          <w:p w14:paraId="4FB7C6D8" w14:textId="77777777" w:rsidR="001E5BA3" w:rsidRDefault="001E5BA3">
            <w:pPr>
              <w:spacing w:before="15" w:after="15" w:line="240" w:lineRule="auto"/>
              <w:rPr>
                <w:sz w:val="15"/>
              </w:rPr>
            </w:pPr>
            <w:r>
              <w:rPr>
                <w:b/>
                <w:sz w:val="15"/>
                <w:lang w:val="en-GB"/>
              </w:rPr>
              <w:t>TOTAL — 126 trees</w:t>
            </w:r>
          </w:p>
        </w:tc>
        <w:tc>
          <w:tcPr>
            <w:tcW w:w="759" w:type="dxa"/>
            <w:shd w:val="clear" w:color="auto" w:fill="EDEFEA"/>
            <w:vAlign w:val="center"/>
          </w:tcPr>
          <w:p w14:paraId="58543EE2" w14:textId="77777777" w:rsidR="001E5BA3" w:rsidRDefault="001E5BA3">
            <w:pPr>
              <w:spacing w:before="15" w:after="15" w:line="240" w:lineRule="auto"/>
              <w:jc w:val="right"/>
              <w:rPr>
                <w:sz w:val="15"/>
              </w:rPr>
            </w:pPr>
            <w:r>
              <w:rPr>
                <w:b/>
                <w:sz w:val="15"/>
                <w:lang w:val="en-GB"/>
              </w:rPr>
              <w:t>£50,097</w:t>
            </w:r>
          </w:p>
        </w:tc>
      </w:tr>
    </w:tbl>
    <w:p w14:paraId="3A57A00A" w14:textId="77777777" w:rsidR="001E5BA3" w:rsidRDefault="001E5BA3">
      <w:pPr>
        <w:rPr>
          <w:i/>
          <w:sz w:val="16"/>
          <w:lang w:val="en-GB"/>
        </w:rPr>
      </w:pPr>
    </w:p>
    <w:p w14:paraId="4EA375A6" w14:textId="77777777" w:rsidR="00AF5214" w:rsidRDefault="0084753E">
      <w:pPr>
        <w:rPr>
          <w:i/>
          <w:sz w:val="16"/>
          <w:lang w:val="en-GB"/>
        </w:rPr>
      </w:pPr>
      <w:r>
        <w:rPr>
          <w:i/>
          <w:sz w:val="16"/>
          <w:lang w:val="en-GB"/>
        </w:rPr>
        <w:t xml:space="preserve">CAVAT values are calculated on the CAVAT Quick Method (UVF £23.56, CTI 150%, functional factor 60%, life-expectancy factor 100%), consistent with the enclosed Tree Frontiers assessment of the trees removed. </w:t>
      </w:r>
      <w:r>
        <w:rPr>
          <w:i/>
          <w:sz w:val="16"/>
          <w:lang w:val="en-GB"/>
        </w:rPr>
        <w:t>Nursery sizes are quoted as girth; CAVAT values are calculated on stem diameter (girth ÷ π).</w:t>
      </w:r>
    </w:p>
    <w:p w14:paraId="6FE54F39" w14:textId="77777777" w:rsidR="0052674D" w:rsidRDefault="00C02707">
      <w:pPr>
        <w:pStyle w:val="Heading1"/>
      </w:pPr>
      <w:r>
        <w:t>6. Construction-Stage Tree Protection</w:t>
      </w:r>
    </w:p>
    <w:p w14:paraId="4B1D2974" w14:textId="77777777" w:rsidR="0052674D" w:rsidRDefault="003177A5">
      <w:r>
        <w:t>Retained trees will be protected through a BS5837-compliant tree protection strategy secured through the Arboricultural Method Statement, Tree Protection Plan and Construction Environmental Management Plan. Tree protection measures will be installed before enabling works, demolition, vegetation clearance, site set-up or construction activity begins as illustrated below:</w:t>
      </w:r>
    </w:p>
    <w:p w14:paraId="38CC28C6" w14:textId="77777777" w:rsidR="0076371B" w:rsidRDefault="0076371B" w:rsidP="00E966AF">
      <w:pPr>
        <w:jc w:val="center"/>
      </w:pPr>
      <w:r>
        <w:rPr>
          <w:noProof/>
        </w:rPr>
        <w:lastRenderedPageBreak/>
        <w:drawing>
          <wp:inline distT="0" distB="0" distL="0" distR="0" wp14:anchorId="5A2BD5BB" wp14:editId="5EB3578D">
            <wp:extent cx="3657788" cy="4667490"/>
            <wp:effectExtent l="0" t="0" r="0" b="0"/>
            <wp:docPr id="1918159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59719" name=""/>
                    <pic:cNvPicPr/>
                  </pic:nvPicPr>
                  <pic:blipFill>
                    <a:blip r:embed="rId12"/>
                    <a:stretch>
                      <a:fillRect/>
                    </a:stretch>
                  </pic:blipFill>
                  <pic:spPr>
                    <a:xfrm>
                      <a:off x="0" y="0"/>
                      <a:ext cx="3657788" cy="4667490"/>
                    </a:xfrm>
                    <a:prstGeom prst="rect">
                      <a:avLst/>
                    </a:prstGeom>
                  </pic:spPr>
                </pic:pic>
              </a:graphicData>
            </a:graphic>
          </wp:inline>
        </w:drawing>
      </w:r>
    </w:p>
    <w:p w14:paraId="0B450169" w14:textId="77777777" w:rsidR="0052674D" w:rsidRDefault="00C02707">
      <w:pPr>
        <w:pStyle w:val="Heading2"/>
      </w:pPr>
      <w:r>
        <w:t>6.1 Pre-commencement controls</w:t>
      </w:r>
    </w:p>
    <w:p w14:paraId="7153C593" w14:textId="77777777" w:rsidR="0052674D" w:rsidRDefault="003177A5">
      <w:r>
        <w:t>Before works begin, the project arboriculturist will brief the site manager and contractor with retained trees clearly identified and tree protection fencing installed in accordance with the approved Tree Protection Plan. Construction exclusion zones will be clearly signed, ground protection installed before access is required, and photographic evidence of installed protection recorded.</w:t>
      </w:r>
    </w:p>
    <w:p w14:paraId="35CF8D97" w14:textId="77777777" w:rsidR="0052674D" w:rsidRDefault="00C02707">
      <w:pPr>
        <w:pStyle w:val="Heading2"/>
      </w:pPr>
      <w:r>
        <w:t>6.2 Tree protection fencing</w:t>
      </w:r>
    </w:p>
    <w:p w14:paraId="7677B6FD" w14:textId="77777777" w:rsidR="0052674D" w:rsidRDefault="00C3737C">
      <w:r>
        <w:t>In accordance with the Arboricultural Report, prepared by Quaife Woodlands, the tree protection fencing needs to be robust, immovable and suitable for the duration of the works. It prevents access into Root Protection Areas and retained woodland areas. The fencing will remain in place until all construction works, including external works, fitting out, landscaping and demobilisation, have been completed in the relevant area.</w:t>
      </w:r>
    </w:p>
    <w:p w14:paraId="69B3FFA5" w14:textId="77777777" w:rsidR="0052674D" w:rsidRDefault="003177A5">
      <w:r>
        <w:t>The fencing should not be moved, realigned or temporarily opened without arboricultural approval. Any unauthorised fencing movement should be treated as a compliance issue and recorded immediately.</w:t>
      </w:r>
    </w:p>
    <w:p w14:paraId="396340F9" w14:textId="77777777" w:rsidR="0052674D" w:rsidRDefault="00C02707">
      <w:pPr>
        <w:pStyle w:val="Heading2"/>
      </w:pPr>
      <w:r>
        <w:t>6.3 Ground protection</w:t>
      </w:r>
    </w:p>
    <w:p w14:paraId="2FC056BE" w14:textId="77777777" w:rsidR="0052674D" w:rsidRDefault="003177A5">
      <w:r>
        <w:t xml:space="preserve">Where access, working space or temporary routes are unavoidable near retained trees, ground protection will be installed before use. Ground protection will be installed in accordance with the tree protection strategy to prevent soil compaction, rutting and root damage. </w:t>
      </w:r>
    </w:p>
    <w:p w14:paraId="00CC790A" w14:textId="77777777" w:rsidR="0052674D" w:rsidRDefault="003177A5">
      <w:r>
        <w:t>No storage of materials, spoil, welfare units, fuels, chemicals, cement, washout water or waste will be permitted within Root Protection Areas.</w:t>
      </w:r>
    </w:p>
    <w:p w14:paraId="3F4C2915" w14:textId="77777777" w:rsidR="0052674D" w:rsidRDefault="00C02707">
      <w:pPr>
        <w:pStyle w:val="Heading2"/>
      </w:pPr>
      <w:r>
        <w:lastRenderedPageBreak/>
        <w:t>6.4 Excavation near trees</w:t>
      </w:r>
    </w:p>
    <w:p w14:paraId="67D0EA29" w14:textId="77777777" w:rsidR="0052674D" w:rsidRDefault="003177A5">
      <w:r>
        <w:t>Any excavation within or close to Root Protection Areas will be agreed with the project arboriculturist. Roots encountered during works should not be cut without arboricultural approval. If roots are unexpectedly encountered, works should pause and the project arboriculturist should inspect before works continue.</w:t>
      </w:r>
    </w:p>
    <w:p w14:paraId="54B422E6" w14:textId="77777777" w:rsidR="0052674D" w:rsidRDefault="00C02707">
      <w:pPr>
        <w:pStyle w:val="Heading2"/>
      </w:pPr>
      <w:r>
        <w:t>6.5 Services and drainage</w:t>
      </w:r>
    </w:p>
    <w:p w14:paraId="1DABC300" w14:textId="77777777" w:rsidR="0052674D" w:rsidRDefault="003177A5">
      <w:r>
        <w:t>Services will be routed outside Root Protection Areas wherever practicable. Drainage runs, lighting ducts, utilities, irrigation, CCTV, foundations for furniture and signage will all be coordinated with the tree protection strategy.</w:t>
      </w:r>
    </w:p>
    <w:p w14:paraId="61648AA0" w14:textId="77777777" w:rsidR="00B9565E" w:rsidRDefault="00004F0A">
      <w:r>
        <w:t>The layout of compounds, haul routes, storage areas, temporary works, drainage and services will be coordinated around the approved Tree Protection Plan and will not be allowed to compromise retained trees or woodland edge areas.</w:t>
      </w:r>
    </w:p>
    <w:p w14:paraId="6926FBBB" w14:textId="77777777" w:rsidR="0052674D" w:rsidRDefault="00C02707">
      <w:pPr>
        <w:pStyle w:val="Heading2"/>
      </w:pPr>
      <w:r>
        <w:t>6.6 Site monitoring</w:t>
      </w:r>
    </w:p>
    <w:p w14:paraId="17942C72" w14:textId="77777777" w:rsidR="0052674D" w:rsidRDefault="003177A5">
      <w:r>
        <w:t>A formal arboricultural monitoring regime will be secured by condition. This should include inspection after tree protection fencing is installed, regular inspections during enabling and construction works, inspections before and after any approved works within Root Protection Areas, photographic records, a clear process for reporting breaches, and corrective action if fencing is moved, roots are exposed or soil compaction occurs.</w:t>
      </w:r>
    </w:p>
    <w:p w14:paraId="2A79E064" w14:textId="77777777" w:rsidR="00C02707" w:rsidRDefault="003177A5">
      <w:r>
        <w:t>Monitoring should continue until the risk to retained trees has passed.</w:t>
      </w:r>
    </w:p>
    <w:p w14:paraId="20A2210A" w14:textId="77777777" w:rsidR="00753968" w:rsidRDefault="00753968">
      <w:pPr>
        <w:spacing w:after="200" w:line="276" w:lineRule="auto"/>
        <w:rPr>
          <w:rFonts w:asciiTheme="majorHAnsi" w:eastAsiaTheme="majorEastAsia" w:hAnsiTheme="majorHAnsi" w:cstheme="majorBidi"/>
          <w:b/>
          <w:bCs/>
          <w:color w:val="2F4F3B"/>
          <w:sz w:val="28"/>
          <w:szCs w:val="28"/>
        </w:rPr>
      </w:pPr>
      <w:r>
        <w:br w:type="page"/>
      </w:r>
    </w:p>
    <w:p w14:paraId="06DA45C4" w14:textId="77777777" w:rsidR="0052674D" w:rsidRDefault="003177A5" w:rsidP="00271A08">
      <w:pPr>
        <w:pStyle w:val="Heading1"/>
      </w:pPr>
      <w:r>
        <w:lastRenderedPageBreak/>
        <w:t>7. Post-Development Pressure on Retained Trees</w:t>
      </w:r>
    </w:p>
    <w:p w14:paraId="7EB32E77" w14:textId="77777777" w:rsidR="0052674D" w:rsidRDefault="003177A5">
      <w:r>
        <w:t>The design has sought to reduce post-development pressure by retaining trees in meaningful landscape groups, woodland edge areas and open spaces rather than leaving them as isolated trees in constrained private areas. This means retained trees are more likely to be experienced as part of the character and amenity of the development.</w:t>
      </w:r>
    </w:p>
    <w:p w14:paraId="3B0A8943" w14:textId="77777777" w:rsidR="0052674D" w:rsidRDefault="003177A5">
      <w:pPr>
        <w:pStyle w:val="Heading2"/>
      </w:pPr>
      <w:r>
        <w:t>7.1 Relationship between retained trees and new homes</w:t>
      </w:r>
    </w:p>
    <w:p w14:paraId="1E4096E6" w14:textId="77777777" w:rsidR="0052674D" w:rsidRDefault="003177A5">
      <w:r>
        <w:t>The retained tree groups should be managed as positive landscape assets. The western retained trees will form part of the woodland-edge and open-space experience, providing shade, ecological value, seasonal interest and a mature landscape setting. The northern trees will help maintain the wooded character of the site edge and support ecological connectivity.</w:t>
      </w:r>
    </w:p>
    <w:p w14:paraId="2EE9BAF1" w14:textId="77777777" w:rsidR="0052674D" w:rsidRDefault="003177A5">
      <w:r>
        <w:t>The estate management strategy will make clear that retained trees are part of the approved landscape and ecological infrastructure. They should not be treated as optional amenity features that can be removed or heavily reduced in response to resident preference.</w:t>
      </w:r>
    </w:p>
    <w:p w14:paraId="57B56AAB" w14:textId="77777777" w:rsidR="00753968" w:rsidRDefault="00753968">
      <w:r>
        <w:t xml:space="preserve">The site has been designed to ensure there is sufficient buffer space between the retained trees and the homes so that the trees create a positive feature rather than an object residents resent. </w:t>
      </w:r>
    </w:p>
    <w:p w14:paraId="65CA0806" w14:textId="77777777" w:rsidR="0052674D" w:rsidRDefault="003177A5">
      <w:pPr>
        <w:pStyle w:val="Heading2"/>
      </w:pPr>
      <w:r>
        <w:t>7.2 Managing shading and nuisance pressure</w:t>
      </w:r>
    </w:p>
    <w:p w14:paraId="12A2A938" w14:textId="77777777" w:rsidR="0052674D" w:rsidRDefault="00753968">
      <w:r>
        <w:t>Notwithstanding this, future resident expectations will need to be managed from the outset. The estate management plan will state that removal of retained trees will only be undertaken where justified by arboricultural safety, tree health, statutory requirements, approved ecological management, clearance required for access or buildings, or works approved by the local planning authority where required.</w:t>
      </w:r>
    </w:p>
    <w:p w14:paraId="0542976C" w14:textId="77777777" w:rsidR="0052674D" w:rsidRDefault="003177A5">
      <w:r>
        <w:t>Routine seasonal issues such as leaf fall, shade, pollen, fruit fall, bird activity or general preference for more light will not justify removal.</w:t>
      </w:r>
    </w:p>
    <w:p w14:paraId="66B7C80C" w14:textId="77777777" w:rsidR="0052674D" w:rsidRDefault="003177A5">
      <w:r>
        <w:t>The following wording should be incorporated into the estate management plan:</w:t>
      </w:r>
    </w:p>
    <w:p w14:paraId="33826EF1" w14:textId="77777777" w:rsidR="0052674D" w:rsidRDefault="003177A5">
      <w:pPr>
        <w:spacing w:before="80" w:after="160"/>
        <w:ind w:left="340" w:right="340"/>
      </w:pPr>
      <w:r>
        <w:rPr>
          <w:i/>
        </w:rPr>
        <w:t xml:space="preserve">Retained trees and woodland edge habitats form an integral part of the approved landscape, arboricultural and ecological strategy for Stoney Wood Quarter. They will be managed by the estate management company in accordance with the approved Arboricultural Method Statement, LEMP / HMMP and long-term maintenance plan. Removal will only be considered where justified by arboricultural need, safety, statutory requirements, approved access clearances or ecological management objectives. </w:t>
      </w:r>
    </w:p>
    <w:p w14:paraId="2DE6F3AF" w14:textId="77777777" w:rsidR="0052674D" w:rsidRDefault="003177A5">
      <w:pPr>
        <w:pStyle w:val="Heading2"/>
      </w:pPr>
      <w:r>
        <w:t>7.3 Protecting Root Protection Areas after occupation</w:t>
      </w:r>
    </w:p>
    <w:p w14:paraId="101F5C24" w14:textId="77777777" w:rsidR="0052674D" w:rsidRDefault="003177A5">
      <w:r>
        <w:t>Tree protection must not stop at practical completion. Post-occupation management needs to protect retained tree rooting environments by preventing vehicle access over Root Protection Areas, avoiding storage or maintenance compounds within Root Protection Areas, using permeable surfaces near trees, maintaining mulch or planted woodland-floor areas, preventing soil compaction, avoiding repeated event use or heavy footfall under tree canopies and ensuring replacement of failed understorey planting.</w:t>
      </w:r>
    </w:p>
    <w:p w14:paraId="1E1E8335" w14:textId="77777777" w:rsidR="0052674D" w:rsidRDefault="003177A5">
      <w:r>
        <w:t>Where retained trees are adjacent to communal open space, the landscape design will use planting, edging, seating placement and path alignment to guide people away from sensitive root areas.</w:t>
      </w:r>
    </w:p>
    <w:p w14:paraId="139C4F97" w14:textId="77777777" w:rsidR="0052674D" w:rsidRDefault="003177A5">
      <w:pPr>
        <w:pStyle w:val="Heading2"/>
      </w:pPr>
      <w:r>
        <w:t>7.4 Woodland edge management</w:t>
      </w:r>
    </w:p>
    <w:p w14:paraId="6EA60455" w14:textId="77777777" w:rsidR="0052674D" w:rsidRDefault="003177A5">
      <w:r>
        <w:t>The retained woodland edge will be managed as a distinct landscape and ecological zone. This will include native shrub and understorey planting, thorny or dense planting where needed to discourage informal access, controlled access points, retention of deadwood where safe, log piles and habitat piles, invasive species monitoring, periodic arboricultural inspections, sensitive pruning only where justified, litter management, dark corridor protection and avoidance of garden-style over-management.</w:t>
      </w:r>
    </w:p>
    <w:p w14:paraId="72011EB9" w14:textId="77777777" w:rsidR="0052674D" w:rsidRDefault="003177A5">
      <w:pPr>
        <w:pStyle w:val="Heading2"/>
      </w:pPr>
      <w:r>
        <w:lastRenderedPageBreak/>
        <w:t>7.5 Lighting and tree pressure</w:t>
      </w:r>
    </w:p>
    <w:p w14:paraId="30048423" w14:textId="77777777" w:rsidR="0052674D" w:rsidRDefault="003177A5">
      <w:r>
        <w:t>Lighting can create post-development ecological pressure by affecting bats, birds and woodland-edge habitats. The lighting strategy will therefore be coordinated with the arboricultural and ecological strategy. Lighting needs to avoid direct illumination of retained tree canopies, woodland edge and bat corridors. It will use low-level directional fittings, minimise spill into the northern and western ecological edges, and be reviewed by the ecologist where it affects sensitive habitats.</w:t>
      </w:r>
    </w:p>
    <w:p w14:paraId="384DFFF7" w14:textId="77777777" w:rsidR="0052674D" w:rsidRDefault="003177A5">
      <w:pPr>
        <w:pStyle w:val="Heading2"/>
      </w:pPr>
      <w:r>
        <w:t>7.6 Resident information and management culture</w:t>
      </w:r>
    </w:p>
    <w:p w14:paraId="23618AFD" w14:textId="77777777" w:rsidR="0052674D" w:rsidRDefault="003177A5">
      <w:r>
        <w:t>Residents need to be informed that the retained trees and woodland edge are part of the identity of the development. Welcome packs, estate rules or resident information boards can be used to explain why the trees are retained, why deadwood and log piles may be present, why some areas are not intended for access, why lighting is controlled, why pruning is limited, and how residents can report genuine safety concerns.</w:t>
      </w:r>
    </w:p>
    <w:p w14:paraId="701DC0BB" w14:textId="77777777" w:rsidR="0052674D" w:rsidRDefault="003177A5">
      <w:r>
        <w:t>This will help reduce future pressure by establishing the retained woodland as a protected and valued asset.</w:t>
      </w:r>
    </w:p>
    <w:p w14:paraId="4077C84F" w14:textId="77777777" w:rsidR="00753968" w:rsidRDefault="00753968">
      <w:pPr>
        <w:spacing w:after="200" w:line="276" w:lineRule="auto"/>
        <w:rPr>
          <w:rFonts w:asciiTheme="majorHAnsi" w:eastAsiaTheme="majorEastAsia" w:hAnsiTheme="majorHAnsi" w:cstheme="majorBidi"/>
          <w:b/>
          <w:bCs/>
          <w:color w:val="2F4F3B"/>
          <w:sz w:val="28"/>
          <w:szCs w:val="28"/>
        </w:rPr>
      </w:pPr>
      <w:r>
        <w:br w:type="page"/>
      </w:r>
    </w:p>
    <w:p w14:paraId="4E4C5AA3" w14:textId="77777777" w:rsidR="0052674D" w:rsidRPr="00AD274F" w:rsidRDefault="003177A5">
      <w:pPr>
        <w:pStyle w:val="Heading1"/>
      </w:pPr>
      <w:r>
        <w:lastRenderedPageBreak/>
        <w:t>8. Summary of Commitments</w:t>
      </w:r>
    </w:p>
    <w:p w14:paraId="623DF42F" w14:textId="77777777" w:rsidR="0052674D" w:rsidRDefault="003177A5">
      <w:pPr>
        <w:ind w:left="397" w:hanging="255"/>
      </w:pPr>
      <w:r>
        <w:rPr>
          <w:b/>
        </w:rPr>
        <w:t xml:space="preserve">1. </w:t>
      </w:r>
      <w:r>
        <w:t>The scheme has been developed to improve BNG and UGF performance through reduced footprint, greater tree and woodland retention, new planting, riparian enhancement and species-specific ecological measures.</w:t>
      </w:r>
    </w:p>
    <w:p w14:paraId="7DCD8829" w14:textId="77777777" w:rsidR="0052674D" w:rsidRDefault="003177A5">
      <w:pPr>
        <w:ind w:left="397" w:hanging="255"/>
      </w:pPr>
      <w:r>
        <w:rPr>
          <w:b/>
        </w:rPr>
        <w:t xml:space="preserve">2. </w:t>
      </w:r>
      <w:r>
        <w:t>Further improvements will continue to be secured through detailed landscape design, ecological specification and long-term management.</w:t>
      </w:r>
    </w:p>
    <w:p w14:paraId="50ED8BF9" w14:textId="77777777" w:rsidR="00557FCE" w:rsidRDefault="00557FCE" w:rsidP="00557FCE">
      <w:pPr>
        <w:ind w:left="397" w:hanging="255"/>
      </w:pPr>
      <w:r>
        <w:rPr>
          <w:b/>
          <w:bCs/>
        </w:rPr>
        <w:t>3.</w:t>
      </w:r>
      <w:r>
        <w:t xml:space="preserve"> The project team will continue to engage with the GLA on CAVAT and tree valuation</w:t>
      </w:r>
    </w:p>
    <w:p w14:paraId="441FABB2" w14:textId="77777777" w:rsidR="0052674D" w:rsidRDefault="00557FCE">
      <w:pPr>
        <w:ind w:left="397" w:hanging="255"/>
      </w:pPr>
      <w:r>
        <w:rPr>
          <w:b/>
        </w:rPr>
        <w:t xml:space="preserve">4. </w:t>
      </w:r>
      <w:r>
        <w:t>Retained trees will be protected during construction through tree protection fencing, construction exclusion zones, ground protection, arboricultural supervision and monitoring.</w:t>
      </w:r>
    </w:p>
    <w:p w14:paraId="0E0A9625" w14:textId="77777777" w:rsidR="0052674D" w:rsidRDefault="00557FCE">
      <w:pPr>
        <w:ind w:left="397" w:hanging="255"/>
      </w:pPr>
      <w:r>
        <w:rPr>
          <w:b/>
        </w:rPr>
        <w:t xml:space="preserve">5. </w:t>
      </w:r>
      <w:r>
        <w:t>Post-development pressure will be managed through estate management controls, woodland edge management, Root Protection Area protection, resident information, lighting control and a clear policy that retained trees will not be removed in response to ordinary seasonal nuisance.</w:t>
      </w:r>
    </w:p>
    <w:p w14:paraId="472ED20C" w14:textId="77777777" w:rsidR="00157412" w:rsidRDefault="003177A5">
      <w:r>
        <w:t>Overall, the approach is to continue reducing ecological and arboricultural impact where practicable, protect retained trees and woodland, provide robust protected species mitigation, and secure long-term management so that the ecological and landscape value of the scheme is maintained after occupation.</w:t>
      </w:r>
    </w:p>
    <w:p w14:paraId="6A3CF092" w14:textId="77777777" w:rsidR="00157412" w:rsidRDefault="00157412">
      <w:pPr>
        <w:spacing w:after="200" w:line="276" w:lineRule="auto"/>
      </w:pPr>
      <w:r>
        <w:br w:type="page"/>
      </w:r>
    </w:p>
    <w:p w14:paraId="3EE6058E" w14:textId="77777777" w:rsidR="0052674D" w:rsidRDefault="00157412">
      <w:r>
        <w:lastRenderedPageBreak/>
        <w:t>APPENDIX A – CAVAT ASSESSMENT</w:t>
      </w:r>
    </w:p>
    <w:sectPr w:rsidR="0052674D" w:rsidSect="00034616">
      <w:headerReference w:type="default" r:id="rId13"/>
      <w:footerReference w:type="default" r:id="rId14"/>
      <w:pgSz w:w="12240" w:h="15840"/>
      <w:pgMar w:top="1020" w:right="1191" w:bottom="907"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F7749" w14:textId="77777777" w:rsidR="00FD23DF" w:rsidRDefault="00FD23DF">
      <w:pPr>
        <w:spacing w:after="0" w:line="240" w:lineRule="auto"/>
      </w:pPr>
      <w:r>
        <w:separator/>
      </w:r>
    </w:p>
  </w:endnote>
  <w:endnote w:type="continuationSeparator" w:id="0">
    <w:p w14:paraId="0267AB83" w14:textId="77777777" w:rsidR="00FD23DF" w:rsidRDefault="00FD2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A1F5" w14:textId="77777777" w:rsidR="0052674D" w:rsidRPr="00157412" w:rsidRDefault="00157412" w:rsidP="00157412">
    <w:pPr>
      <w:pStyle w:val="Footer"/>
      <w:jc w:val="center"/>
      <w:rPr>
        <w:color w:val="595959"/>
        <w:sz w:val="16"/>
      </w:rPr>
    </w:pPr>
    <w:r>
      <w:rPr>
        <w:color w:val="595959"/>
        <w:sz w:val="16"/>
      </w:rPr>
      <w:t>June</w:t>
    </w:r>
    <w:r w:rsidR="003177A5">
      <w:rPr>
        <w:color w:val="595959"/>
        <w:sz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A6768" w14:textId="77777777" w:rsidR="00FD23DF" w:rsidRDefault="00FD23DF">
      <w:pPr>
        <w:spacing w:after="0" w:line="240" w:lineRule="auto"/>
      </w:pPr>
      <w:r>
        <w:separator/>
      </w:r>
    </w:p>
  </w:footnote>
  <w:footnote w:type="continuationSeparator" w:id="0">
    <w:p w14:paraId="70AB19D1" w14:textId="77777777" w:rsidR="00FD23DF" w:rsidRDefault="00FD2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FA4F" w14:textId="77777777" w:rsidR="0052674D" w:rsidRDefault="003177A5">
    <w:pPr>
      <w:pStyle w:val="Header"/>
      <w:jc w:val="right"/>
    </w:pPr>
    <w:r>
      <w:rPr>
        <w:color w:val="595959"/>
        <w:sz w:val="16"/>
      </w:rPr>
      <w:t xml:space="preserve">Stoney Wood Quarter | Green </w:t>
    </w:r>
    <w:r w:rsidR="00672CCA">
      <w:rPr>
        <w:color w:val="595959"/>
        <w:sz w:val="16"/>
      </w:rPr>
      <w:t>Infrastructure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6E4229"/>
    <w:multiLevelType w:val="multilevel"/>
    <w:tmpl w:val="CF70A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9232804">
    <w:abstractNumId w:val="8"/>
  </w:num>
  <w:num w:numId="2" w16cid:durableId="1554851931">
    <w:abstractNumId w:val="6"/>
  </w:num>
  <w:num w:numId="3" w16cid:durableId="1732270869">
    <w:abstractNumId w:val="5"/>
  </w:num>
  <w:num w:numId="4" w16cid:durableId="1068572975">
    <w:abstractNumId w:val="4"/>
  </w:num>
  <w:num w:numId="5" w16cid:durableId="936794977">
    <w:abstractNumId w:val="7"/>
  </w:num>
  <w:num w:numId="6" w16cid:durableId="1937057136">
    <w:abstractNumId w:val="3"/>
  </w:num>
  <w:num w:numId="7" w16cid:durableId="1512140465">
    <w:abstractNumId w:val="2"/>
  </w:num>
  <w:num w:numId="8" w16cid:durableId="721631910">
    <w:abstractNumId w:val="1"/>
  </w:num>
  <w:num w:numId="9" w16cid:durableId="716005543">
    <w:abstractNumId w:val="0"/>
  </w:num>
  <w:num w:numId="10" w16cid:durableId="946367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F0A"/>
    <w:rsid w:val="00031B1F"/>
    <w:rsid w:val="00034616"/>
    <w:rsid w:val="0003557D"/>
    <w:rsid w:val="00036980"/>
    <w:rsid w:val="00046DFA"/>
    <w:rsid w:val="0006063C"/>
    <w:rsid w:val="0010598C"/>
    <w:rsid w:val="00107B76"/>
    <w:rsid w:val="0015074B"/>
    <w:rsid w:val="00157412"/>
    <w:rsid w:val="0019516B"/>
    <w:rsid w:val="001B4350"/>
    <w:rsid w:val="001E5BA3"/>
    <w:rsid w:val="0026017B"/>
    <w:rsid w:val="00271A08"/>
    <w:rsid w:val="002728D5"/>
    <w:rsid w:val="0029639D"/>
    <w:rsid w:val="002B339F"/>
    <w:rsid w:val="003177A5"/>
    <w:rsid w:val="00326F90"/>
    <w:rsid w:val="0033289C"/>
    <w:rsid w:val="00367842"/>
    <w:rsid w:val="00392C73"/>
    <w:rsid w:val="003C5EF8"/>
    <w:rsid w:val="003C70E5"/>
    <w:rsid w:val="003E25E4"/>
    <w:rsid w:val="003F1BD5"/>
    <w:rsid w:val="003F392E"/>
    <w:rsid w:val="003F79E9"/>
    <w:rsid w:val="003F7C9A"/>
    <w:rsid w:val="004608B5"/>
    <w:rsid w:val="00463FEC"/>
    <w:rsid w:val="0046465E"/>
    <w:rsid w:val="0046628E"/>
    <w:rsid w:val="00492C2F"/>
    <w:rsid w:val="00516132"/>
    <w:rsid w:val="0052674D"/>
    <w:rsid w:val="00542A4B"/>
    <w:rsid w:val="005432EB"/>
    <w:rsid w:val="00557FCE"/>
    <w:rsid w:val="005679A7"/>
    <w:rsid w:val="005C3FA2"/>
    <w:rsid w:val="00663FA4"/>
    <w:rsid w:val="00672CCA"/>
    <w:rsid w:val="00677496"/>
    <w:rsid w:val="00697230"/>
    <w:rsid w:val="006D7893"/>
    <w:rsid w:val="00743D8E"/>
    <w:rsid w:val="00753968"/>
    <w:rsid w:val="0076371B"/>
    <w:rsid w:val="00784F63"/>
    <w:rsid w:val="00786EBF"/>
    <w:rsid w:val="007A2329"/>
    <w:rsid w:val="007E259A"/>
    <w:rsid w:val="008060A1"/>
    <w:rsid w:val="0083780F"/>
    <w:rsid w:val="0084753E"/>
    <w:rsid w:val="008B3EAD"/>
    <w:rsid w:val="008F21D3"/>
    <w:rsid w:val="008F5F7F"/>
    <w:rsid w:val="00917817"/>
    <w:rsid w:val="00944B87"/>
    <w:rsid w:val="00A17CAE"/>
    <w:rsid w:val="00AA1D8D"/>
    <w:rsid w:val="00AB23CC"/>
    <w:rsid w:val="00AC47B1"/>
    <w:rsid w:val="00AD274F"/>
    <w:rsid w:val="00AF28FE"/>
    <w:rsid w:val="00AF5214"/>
    <w:rsid w:val="00AF6D7E"/>
    <w:rsid w:val="00B26186"/>
    <w:rsid w:val="00B47730"/>
    <w:rsid w:val="00B66FB4"/>
    <w:rsid w:val="00B823D7"/>
    <w:rsid w:val="00B9565E"/>
    <w:rsid w:val="00BD226A"/>
    <w:rsid w:val="00BE6B08"/>
    <w:rsid w:val="00C02707"/>
    <w:rsid w:val="00C0353F"/>
    <w:rsid w:val="00C36179"/>
    <w:rsid w:val="00C3737C"/>
    <w:rsid w:val="00C950F0"/>
    <w:rsid w:val="00CA3BC5"/>
    <w:rsid w:val="00CB0664"/>
    <w:rsid w:val="00CC5DDB"/>
    <w:rsid w:val="00D11169"/>
    <w:rsid w:val="00D24AA4"/>
    <w:rsid w:val="00E377F8"/>
    <w:rsid w:val="00E4410C"/>
    <w:rsid w:val="00E673BB"/>
    <w:rsid w:val="00E77071"/>
    <w:rsid w:val="00E966AF"/>
    <w:rsid w:val="00EA3CF1"/>
    <w:rsid w:val="00EB731F"/>
    <w:rsid w:val="00EE1803"/>
    <w:rsid w:val="00F350BF"/>
    <w:rsid w:val="00F57A14"/>
    <w:rsid w:val="00F97402"/>
    <w:rsid w:val="00FC693F"/>
    <w:rsid w:val="00FD23DF"/>
    <w:rsid w:val="00FD3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E1AFA8"/>
  <w14:defaultImageDpi w14:val="300"/>
  <w15:docId w15:val="{74A13EA0-0FF6-4FD4-B501-B85326FB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64" w:lineRule="auto"/>
    </w:pPr>
    <w:rPr>
      <w:rFonts w:ascii="Arial" w:eastAsia="Arial" w:hAnsi="Arial"/>
      <w:color w:val="222222"/>
      <w:sz w:val="20"/>
    </w:rPr>
  </w:style>
  <w:style w:type="paragraph" w:styleId="Heading1">
    <w:name w:val="heading 1"/>
    <w:basedOn w:val="Normal"/>
    <w:next w:val="Normal"/>
    <w:link w:val="Heading1Char"/>
    <w:uiPriority w:val="9"/>
    <w:qFormat/>
    <w:rsid w:val="00FC693F"/>
    <w:pPr>
      <w:keepNext/>
      <w:keepLines/>
      <w:spacing w:before="300" w:line="252" w:lineRule="auto"/>
      <w:outlineLvl w:val="0"/>
    </w:pPr>
    <w:rPr>
      <w:rFonts w:asciiTheme="majorHAnsi" w:eastAsiaTheme="majorEastAsia" w:hAnsiTheme="majorHAnsi" w:cstheme="majorBidi"/>
      <w:b/>
      <w:bCs/>
      <w:color w:val="2F4F3B"/>
      <w:sz w:val="28"/>
      <w:szCs w:val="28"/>
    </w:rPr>
  </w:style>
  <w:style w:type="paragraph" w:styleId="Heading2">
    <w:name w:val="heading 2"/>
    <w:basedOn w:val="Normal"/>
    <w:next w:val="Normal"/>
    <w:link w:val="Heading2Char"/>
    <w:uiPriority w:val="9"/>
    <w:unhideWhenUsed/>
    <w:qFormat/>
    <w:rsid w:val="00FC693F"/>
    <w:pPr>
      <w:keepNext/>
      <w:keepLines/>
      <w:spacing w:before="200" w:after="100" w:line="252" w:lineRule="auto"/>
      <w:outlineLvl w:val="1"/>
    </w:pPr>
    <w:rPr>
      <w:rFonts w:asciiTheme="majorHAnsi" w:eastAsiaTheme="majorEastAsia" w:hAnsiTheme="majorHAnsi" w:cstheme="majorBidi"/>
      <w:b/>
      <w:bCs/>
      <w:color w:val="405A46"/>
      <w:sz w:val="23"/>
      <w:szCs w:val="26"/>
    </w:rPr>
  </w:style>
  <w:style w:type="paragraph" w:styleId="Heading3">
    <w:name w:val="heading 3"/>
    <w:basedOn w:val="Normal"/>
    <w:next w:val="Normal"/>
    <w:link w:val="Heading3Char"/>
    <w:uiPriority w:val="9"/>
    <w:unhideWhenUsed/>
    <w:qFormat/>
    <w:rsid w:val="00FC693F"/>
    <w:pPr>
      <w:keepNext/>
      <w:keepLines/>
      <w:spacing w:before="160" w:after="80" w:line="252" w:lineRule="auto"/>
      <w:outlineLvl w:val="2"/>
    </w:pPr>
    <w:rPr>
      <w:rFonts w:asciiTheme="majorHAnsi" w:eastAsiaTheme="majorEastAsia" w:hAnsiTheme="majorHAnsi" w:cstheme="majorBidi"/>
      <w:b/>
      <w:bCs/>
      <w:color w:val="405A4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52" w:lineRule="auto"/>
      <w:contextualSpacing/>
    </w:pPr>
    <w:rPr>
      <w:rFonts w:asciiTheme="majorHAnsi" w:eastAsiaTheme="majorEastAsia" w:hAnsiTheme="majorHAnsi" w:cstheme="majorBidi"/>
      <w:b/>
      <w:color w:val="2F4F3B"/>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ubtitle">
    <w:name w:val="Note Subtitle"/>
    <w:pPr>
      <w:spacing w:after="80"/>
    </w:pPr>
    <w:rPr>
      <w:rFonts w:ascii="Arial" w:eastAsia="Arial" w:hAnsi="Arial"/>
      <w:color w:val="595959"/>
    </w:rPr>
  </w:style>
  <w:style w:type="paragraph" w:customStyle="1" w:styleId="SmallText">
    <w:name w:val="Small Text"/>
    <w:pPr>
      <w:spacing w:after="60"/>
    </w:pPr>
    <w:rPr>
      <w:rFonts w:ascii="Arial" w:eastAsia="Arial" w:hAnsi="Arial"/>
      <w:color w:val="595959"/>
      <w:sz w:val="17"/>
    </w:rPr>
  </w:style>
  <w:style w:type="paragraph" w:customStyle="1" w:styleId="TableText">
    <w:name w:val="Table Text"/>
    <w:pPr>
      <w:spacing w:after="40"/>
    </w:pPr>
    <w:rPr>
      <w:rFonts w:ascii="Arial" w:eastAsia="Arial" w:hAnsi="Arial"/>
      <w:color w:val="222222"/>
      <w:sz w:val="17"/>
    </w:rPr>
  </w:style>
  <w:style w:type="character" w:styleId="Hyperlink">
    <w:name w:val="Hyperlink"/>
    <w:basedOn w:val="DefaultParagraphFont"/>
    <w:uiPriority w:val="99"/>
    <w:semiHidden/>
    <w:unhideWhenUsed/>
    <w:rsid w:val="008060A1"/>
    <w:rPr>
      <w:color w:val="467886"/>
      <w:u w:val="single"/>
    </w:rPr>
  </w:style>
  <w:style w:type="character" w:styleId="FollowedHyperlink">
    <w:name w:val="FollowedHyperlink"/>
    <w:basedOn w:val="DefaultParagraphFont"/>
    <w:uiPriority w:val="99"/>
    <w:semiHidden/>
    <w:unhideWhenUsed/>
    <w:rsid w:val="008060A1"/>
    <w:rPr>
      <w:color w:val="96607D"/>
      <w:u w:val="single"/>
    </w:rPr>
  </w:style>
  <w:style w:type="paragraph" w:customStyle="1" w:styleId="msonormal0">
    <w:name w:val="msonormal"/>
    <w:basedOn w:val="Normal"/>
    <w:rsid w:val="008060A1"/>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customStyle="1" w:styleId="xl63">
    <w:name w:val="xl63"/>
    <w:basedOn w:val="Normal"/>
    <w:rsid w:val="008060A1"/>
    <w:pPr>
      <w:spacing w:before="100" w:beforeAutospacing="1" w:after="100" w:afterAutospacing="1" w:line="240" w:lineRule="auto"/>
    </w:pPr>
    <w:rPr>
      <w:rFonts w:eastAsia="Times New Roman" w:cs="Arial"/>
      <w:color w:val="auto"/>
      <w:sz w:val="24"/>
      <w:szCs w:val="24"/>
      <w:lang w:val="en-GB" w:eastAsia="en-GB"/>
    </w:rPr>
  </w:style>
  <w:style w:type="paragraph" w:customStyle="1" w:styleId="xl64">
    <w:name w:val="xl64"/>
    <w:basedOn w:val="Normal"/>
    <w:rsid w:val="008060A1"/>
    <w:pPr>
      <w:spacing w:before="100" w:beforeAutospacing="1" w:after="100" w:afterAutospacing="1" w:line="240" w:lineRule="auto"/>
    </w:pPr>
    <w:rPr>
      <w:rFonts w:eastAsia="Times New Roman" w:cs="Arial"/>
      <w:b/>
      <w:bCs/>
      <w:color w:val="auto"/>
      <w:szCs w:val="20"/>
      <w:lang w:val="en-GB" w:eastAsia="en-GB"/>
    </w:rPr>
  </w:style>
  <w:style w:type="paragraph" w:customStyle="1" w:styleId="xl65">
    <w:name w:val="xl65"/>
    <w:basedOn w:val="Normal"/>
    <w:rsid w:val="008060A1"/>
    <w:pPr>
      <w:spacing w:before="100" w:beforeAutospacing="1" w:after="100" w:afterAutospacing="1" w:line="240" w:lineRule="auto"/>
    </w:pPr>
    <w:rPr>
      <w:rFonts w:eastAsia="Times New Roman" w:cs="Arial"/>
      <w:color w:val="auto"/>
      <w:szCs w:val="20"/>
      <w:lang w:val="en-GB" w:eastAsia="en-GB"/>
    </w:rPr>
  </w:style>
  <w:style w:type="paragraph" w:customStyle="1" w:styleId="xl66">
    <w:name w:val="xl66"/>
    <w:basedOn w:val="Normal"/>
    <w:rsid w:val="008060A1"/>
    <w:pPr>
      <w:spacing w:before="100" w:beforeAutospacing="1" w:after="100" w:afterAutospacing="1" w:line="240" w:lineRule="auto"/>
    </w:pPr>
    <w:rPr>
      <w:rFonts w:eastAsia="Times New Roman" w:cs="Arial"/>
      <w:color w:val="auto"/>
      <w:szCs w:val="20"/>
      <w:lang w:val="en-GB" w:eastAsia="en-GB"/>
    </w:rPr>
  </w:style>
  <w:style w:type="paragraph" w:customStyle="1" w:styleId="xl67">
    <w:name w:val="xl67"/>
    <w:basedOn w:val="Normal"/>
    <w:rsid w:val="008060A1"/>
    <w:pPr>
      <w:pBdr>
        <w:top w:val="single" w:sz="12" w:space="0" w:color="FFFFFF"/>
        <w:left w:val="single" w:sz="12" w:space="0" w:color="FFFFFF"/>
        <w:bottom w:val="single" w:sz="12" w:space="0" w:color="FFFFFF"/>
        <w:right w:val="single" w:sz="12" w:space="0" w:color="FFFFFF"/>
      </w:pBdr>
      <w:shd w:val="clear" w:color="000000" w:fill="BFBFBF"/>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68">
    <w:name w:val="xl68"/>
    <w:basedOn w:val="Normal"/>
    <w:rsid w:val="008060A1"/>
    <w:pPr>
      <w:pBdr>
        <w:top w:val="single" w:sz="12" w:space="0" w:color="FFFFFF"/>
        <w:left w:val="single" w:sz="12" w:space="0" w:color="FFFFFF"/>
        <w:bottom w:val="single" w:sz="12" w:space="0" w:color="FFFFFF"/>
        <w:right w:val="single" w:sz="12" w:space="0" w:color="FFFFFF"/>
      </w:pBdr>
      <w:shd w:val="clear" w:color="000000" w:fill="DAF2D0"/>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69">
    <w:name w:val="xl69"/>
    <w:basedOn w:val="Normal"/>
    <w:rsid w:val="008060A1"/>
    <w:pPr>
      <w:pBdr>
        <w:top w:val="single" w:sz="12" w:space="0" w:color="FFFFFF"/>
        <w:left w:val="single" w:sz="12" w:space="0" w:color="FFFFFF"/>
        <w:bottom w:val="single" w:sz="12" w:space="0" w:color="FFFFFF"/>
        <w:right w:val="single" w:sz="12" w:space="0" w:color="FFFFFF"/>
      </w:pBdr>
      <w:shd w:val="clear" w:color="000000" w:fill="DAF2D0"/>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0">
    <w:name w:val="xl70"/>
    <w:basedOn w:val="Normal"/>
    <w:rsid w:val="008060A1"/>
    <w:pPr>
      <w:pBdr>
        <w:top w:val="single" w:sz="12" w:space="0" w:color="FFFFFF"/>
        <w:left w:val="single" w:sz="12" w:space="0" w:color="FFFFFF"/>
        <w:bottom w:val="single" w:sz="12" w:space="0" w:color="FFFFFF"/>
        <w:right w:val="single" w:sz="12" w:space="0" w:color="FFFFFF"/>
      </w:pBdr>
      <w:shd w:val="clear" w:color="000000" w:fill="DAF2D0"/>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1">
    <w:name w:val="xl71"/>
    <w:basedOn w:val="Normal"/>
    <w:rsid w:val="008060A1"/>
    <w:pPr>
      <w:pBdr>
        <w:top w:val="single" w:sz="12" w:space="0" w:color="FFFFFF"/>
        <w:left w:val="single" w:sz="12" w:space="0" w:color="FFFFFF"/>
        <w:bottom w:val="single" w:sz="12" w:space="0" w:color="FFFFFF"/>
        <w:right w:val="single" w:sz="12" w:space="0" w:color="FFFFFF"/>
      </w:pBdr>
      <w:shd w:val="clear" w:color="000000" w:fill="DAF2D0"/>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2">
    <w:name w:val="xl72"/>
    <w:basedOn w:val="Normal"/>
    <w:rsid w:val="008060A1"/>
    <w:pPr>
      <w:shd w:val="clear" w:color="000000" w:fill="FBE2D5"/>
      <w:spacing w:before="100" w:beforeAutospacing="1" w:after="100" w:afterAutospacing="1" w:line="240" w:lineRule="auto"/>
    </w:pPr>
    <w:rPr>
      <w:rFonts w:eastAsia="Times New Roman" w:cs="Arial"/>
      <w:color w:val="auto"/>
      <w:sz w:val="24"/>
      <w:szCs w:val="24"/>
      <w:lang w:val="en-GB" w:eastAsia="en-GB"/>
    </w:rPr>
  </w:style>
  <w:style w:type="paragraph" w:customStyle="1" w:styleId="xl73">
    <w:name w:val="xl73"/>
    <w:basedOn w:val="Normal"/>
    <w:rsid w:val="008060A1"/>
    <w:pPr>
      <w:pBdr>
        <w:top w:val="single" w:sz="12" w:space="0" w:color="FFFFFF"/>
        <w:left w:val="single" w:sz="12" w:space="0" w:color="FFFFFF"/>
        <w:bottom w:val="single" w:sz="12" w:space="0" w:color="FFFFFF"/>
        <w:right w:val="single" w:sz="12" w:space="0" w:color="FFFFFF"/>
      </w:pBdr>
      <w:shd w:val="clear" w:color="000000" w:fill="DAF2D0"/>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4">
    <w:name w:val="xl74"/>
    <w:basedOn w:val="Normal"/>
    <w:rsid w:val="008060A1"/>
    <w:pPr>
      <w:pBdr>
        <w:top w:val="single" w:sz="12" w:space="0" w:color="FFFFFF"/>
        <w:left w:val="single" w:sz="12" w:space="0" w:color="FFFFFF"/>
        <w:bottom w:val="single" w:sz="12" w:space="0" w:color="FFFFFF"/>
        <w:right w:val="single" w:sz="12" w:space="0" w:color="FFFFFF"/>
      </w:pBdr>
      <w:shd w:val="clear" w:color="000000" w:fill="B5E6A2"/>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75">
    <w:name w:val="xl75"/>
    <w:basedOn w:val="Normal"/>
    <w:rsid w:val="008060A1"/>
    <w:pPr>
      <w:pBdr>
        <w:top w:val="single" w:sz="12" w:space="0" w:color="FFFFFF"/>
        <w:left w:val="single" w:sz="12" w:space="0" w:color="FFFFFF"/>
        <w:bottom w:val="single" w:sz="12" w:space="0" w:color="FFFFFF"/>
        <w:right w:val="single" w:sz="12" w:space="0" w:color="FFFFFF"/>
      </w:pBdr>
      <w:shd w:val="clear" w:color="000000" w:fill="B5E6A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6">
    <w:name w:val="xl76"/>
    <w:basedOn w:val="Normal"/>
    <w:rsid w:val="008060A1"/>
    <w:pPr>
      <w:pBdr>
        <w:top w:val="single" w:sz="12" w:space="0" w:color="FFFFFF"/>
        <w:left w:val="single" w:sz="12" w:space="0" w:color="FFFFFF"/>
        <w:bottom w:val="single" w:sz="12" w:space="0" w:color="FFFFFF"/>
        <w:right w:val="single" w:sz="12" w:space="0" w:color="FFFFFF"/>
      </w:pBdr>
      <w:shd w:val="clear" w:color="000000" w:fill="B5E6A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7">
    <w:name w:val="xl77"/>
    <w:basedOn w:val="Normal"/>
    <w:rsid w:val="008060A1"/>
    <w:pPr>
      <w:pBdr>
        <w:top w:val="single" w:sz="12" w:space="0" w:color="FFFFFF"/>
        <w:left w:val="single" w:sz="12" w:space="0" w:color="FFFFFF"/>
        <w:bottom w:val="single" w:sz="12" w:space="0" w:color="FFFFFF"/>
        <w:right w:val="single" w:sz="12" w:space="0" w:color="FFFFFF"/>
      </w:pBdr>
      <w:shd w:val="clear" w:color="000000" w:fill="B5E6A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8">
    <w:name w:val="xl78"/>
    <w:basedOn w:val="Normal"/>
    <w:rsid w:val="008060A1"/>
    <w:pPr>
      <w:pBdr>
        <w:top w:val="single" w:sz="12" w:space="0" w:color="FFFFFF"/>
        <w:left w:val="single" w:sz="12" w:space="0" w:color="FFFFFF"/>
        <w:bottom w:val="single" w:sz="12" w:space="0" w:color="FFFFFF"/>
        <w:right w:val="single" w:sz="12" w:space="0" w:color="FFFFFF"/>
      </w:pBdr>
      <w:shd w:val="clear" w:color="000000" w:fill="8ED973"/>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79">
    <w:name w:val="xl79"/>
    <w:basedOn w:val="Normal"/>
    <w:rsid w:val="008060A1"/>
    <w:pPr>
      <w:pBdr>
        <w:top w:val="single" w:sz="12" w:space="0" w:color="FFFFFF"/>
        <w:left w:val="single" w:sz="12" w:space="0" w:color="FFFFFF"/>
        <w:bottom w:val="single" w:sz="12" w:space="0" w:color="FFFFFF"/>
        <w:right w:val="single" w:sz="12" w:space="0" w:color="FFFFFF"/>
      </w:pBdr>
      <w:shd w:val="clear" w:color="000000" w:fill="8ED973"/>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0">
    <w:name w:val="xl80"/>
    <w:basedOn w:val="Normal"/>
    <w:rsid w:val="008060A1"/>
    <w:pPr>
      <w:pBdr>
        <w:top w:val="single" w:sz="12" w:space="0" w:color="FFFFFF"/>
        <w:left w:val="single" w:sz="12" w:space="0" w:color="FFFFFF"/>
        <w:bottom w:val="single" w:sz="12" w:space="0" w:color="FFFFFF"/>
        <w:right w:val="single" w:sz="12" w:space="0" w:color="FFFFFF"/>
      </w:pBdr>
      <w:shd w:val="clear" w:color="000000" w:fill="8ED973"/>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1">
    <w:name w:val="xl81"/>
    <w:basedOn w:val="Normal"/>
    <w:rsid w:val="008060A1"/>
    <w:pPr>
      <w:pBdr>
        <w:top w:val="single" w:sz="12" w:space="0" w:color="FFFFFF"/>
        <w:left w:val="single" w:sz="12" w:space="0" w:color="FFFFFF"/>
        <w:bottom w:val="single" w:sz="12" w:space="0" w:color="FFFFFF"/>
        <w:right w:val="single" w:sz="12" w:space="0" w:color="FFFFFF"/>
      </w:pBdr>
      <w:shd w:val="clear" w:color="000000" w:fill="8ED973"/>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2">
    <w:name w:val="xl82"/>
    <w:basedOn w:val="Normal"/>
    <w:rsid w:val="008060A1"/>
    <w:pPr>
      <w:pBdr>
        <w:top w:val="single" w:sz="12" w:space="0" w:color="FFFFFF"/>
        <w:left w:val="single" w:sz="12" w:space="0" w:color="FFFFFF"/>
        <w:bottom w:val="single" w:sz="12" w:space="0" w:color="FFFFFF"/>
        <w:right w:val="single" w:sz="12" w:space="0" w:color="FFFFFF"/>
      </w:pBdr>
      <w:shd w:val="clear" w:color="000000" w:fill="FFF3F3"/>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83">
    <w:name w:val="xl83"/>
    <w:basedOn w:val="Normal"/>
    <w:rsid w:val="008060A1"/>
    <w:pPr>
      <w:pBdr>
        <w:top w:val="single" w:sz="12" w:space="0" w:color="FFFFFF"/>
        <w:left w:val="single" w:sz="12" w:space="0" w:color="FFFFFF"/>
        <w:bottom w:val="single" w:sz="12" w:space="0" w:color="FFFFFF"/>
        <w:right w:val="single" w:sz="12" w:space="0" w:color="FFFFFF"/>
      </w:pBdr>
      <w:shd w:val="clear" w:color="000000" w:fill="FFF3F3"/>
      <w:spacing w:before="100" w:beforeAutospacing="1" w:after="100" w:afterAutospacing="1" w:line="240" w:lineRule="auto"/>
      <w:jc w:val="center"/>
    </w:pPr>
    <w:rPr>
      <w:rFonts w:eastAsia="Times New Roman" w:cs="Arial"/>
      <w:color w:val="auto"/>
      <w:szCs w:val="20"/>
      <w:lang w:val="en-GB" w:eastAsia="en-GB"/>
    </w:rPr>
  </w:style>
  <w:style w:type="paragraph" w:customStyle="1" w:styleId="xl84">
    <w:name w:val="xl84"/>
    <w:basedOn w:val="Normal"/>
    <w:rsid w:val="008060A1"/>
    <w:pPr>
      <w:pBdr>
        <w:top w:val="single" w:sz="12" w:space="0" w:color="FFFFFF"/>
        <w:left w:val="single" w:sz="12" w:space="0" w:color="FFFFFF"/>
        <w:bottom w:val="single" w:sz="12" w:space="0" w:color="FFFFFF"/>
        <w:right w:val="single" w:sz="12" w:space="0" w:color="FFFFFF"/>
      </w:pBdr>
      <w:shd w:val="clear" w:color="000000" w:fill="FFF3F3"/>
      <w:spacing w:before="100" w:beforeAutospacing="1" w:after="100" w:afterAutospacing="1" w:line="240" w:lineRule="auto"/>
      <w:jc w:val="center"/>
    </w:pPr>
    <w:rPr>
      <w:rFonts w:eastAsia="Times New Roman" w:cs="Arial"/>
      <w:color w:val="auto"/>
      <w:szCs w:val="20"/>
      <w:lang w:val="en-GB" w:eastAsia="en-GB"/>
    </w:rPr>
  </w:style>
  <w:style w:type="paragraph" w:customStyle="1" w:styleId="xl85">
    <w:name w:val="xl85"/>
    <w:basedOn w:val="Normal"/>
    <w:rsid w:val="008060A1"/>
    <w:pPr>
      <w:pBdr>
        <w:top w:val="single" w:sz="12" w:space="0" w:color="FFFFFF"/>
        <w:left w:val="single" w:sz="12" w:space="0" w:color="FFFFFF"/>
        <w:bottom w:val="single" w:sz="12" w:space="0" w:color="FFFFFF"/>
        <w:right w:val="single" w:sz="12" w:space="0" w:color="FFFFFF"/>
      </w:pBdr>
      <w:shd w:val="clear" w:color="000000" w:fill="FFF3F3"/>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6">
    <w:name w:val="xl86"/>
    <w:basedOn w:val="Normal"/>
    <w:rsid w:val="008060A1"/>
    <w:pPr>
      <w:pBdr>
        <w:top w:val="single" w:sz="12" w:space="0" w:color="FFFFFF"/>
        <w:left w:val="single" w:sz="12" w:space="0" w:color="FFFFFF"/>
        <w:bottom w:val="single" w:sz="12" w:space="0" w:color="FFFFFF"/>
        <w:right w:val="single" w:sz="12" w:space="0" w:color="FFFFFF"/>
      </w:pBdr>
      <w:shd w:val="clear" w:color="000000" w:fill="B5E6A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7">
    <w:name w:val="xl87"/>
    <w:basedOn w:val="Normal"/>
    <w:rsid w:val="008060A1"/>
    <w:pPr>
      <w:pBdr>
        <w:top w:val="single" w:sz="12" w:space="0" w:color="FFFFFF"/>
        <w:left w:val="single" w:sz="12" w:space="0" w:color="FFFFFF"/>
        <w:bottom w:val="single" w:sz="12" w:space="0" w:color="FFFFFF"/>
        <w:right w:val="single" w:sz="12" w:space="0" w:color="FFFFFF"/>
      </w:pBdr>
      <w:shd w:val="clear" w:color="000000" w:fill="8ED973"/>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8">
    <w:name w:val="xl88"/>
    <w:basedOn w:val="Normal"/>
    <w:rsid w:val="008060A1"/>
    <w:pPr>
      <w:pBdr>
        <w:top w:val="single" w:sz="12" w:space="0" w:color="FFFFFF"/>
        <w:left w:val="single" w:sz="12" w:space="0" w:color="FFFFFF"/>
        <w:bottom w:val="single" w:sz="12" w:space="0" w:color="FFFFFF"/>
        <w:right w:val="single" w:sz="12" w:space="0" w:color="FFFFFF"/>
      </w:pBdr>
      <w:shd w:val="clear" w:color="000000" w:fill="F2F2F2"/>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89">
    <w:name w:val="xl89"/>
    <w:basedOn w:val="Normal"/>
    <w:rsid w:val="008060A1"/>
    <w:pPr>
      <w:pBdr>
        <w:top w:val="single" w:sz="12" w:space="0" w:color="FFFFFF"/>
        <w:left w:val="single" w:sz="12" w:space="0" w:color="FFFFFF"/>
        <w:bottom w:val="single" w:sz="12" w:space="0" w:color="FFFFFF"/>
        <w:right w:val="single" w:sz="12" w:space="0" w:color="FFFFFF"/>
      </w:pBdr>
      <w:shd w:val="clear" w:color="000000" w:fill="F2F2F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90">
    <w:name w:val="xl90"/>
    <w:basedOn w:val="Normal"/>
    <w:rsid w:val="008060A1"/>
    <w:pPr>
      <w:pBdr>
        <w:top w:val="single" w:sz="12" w:space="0" w:color="FFFFFF"/>
        <w:left w:val="single" w:sz="12" w:space="0" w:color="FFFFFF"/>
        <w:bottom w:val="single" w:sz="12" w:space="0" w:color="FFFFFF"/>
        <w:right w:val="single" w:sz="12" w:space="0" w:color="FFFFFF"/>
      </w:pBdr>
      <w:shd w:val="clear" w:color="000000" w:fill="F2F2F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91">
    <w:name w:val="xl91"/>
    <w:basedOn w:val="Normal"/>
    <w:rsid w:val="008060A1"/>
    <w:pPr>
      <w:pBdr>
        <w:top w:val="single" w:sz="12" w:space="0" w:color="FFFFFF"/>
        <w:left w:val="single" w:sz="12" w:space="0" w:color="FFFFFF"/>
        <w:bottom w:val="single" w:sz="12" w:space="0" w:color="FFFFFF"/>
        <w:right w:val="single" w:sz="12" w:space="0" w:color="FFFFFF"/>
      </w:pBdr>
      <w:shd w:val="clear" w:color="000000" w:fill="F2F2F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92">
    <w:name w:val="xl92"/>
    <w:basedOn w:val="Normal"/>
    <w:rsid w:val="008060A1"/>
    <w:pPr>
      <w:pBdr>
        <w:top w:val="single" w:sz="12" w:space="0" w:color="FFFFFF"/>
        <w:left w:val="single" w:sz="12" w:space="0" w:color="FFFFFF"/>
        <w:bottom w:val="single" w:sz="12" w:space="0" w:color="FFFFFF"/>
        <w:right w:val="single" w:sz="12" w:space="0" w:color="FFFFFF"/>
      </w:pBdr>
      <w:shd w:val="clear" w:color="000000" w:fill="F2F2F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93">
    <w:name w:val="xl93"/>
    <w:basedOn w:val="Normal"/>
    <w:rsid w:val="008060A1"/>
    <w:pPr>
      <w:pBdr>
        <w:top w:val="single" w:sz="12" w:space="0" w:color="FFFFFF"/>
        <w:left w:val="single" w:sz="12" w:space="0" w:color="FFFFFF"/>
        <w:bottom w:val="single" w:sz="12" w:space="0" w:color="FFFFFF"/>
        <w:right w:val="single" w:sz="12" w:space="0" w:color="FFFFFF"/>
      </w:pBdr>
      <w:shd w:val="clear" w:color="000000" w:fill="FFF3F3"/>
      <w:spacing w:before="100" w:beforeAutospacing="1" w:after="100" w:afterAutospacing="1" w:line="240" w:lineRule="auto"/>
      <w:jc w:val="center"/>
    </w:pPr>
    <w:rPr>
      <w:rFonts w:eastAsia="Times New Roman" w:cs="Arial"/>
      <w:color w:val="auto"/>
      <w:szCs w:val="20"/>
      <w:lang w:val="en-GB" w:eastAsia="en-GB"/>
    </w:rPr>
  </w:style>
  <w:style w:type="paragraph" w:customStyle="1" w:styleId="xl94">
    <w:name w:val="xl94"/>
    <w:basedOn w:val="Normal"/>
    <w:rsid w:val="008060A1"/>
    <w:pPr>
      <w:pBdr>
        <w:top w:val="single" w:sz="12" w:space="0" w:color="FFFFFF"/>
        <w:left w:val="single" w:sz="12" w:space="0" w:color="FFFFFF"/>
        <w:bottom w:val="single" w:sz="12" w:space="0" w:color="FFFFFF"/>
        <w:right w:val="single" w:sz="12" w:space="0" w:color="FFFFFF"/>
      </w:pBdr>
      <w:shd w:val="clear" w:color="000000" w:fill="92D050"/>
      <w:spacing w:before="100" w:beforeAutospacing="1" w:after="100" w:afterAutospacing="1" w:line="240" w:lineRule="auto"/>
      <w:jc w:val="center"/>
    </w:pPr>
    <w:rPr>
      <w:rFonts w:eastAsia="Times New Roman" w:cs="Arial"/>
      <w:color w:val="auto"/>
      <w:szCs w:val="20"/>
      <w:lang w:val="en-GB" w:eastAsia="en-GB"/>
    </w:rPr>
  </w:style>
  <w:style w:type="paragraph" w:customStyle="1" w:styleId="xl95">
    <w:name w:val="xl95"/>
    <w:basedOn w:val="Normal"/>
    <w:rsid w:val="008060A1"/>
    <w:pPr>
      <w:pBdr>
        <w:top w:val="single" w:sz="12" w:space="0" w:color="FFFFFF"/>
        <w:left w:val="single" w:sz="12" w:space="0" w:color="FFFFFF"/>
        <w:bottom w:val="single" w:sz="12" w:space="0" w:color="FFFFFF"/>
        <w:right w:val="single" w:sz="12" w:space="0" w:color="FFFFFF"/>
      </w:pBdr>
      <w:shd w:val="clear" w:color="000000" w:fill="92D050"/>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96">
    <w:name w:val="xl96"/>
    <w:basedOn w:val="Normal"/>
    <w:rsid w:val="008060A1"/>
    <w:pPr>
      <w:spacing w:before="100" w:beforeAutospacing="1" w:after="100" w:afterAutospacing="1" w:line="240" w:lineRule="auto"/>
      <w:jc w:val="right"/>
    </w:pPr>
    <w:rPr>
      <w:rFonts w:eastAsia="Times New Roman" w:cs="Arial"/>
      <w:color w:val="auto"/>
      <w:szCs w:val="20"/>
      <w:lang w:val="en-GB" w:eastAsia="en-GB"/>
    </w:rPr>
  </w:style>
  <w:style w:type="paragraph" w:customStyle="1" w:styleId="xl97">
    <w:name w:val="xl97"/>
    <w:basedOn w:val="Normal"/>
    <w:rsid w:val="008060A1"/>
    <w:pPr>
      <w:spacing w:before="100" w:beforeAutospacing="1" w:after="100" w:afterAutospacing="1" w:line="240" w:lineRule="auto"/>
      <w:jc w:val="right"/>
    </w:pPr>
    <w:rPr>
      <w:rFonts w:eastAsia="Times New Roman" w:cs="Arial"/>
      <w:b/>
      <w:bCs/>
      <w:color w:val="auto"/>
      <w:szCs w:val="20"/>
      <w:lang w:val="en-GB" w:eastAsia="en-GB"/>
    </w:rPr>
  </w:style>
  <w:style w:type="paragraph" w:customStyle="1" w:styleId="xl98">
    <w:name w:val="xl98"/>
    <w:basedOn w:val="Normal"/>
    <w:rsid w:val="008060A1"/>
    <w:pPr>
      <w:pBdr>
        <w:top w:val="single" w:sz="12" w:space="0" w:color="FFFFFF"/>
        <w:left w:val="single" w:sz="12" w:space="0" w:color="FFFFFF"/>
        <w:bottom w:val="single" w:sz="12" w:space="0" w:color="FFFFFF"/>
        <w:right w:val="single" w:sz="12" w:space="0" w:color="FFFFFF"/>
      </w:pBdr>
      <w:shd w:val="clear" w:color="000000" w:fill="FFCCCC"/>
      <w:spacing w:before="100" w:beforeAutospacing="1" w:after="100" w:afterAutospacing="1" w:line="240" w:lineRule="auto"/>
      <w:jc w:val="center"/>
    </w:pPr>
    <w:rPr>
      <w:rFonts w:eastAsia="Times New Roman" w:cs="Arial"/>
      <w:color w:val="auto"/>
      <w:szCs w:val="20"/>
      <w:lang w:val="en-GB" w:eastAsia="en-GB"/>
    </w:rPr>
  </w:style>
  <w:style w:type="paragraph" w:customStyle="1" w:styleId="xl99">
    <w:name w:val="xl99"/>
    <w:basedOn w:val="Normal"/>
    <w:rsid w:val="008060A1"/>
    <w:pPr>
      <w:spacing w:before="100" w:beforeAutospacing="1" w:after="100" w:afterAutospacing="1" w:line="240" w:lineRule="auto"/>
      <w:jc w:val="center"/>
    </w:pPr>
    <w:rPr>
      <w:rFonts w:eastAsia="Times New Roman" w:cs="Arial"/>
      <w:color w:val="auto"/>
      <w:szCs w:val="20"/>
      <w:lang w:val="en-GB" w:eastAsia="en-GB"/>
    </w:rPr>
  </w:style>
  <w:style w:type="paragraph" w:customStyle="1" w:styleId="xl100">
    <w:name w:val="xl100"/>
    <w:basedOn w:val="Normal"/>
    <w:rsid w:val="008060A1"/>
    <w:pPr>
      <w:spacing w:before="100" w:beforeAutospacing="1" w:after="100" w:afterAutospacing="1" w:line="240" w:lineRule="auto"/>
      <w:jc w:val="center"/>
    </w:pPr>
    <w:rPr>
      <w:rFonts w:eastAsia="Times New Roman" w:cs="Arial"/>
      <w:b/>
      <w:bCs/>
      <w:color w:val="auto"/>
      <w:szCs w:val="20"/>
      <w:lang w:val="en-GB" w:eastAsia="en-GB"/>
    </w:rPr>
  </w:style>
  <w:style w:type="paragraph" w:customStyle="1" w:styleId="xl101">
    <w:name w:val="xl101"/>
    <w:basedOn w:val="Normal"/>
    <w:rsid w:val="008060A1"/>
    <w:pPr>
      <w:pBdr>
        <w:top w:val="single" w:sz="8" w:space="0" w:color="FFFFFF"/>
        <w:left w:val="single" w:sz="8" w:space="0" w:color="FFFFFF"/>
        <w:bottom w:val="single" w:sz="8" w:space="0" w:color="FFFFFF"/>
        <w:right w:val="single" w:sz="8" w:space="0" w:color="FFFFFF"/>
      </w:pBdr>
      <w:shd w:val="clear" w:color="000000" w:fill="92D050"/>
      <w:spacing w:before="100" w:beforeAutospacing="1" w:after="100" w:afterAutospacing="1" w:line="240" w:lineRule="auto"/>
      <w:jc w:val="center"/>
    </w:pPr>
    <w:rPr>
      <w:rFonts w:eastAsia="Times New Roman" w:cs="Arial"/>
      <w:b/>
      <w:bCs/>
      <w:color w:val="auto"/>
      <w:szCs w:val="20"/>
      <w:lang w:val="en-GB" w:eastAsia="en-GB"/>
    </w:rPr>
  </w:style>
  <w:style w:type="paragraph" w:styleId="NormalWeb">
    <w:name w:val="Normal (Web)"/>
    <w:basedOn w:val="Normal"/>
    <w:uiPriority w:val="99"/>
    <w:semiHidden/>
    <w:unhideWhenUsed/>
    <w:rsid w:val="0083780F"/>
    <w:rPr>
      <w:rFonts w:ascii="Times New Roman" w:hAnsi="Times New Roman" w:cs="Times New Roman"/>
      <w:sz w:val="24"/>
      <w:szCs w:val="24"/>
    </w:rPr>
  </w:style>
  <w:style w:type="paragraph" w:styleId="Revision">
    <w:name w:val="Revision"/>
    <w:hidden/>
    <w:uiPriority w:val="99"/>
    <w:semiHidden/>
    <w:rsid w:val="003F392E"/>
    <w:pPr>
      <w:spacing w:after="0" w:line="240" w:lineRule="auto"/>
    </w:pPr>
    <w:rPr>
      <w:rFonts w:ascii="Arial" w:eastAsia="Arial" w:hAnsi="Arial"/>
      <w:color w:val="222222"/>
      <w:sz w:val="20"/>
    </w:rPr>
  </w:style>
  <w:style w:type="character" w:styleId="CommentReference">
    <w:name w:val="annotation reference"/>
    <w:basedOn w:val="DefaultParagraphFont"/>
    <w:uiPriority w:val="99"/>
    <w:semiHidden/>
    <w:unhideWhenUsed/>
    <w:rsid w:val="003F392E"/>
    <w:rPr>
      <w:sz w:val="16"/>
      <w:szCs w:val="16"/>
    </w:rPr>
  </w:style>
  <w:style w:type="paragraph" w:styleId="CommentText">
    <w:name w:val="annotation text"/>
    <w:basedOn w:val="Normal"/>
    <w:link w:val="CommentTextChar"/>
    <w:uiPriority w:val="99"/>
    <w:unhideWhenUsed/>
    <w:rsid w:val="003F392E"/>
    <w:pPr>
      <w:spacing w:line="240" w:lineRule="auto"/>
    </w:pPr>
    <w:rPr>
      <w:szCs w:val="20"/>
    </w:rPr>
  </w:style>
  <w:style w:type="character" w:customStyle="1" w:styleId="CommentTextChar">
    <w:name w:val="Comment Text Char"/>
    <w:basedOn w:val="DefaultParagraphFont"/>
    <w:link w:val="CommentText"/>
    <w:uiPriority w:val="99"/>
    <w:rsid w:val="003F392E"/>
    <w:rPr>
      <w:rFonts w:ascii="Arial" w:eastAsia="Arial" w:hAnsi="Arial"/>
      <w:color w:val="222222"/>
      <w:sz w:val="20"/>
      <w:szCs w:val="20"/>
    </w:rPr>
  </w:style>
  <w:style w:type="paragraph" w:styleId="CommentSubject">
    <w:name w:val="annotation subject"/>
    <w:basedOn w:val="CommentText"/>
    <w:next w:val="CommentText"/>
    <w:link w:val="CommentSubjectChar"/>
    <w:uiPriority w:val="99"/>
    <w:semiHidden/>
    <w:unhideWhenUsed/>
    <w:rsid w:val="003F392E"/>
    <w:rPr>
      <w:b/>
      <w:bCs/>
    </w:rPr>
  </w:style>
  <w:style w:type="character" w:customStyle="1" w:styleId="CommentSubjectChar">
    <w:name w:val="Comment Subject Char"/>
    <w:basedOn w:val="CommentTextChar"/>
    <w:link w:val="CommentSubject"/>
    <w:uiPriority w:val="99"/>
    <w:semiHidden/>
    <w:rsid w:val="003F392E"/>
    <w:rPr>
      <w:rFonts w:ascii="Arial" w:eastAsia="Arial" w:hAnsi="Arial"/>
      <w:b/>
      <w:bCs/>
      <w:color w:val="22222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BA52DAD447344B81164B0BBA3663C9" ma:contentTypeVersion="5" ma:contentTypeDescription="Create a new document." ma:contentTypeScope="" ma:versionID="15c80a9d1c4c0640cdff6ef39fc84fc6">
  <xsd:schema xmlns:xsd="http://www.w3.org/2001/XMLSchema" xmlns:xs="http://www.w3.org/2001/XMLSchema" xmlns:p="http://schemas.microsoft.com/office/2006/metadata/properties" xmlns:ns2="991bf3e1-b7e3-4a9b-b8a9-aee39180f038" xmlns:ns3="0f616013-28ef-4f92-93af-837dc1e85baa" targetNamespace="http://schemas.microsoft.com/office/2006/metadata/properties" ma:root="true" ma:fieldsID="8975ac920ff134a6cb455a7086878dc9" ns2:_="" ns3:_="">
    <xsd:import namespace="991bf3e1-b7e3-4a9b-b8a9-aee39180f038"/>
    <xsd:import namespace="0f616013-28ef-4f92-93af-837dc1e85b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MediaServiceBillingMetadata"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bf3e1-b7e3-4a9b-b8a9-aee39180f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616013-28ef-4f92-93af-837dc1e85baa" elementFormDefault="qualified">
    <xsd:import namespace="http://schemas.microsoft.com/office/2006/documentManagement/types"/>
    <xsd:import namespace="http://schemas.microsoft.com/office/infopath/2007/PartnerControls"/>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c4632c-c0dc-4527-9b44-4e2626a7d4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616013-28ef-4f92-93af-837dc1e85b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2256C41-F7C5-4C0C-93ED-00A5C3D2E8CE}"/>
</file>

<file path=customXml/itemProps3.xml><?xml version="1.0" encoding="utf-8"?>
<ds:datastoreItem xmlns:ds="http://schemas.openxmlformats.org/officeDocument/2006/customXml" ds:itemID="{0DCFBABC-5FC5-4688-AEF4-B206C80A99AD}"/>
</file>

<file path=customXml/itemProps4.xml><?xml version="1.0" encoding="utf-8"?>
<ds:datastoreItem xmlns:ds="http://schemas.openxmlformats.org/officeDocument/2006/customXml" ds:itemID="{10C0D719-2388-48E3-AEFE-84DB967C7B2B}"/>
</file>

<file path=docProps/app.xml><?xml version="1.0" encoding="utf-8"?>
<Properties xmlns="http://schemas.openxmlformats.org/officeDocument/2006/extended-properties" xmlns:vt="http://schemas.openxmlformats.org/officeDocument/2006/docPropsVTypes">
  <Template>Normal</Template>
  <TotalTime>3</TotalTime>
  <Pages>20</Pages>
  <Words>5172</Words>
  <Characters>28657</Characters>
  <Application>Microsoft Office Word</Application>
  <DocSecurity>0</DocSecurity>
  <Lines>988</Lines>
  <Paragraphs>867</Paragraphs>
  <ScaleCrop>false</ScaleCrop>
  <HeadingPairs>
    <vt:vector size="2" baseType="variant">
      <vt:variant>
        <vt:lpstr>Title</vt:lpstr>
      </vt:variant>
      <vt:variant>
        <vt:i4>1</vt:i4>
      </vt:variant>
    </vt:vector>
  </HeadingPairs>
  <TitlesOfParts>
    <vt:vector size="1" baseType="lpstr">
      <vt:lpstr>Stoney Wood Quarter Ecology and Trees Technical Note</vt:lpstr>
    </vt:vector>
  </TitlesOfParts>
  <Manager/>
  <Company/>
  <LinksUpToDate>false</LinksUpToDate>
  <CharactersWithSpaces>32962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Stoney Wood Quarter Ecology and Trees Technical Note</dc:title>
  <dc:subject>Ecology, BNG, UGF, protected species and arboricultural response</dc:subject>
  <dc:creator>.</dc:creator>
  <cp:keywords/>
  <dc:description/>
  <cp:lastModifiedBy>Alex kuropatwa</cp:lastModifiedBy>
  <cp:revision>4</cp:revision>
  <dcterms:created xsi:type="dcterms:W3CDTF">2026-07-08T09:28:00Z</dcterms:created>
  <dcterms:modified xsi:type="dcterms:W3CDTF">2026-07-08T09:30:00Z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0x01010075BA52DAD447344B81164B0BBA3663C9</vt:lpwstr>
  </property>
</Properties>
</file>